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Custom"/>
        <w:rPr>
          <w:rFonts w:ascii="Linux Libertine G" w:hAnsi="Linux Libertine G"/>
          <w:sz w:val="22"/>
          <w:szCs w:val="22"/>
        </w:rPr>
      </w:pPr>
      <w:r>
        <w:rPr>
          <w:rFonts w:ascii="Linux Libertine G" w:hAnsi="Linux Libertine G"/>
          <w:sz w:val="22"/>
          <w:szCs w:val="22"/>
          <w:lang w:val="en-GB"/>
        </w:rPr>
        <w:drawing>
          <wp:anchor distT="0" distB="0" distL="0" distR="0" simplePos="0" relativeHeight="2" behindDoc="0" locked="0" layoutInCell="0" allowOverlap="1">
            <wp:simplePos x="0" y="0"/>
            <wp:positionH relativeFrom="column">
              <wp:align>center</wp:align>
            </wp:positionH>
            <wp:positionV relativeFrom="paragraph">
              <wp:posOffset>635</wp:posOffset>
            </wp:positionV>
            <wp:extent cx="1186815" cy="1186815"/>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1186815" cy="1186815"/>
                    </a:xfrm>
                    <a:prstGeom prst="rect">
                      <a:avLst/>
                    </a:prstGeom>
                    <a:noFill/>
                  </pic:spPr>
                </pic:pic>
              </a:graphicData>
            </a:graphic>
          </wp:anchor>
        </w:drawing>
      </w:r>
    </w:p>
    <w:p>
      <w:pPr>
        <w:pStyle w:val="Heading1Custom"/>
        <w:rPr>
          <w:rFonts w:ascii="Linux Libertine G" w:hAnsi="Linux Libertine G"/>
          <w:sz w:val="22"/>
          <w:szCs w:val="22"/>
        </w:rPr>
      </w:pPr>
      <w:r>
        <w:rPr>
          <w:rFonts w:ascii="Linux Libertine G" w:hAnsi="Linux Libertine G"/>
          <w:sz w:val="22"/>
          <w:szCs w:val="22"/>
          <w:lang w:val="en-GB"/>
        </w:rPr>
      </w:r>
    </w:p>
    <w:p>
      <w:pPr>
        <w:pStyle w:val="Heading1Custom"/>
        <w:rPr>
          <w:rFonts w:ascii="Linux Libertine G" w:hAnsi="Linux Libertine G"/>
          <w:sz w:val="22"/>
          <w:szCs w:val="22"/>
        </w:rPr>
      </w:pPr>
      <w:r>
        <w:rPr>
          <w:rFonts w:ascii="Linux Libertine G" w:hAnsi="Linux Libertine G"/>
          <w:sz w:val="22"/>
          <w:szCs w:val="22"/>
          <w:lang w:val="en-GB"/>
        </w:rPr>
      </w:r>
    </w:p>
    <w:p>
      <w:pPr>
        <w:pStyle w:val="Heading1Custom"/>
        <w:rPr>
          <w:rFonts w:ascii="Linux Libertine G" w:hAnsi="Linux Libertine G"/>
          <w:sz w:val="22"/>
          <w:szCs w:val="22"/>
        </w:rPr>
      </w:pPr>
      <w:r>
        <w:rPr>
          <w:rFonts w:ascii="Linux Libertine G" w:hAnsi="Linux Libertine G"/>
          <w:sz w:val="22"/>
          <w:szCs w:val="22"/>
          <w:lang w:val="en-GB"/>
        </w:rPr>
      </w:r>
    </w:p>
    <w:p>
      <w:pPr>
        <w:pStyle w:val="Heading1Custom"/>
        <w:jc w:val="center"/>
        <w:rPr>
          <w:rFonts w:ascii="Linux Libertine G" w:hAnsi="Linux Libertine G"/>
        </w:rPr>
      </w:pPr>
      <w:r>
        <w:rPr>
          <w:rFonts w:ascii="Linux Libertine G" w:hAnsi="Linux Libertine G"/>
          <w:sz w:val="22"/>
          <w:szCs w:val="22"/>
          <w:lang w:val="en-GB"/>
        </w:rPr>
        <w:t>CHANGING STRIDES EQUINE THERAPIES</w:t>
        <w:br/>
        <w:t>SAFEGUARDING AND CHILD PROTECTION POLICY</w:t>
      </w:r>
    </w:p>
    <w:p>
      <w:pPr>
        <w:pStyle w:val="NormalCustom"/>
        <w:rPr>
          <w:rFonts w:ascii="Linux Libertine G" w:hAnsi="Linux Libertine G"/>
        </w:rPr>
      </w:pPr>
      <w:r>
        <w:rPr>
          <w:rFonts w:ascii="Linux Libertine G" w:hAnsi="Linux Libertine G"/>
          <w:color w:val="2A6099"/>
          <w:sz w:val="22"/>
          <w:szCs w:val="22"/>
          <w:lang w:val="en-GB"/>
        </w:rPr>
        <w:t>1. POLICY STATEMENT</w:t>
      </w:r>
      <w:r>
        <w:rPr>
          <w:rFonts w:ascii="Linux Libertine G" w:hAnsi="Linux Libertine G"/>
          <w:sz w:val="22"/>
          <w:szCs w:val="22"/>
          <w:lang w:val="en-GB"/>
        </w:rPr>
        <w:br/>
        <w:t xml:space="preserve">Changing Strides Equine Therapies (CSET) is fully committed to safeguarding the welfare of all children, young people, and adults </w:t>
      </w:r>
      <w:r>
        <w:rPr>
          <w:rFonts w:ascii="Linux Libertine G" w:hAnsi="Linux Libertine G"/>
          <w:sz w:val="22"/>
          <w:szCs w:val="22"/>
          <w:lang w:val="en-GB"/>
        </w:rPr>
        <w:t>with care and support needs</w:t>
      </w:r>
      <w:r>
        <w:rPr>
          <w:rFonts w:ascii="Linux Libertine G" w:hAnsi="Linux Libertine G"/>
          <w:sz w:val="22"/>
          <w:szCs w:val="22"/>
          <w:lang w:val="en-GB"/>
        </w:rPr>
        <w:t xml:space="preserve"> who participate in our services. We believe that everyone, regardless of age, disability, gender, racial heritage, religious belief, sexual orientation, or identity, has the right to equal protection from all types of harm or abuse.</w:t>
      </w:r>
    </w:p>
    <w:p>
      <w:pPr>
        <w:pStyle w:val="NormalCustom"/>
        <w:rPr>
          <w:rFonts w:ascii="Linux Libertine G" w:hAnsi="Linux Libertine G"/>
        </w:rPr>
      </w:pPr>
      <w:r>
        <w:rPr>
          <w:rFonts w:ascii="Linux Libertine G" w:hAnsi="Linux Libertine G"/>
          <w:color w:val="2A6099"/>
          <w:sz w:val="22"/>
          <w:szCs w:val="22"/>
          <w:lang w:val="en-GB"/>
        </w:rPr>
        <w:t>2. PURPOSE</w:t>
      </w:r>
      <w:r>
        <w:rPr>
          <w:rFonts w:ascii="Linux Libertine G" w:hAnsi="Linux Libertine G"/>
          <w:sz w:val="22"/>
          <w:szCs w:val="22"/>
          <w:lang w:val="en-GB"/>
        </w:rPr>
        <w:br/>
        <w:t>The purpose of this policy is to:</w:t>
        <w:br/>
        <w:t xml:space="preserve">- Protect children, young people, and adults </w:t>
      </w:r>
      <w:r>
        <w:rPr>
          <w:rFonts w:ascii="Linux Libertine G" w:hAnsi="Linux Libertine G"/>
          <w:sz w:val="22"/>
          <w:szCs w:val="22"/>
          <w:lang w:val="en-GB"/>
        </w:rPr>
        <w:t xml:space="preserve">with care and support needs </w:t>
      </w:r>
      <w:r>
        <w:rPr>
          <w:rFonts w:ascii="Linux Libertine G" w:hAnsi="Linux Libertine G"/>
          <w:sz w:val="22"/>
          <w:szCs w:val="22"/>
          <w:lang w:val="en-GB"/>
        </w:rPr>
        <w:t>who receive Changing Strides Equine Therapies services.</w:t>
        <w:br/>
        <w:t>- Provide staff and volunteers with clear guidelines on safeguarding responsibilities and how to respond appropriately to concerns.</w:t>
        <w:br/>
        <w:t>- Promote a culture of zero tolerance towards abuse or exploitation.</w:t>
      </w:r>
    </w:p>
    <w:p>
      <w:pPr>
        <w:pStyle w:val="NormalCustom"/>
        <w:rPr>
          <w:rFonts w:ascii="Linux Libertine G" w:hAnsi="Linux Libertine G"/>
        </w:rPr>
      </w:pPr>
      <w:r>
        <w:rPr>
          <w:rFonts w:ascii="Linux Libertine G" w:hAnsi="Linux Libertine G"/>
          <w:color w:val="2A6099"/>
          <w:sz w:val="22"/>
          <w:szCs w:val="22"/>
          <w:lang w:val="en-GB"/>
        </w:rPr>
        <w:t>3. SCOPE</w:t>
      </w:r>
      <w:r>
        <w:rPr>
          <w:rFonts w:ascii="Linux Libertine G" w:hAnsi="Linux Libertine G"/>
          <w:sz w:val="22"/>
          <w:szCs w:val="22"/>
          <w:lang w:val="en-GB"/>
        </w:rPr>
        <w:br/>
        <w:t>This policy applies to all staff, volunteers, contractors, trustees, and anyone working on behalf of Changing Strides Equine Therapies.</w:t>
      </w:r>
    </w:p>
    <w:p>
      <w:pPr>
        <w:pStyle w:val="NormalCustom"/>
        <w:spacing w:before="0" w:after="0"/>
        <w:rPr>
          <w:rFonts w:ascii="Linux Libertine G" w:hAnsi="Linux Libertine G"/>
        </w:rPr>
      </w:pPr>
      <w:r>
        <w:rPr>
          <w:rFonts w:ascii="Linux Libertine G" w:hAnsi="Linux Libertine G"/>
          <w:color w:val="2A6099"/>
          <w:sz w:val="22"/>
          <w:szCs w:val="22"/>
          <w:lang w:val="en-GB"/>
        </w:rPr>
        <w:t>4. LEGAL FRAMEWORK</w:t>
      </w:r>
      <w:r>
        <w:rPr>
          <w:rFonts w:ascii="Linux Libertine G" w:hAnsi="Linux Libertine G"/>
          <w:sz w:val="22"/>
          <w:szCs w:val="22"/>
          <w:lang w:val="en-GB"/>
        </w:rPr>
        <w:br/>
        <w:t>This policy is based on and adheres to the following legislation and statutory guidance:</w:t>
        <w:br/>
        <w:t xml:space="preserve">- Children Act 1989 and  </w:t>
      </w:r>
      <w:r>
        <w:rPr>
          <w:rFonts w:ascii="Linux Libertine G" w:hAnsi="Linux Libertine G"/>
          <w:sz w:val="22"/>
          <w:szCs w:val="22"/>
          <w:lang w:val="en-GB"/>
        </w:rPr>
        <w:t xml:space="preserve">Children Act </w:t>
      </w:r>
      <w:r>
        <w:rPr>
          <w:rFonts w:ascii="Linux Libertine G" w:hAnsi="Linux Libertine G"/>
          <w:sz w:val="22"/>
          <w:szCs w:val="22"/>
          <w:lang w:val="en-GB"/>
        </w:rPr>
        <w:t>2004;</w:t>
        <w:br/>
        <w:t xml:space="preserve">- Working Together to Safeguard Children </w:t>
      </w:r>
      <w:r>
        <w:rPr>
          <w:rFonts w:ascii="Linux Libertine G" w:hAnsi="Linux Libertine G"/>
          <w:sz w:val="22"/>
          <w:szCs w:val="22"/>
          <w:lang w:val="en-GB"/>
        </w:rPr>
        <w:t xml:space="preserve">2026 </w:t>
      </w:r>
      <w:r>
        <w:rPr>
          <w:rFonts w:ascii="Linux Libertine G" w:hAnsi="Linux Libertine G"/>
          <w:sz w:val="22"/>
          <w:szCs w:val="22"/>
          <w:lang w:val="en-GB"/>
        </w:rPr>
        <w:br/>
        <w:t>- Keeping Children Safe in Education (2</w:t>
      </w:r>
      <w:r>
        <w:rPr>
          <w:rFonts w:ascii="Linux Libertine G" w:hAnsi="Linux Libertine G"/>
          <w:sz w:val="22"/>
          <w:szCs w:val="22"/>
          <w:lang w:val="en-GB"/>
        </w:rPr>
        <w:t>025) and Keeping Children safe in Education 2026, which comes into force on 1 September 2026;</w:t>
      </w:r>
      <w:r>
        <w:rPr>
          <w:rFonts w:ascii="Linux Libertine G" w:hAnsi="Linux Libertine G"/>
          <w:sz w:val="22"/>
          <w:szCs w:val="22"/>
          <w:lang w:val="en-GB"/>
        </w:rPr>
        <w:br/>
        <w:t xml:space="preserve">- The Care Act 2014 </w:t>
      </w:r>
      <w:r>
        <w:rPr>
          <w:rFonts w:ascii="Linux Libertine G" w:hAnsi="Linux Libertine G"/>
          <w:sz w:val="22"/>
          <w:szCs w:val="22"/>
          <w:lang w:val="en-GB"/>
        </w:rPr>
        <w:t>and the Care and Support Statutory Guidance;</w:t>
      </w:r>
      <w:r>
        <w:rPr>
          <w:rFonts w:ascii="Linux Libertine G" w:hAnsi="Linux Libertine G"/>
          <w:sz w:val="22"/>
          <w:szCs w:val="22"/>
          <w:lang w:val="en-GB"/>
        </w:rPr>
        <w:br/>
        <w:t>- The Children and Social Work Act 2017</w:t>
      </w:r>
    </w:p>
    <w:p>
      <w:pPr>
        <w:pStyle w:val="NormalCustom"/>
        <w:spacing w:before="0" w:after="0"/>
        <w:rPr>
          <w:rFonts w:ascii="Linux Libertine G" w:hAnsi="Linux Libertine G"/>
        </w:rPr>
      </w:pPr>
      <w:r>
        <w:rPr>
          <w:rFonts w:ascii="Linux Libertine G" w:hAnsi="Linux Libertine G"/>
          <w:sz w:val="22"/>
          <w:szCs w:val="22"/>
          <w:lang w:val="en-GB"/>
        </w:rPr>
        <w:t xml:space="preserve">- </w:t>
      </w:r>
      <w:r>
        <w:rPr>
          <w:rFonts w:ascii="Linux Libertine G" w:hAnsi="Linux Libertine G"/>
          <w:sz w:val="22"/>
          <w:szCs w:val="22"/>
          <w:lang w:val="en-GB"/>
        </w:rPr>
        <w:t>Domestic Abuse Act 2021;</w:t>
      </w:r>
    </w:p>
    <w:p>
      <w:pPr>
        <w:pStyle w:val="NormalCustom"/>
        <w:spacing w:before="0" w:after="0"/>
        <w:rPr>
          <w:rFonts w:ascii="Linux Libertine G" w:hAnsi="Linux Libertine G"/>
        </w:rPr>
      </w:pPr>
      <w:r>
        <w:rPr>
          <w:rFonts w:ascii="Linux Libertine G" w:hAnsi="Linux Libertine G"/>
          <w:sz w:val="22"/>
          <w:szCs w:val="22"/>
          <w:lang w:val="en-GB"/>
        </w:rPr>
        <w:t xml:space="preserve">- </w:t>
      </w:r>
      <w:r>
        <w:rPr>
          <w:rFonts w:ascii="Linux Libertine G" w:hAnsi="Linux Libertine G"/>
          <w:sz w:val="22"/>
          <w:szCs w:val="22"/>
          <w:lang w:val="en-GB"/>
        </w:rPr>
        <w:t>Equality Act 2010;</w:t>
      </w:r>
    </w:p>
    <w:p>
      <w:pPr>
        <w:pStyle w:val="NormalCustom"/>
        <w:spacing w:before="0" w:after="0"/>
        <w:rPr>
          <w:rFonts w:ascii="Linux Libertine G" w:hAnsi="Linux Libertine G"/>
        </w:rPr>
      </w:pPr>
      <w:r>
        <w:rPr>
          <w:rFonts w:ascii="Linux Libertine G" w:hAnsi="Linux Libertine G"/>
          <w:sz w:val="22"/>
          <w:szCs w:val="22"/>
          <w:lang w:val="en-GB"/>
        </w:rPr>
        <w:t xml:space="preserve">- </w:t>
      </w:r>
      <w:r>
        <w:rPr>
          <w:rFonts w:ascii="Linux Libertine G" w:hAnsi="Linux Libertine G"/>
          <w:sz w:val="22"/>
          <w:szCs w:val="22"/>
          <w:lang w:val="en-GB"/>
        </w:rPr>
        <w:t>Human Rights Act 1998;</w:t>
      </w:r>
    </w:p>
    <w:p>
      <w:pPr>
        <w:pStyle w:val="NormalCustom"/>
        <w:spacing w:before="0" w:after="0"/>
        <w:rPr>
          <w:rFonts w:ascii="Linux Libertine G" w:hAnsi="Linux Libertine G"/>
        </w:rPr>
      </w:pPr>
      <w:r>
        <w:rPr>
          <w:rFonts w:ascii="Linux Libertine G" w:hAnsi="Linux Libertine G"/>
          <w:sz w:val="22"/>
          <w:szCs w:val="22"/>
          <w:lang w:val="en-GB"/>
        </w:rPr>
        <w:t>- Modern Slavery Act 2015;</w:t>
      </w:r>
    </w:p>
    <w:p>
      <w:pPr>
        <w:pStyle w:val="NormalCustom"/>
        <w:spacing w:before="0" w:after="0"/>
        <w:rPr>
          <w:rFonts w:ascii="Linux Libertine G" w:hAnsi="Linux Libertine G"/>
        </w:rPr>
      </w:pPr>
      <w:r>
        <w:rPr>
          <w:rFonts w:ascii="Linux Libertine G" w:hAnsi="Linux Libertine G"/>
          <w:sz w:val="22"/>
          <w:szCs w:val="22"/>
          <w:lang w:val="en-GB"/>
        </w:rPr>
        <w:t xml:space="preserve">- </w:t>
      </w:r>
      <w:r>
        <w:rPr>
          <w:rFonts w:ascii="Linux Libertine G" w:hAnsi="Linux Libertine G"/>
          <w:sz w:val="22"/>
          <w:szCs w:val="22"/>
          <w:lang w:val="en-GB"/>
        </w:rPr>
        <w:t>Female Genital Mutilation Act 2003, as amended;</w:t>
      </w:r>
    </w:p>
    <w:p>
      <w:pPr>
        <w:pStyle w:val="NormalCustom"/>
        <w:spacing w:before="0" w:after="0"/>
        <w:rPr>
          <w:rFonts w:ascii="Linux Libertine G" w:hAnsi="Linux Libertine G"/>
        </w:rPr>
      </w:pPr>
      <w:r>
        <w:rPr>
          <w:rFonts w:ascii="Linux Libertine G" w:hAnsi="Linux Libertine G"/>
          <w:sz w:val="22"/>
          <w:szCs w:val="22"/>
          <w:lang w:val="en-GB"/>
        </w:rPr>
        <w:t xml:space="preserve">- </w:t>
      </w:r>
      <w:r>
        <w:rPr>
          <w:rFonts w:ascii="Linux Libertine G" w:hAnsi="Linux Libertine G"/>
          <w:sz w:val="22"/>
          <w:szCs w:val="22"/>
          <w:lang w:val="en-GB"/>
        </w:rPr>
        <w:t xml:space="preserve">Counter-Terrorism and Security Act </w:t>
      </w:r>
      <w:r>
        <w:rPr>
          <w:rFonts w:ascii="Linux Libertine G" w:hAnsi="Linux Libertine G"/>
          <w:sz w:val="22"/>
          <w:szCs w:val="22"/>
          <w:lang w:val="en-GB"/>
        </w:rPr>
        <w:t>2015</w:t>
      </w:r>
      <w:r>
        <w:rPr>
          <w:rFonts w:ascii="Linux Libertine G" w:hAnsi="Linux Libertine G"/>
          <w:sz w:val="22"/>
          <w:szCs w:val="22"/>
          <w:lang w:val="en-GB"/>
        </w:rPr>
        <w:t>;</w:t>
      </w:r>
    </w:p>
    <w:p>
      <w:pPr>
        <w:pStyle w:val="NormalCustom"/>
        <w:spacing w:before="0" w:after="0"/>
        <w:rPr>
          <w:rFonts w:ascii="Linux Libertine G" w:hAnsi="Linux Libertine G"/>
        </w:rPr>
      </w:pPr>
      <w:r>
        <w:rPr>
          <w:rFonts w:ascii="Linux Libertine G" w:hAnsi="Linux Libertine G"/>
          <w:sz w:val="22"/>
          <w:szCs w:val="22"/>
          <w:lang w:val="en-GB"/>
        </w:rPr>
        <w:t xml:space="preserve">- </w:t>
      </w:r>
      <w:r>
        <w:rPr>
          <w:rFonts w:ascii="Linux Libertine G" w:hAnsi="Linux Libertine G"/>
          <w:sz w:val="22"/>
          <w:szCs w:val="22"/>
          <w:lang w:val="en-GB"/>
        </w:rPr>
        <w:t>Safeguarding Vulnerable Groups Act 2006;</w:t>
      </w:r>
    </w:p>
    <w:p>
      <w:pPr>
        <w:pStyle w:val="NormalCustom"/>
        <w:spacing w:before="0" w:after="0"/>
        <w:rPr>
          <w:rFonts w:ascii="Linux Libertine G" w:hAnsi="Linux Libertine G"/>
        </w:rPr>
      </w:pPr>
      <w:r>
        <w:rPr>
          <w:rFonts w:ascii="Linux Libertine G" w:hAnsi="Linux Libertine G"/>
          <w:sz w:val="22"/>
          <w:szCs w:val="22"/>
          <w:lang w:val="en-GB"/>
        </w:rPr>
        <w:t xml:space="preserve">- </w:t>
      </w:r>
      <w:r>
        <w:rPr>
          <w:rFonts w:ascii="Linux Libertine G" w:hAnsi="Linux Libertine G"/>
          <w:sz w:val="22"/>
          <w:szCs w:val="22"/>
          <w:lang w:val="en-GB"/>
        </w:rPr>
        <w:t xml:space="preserve">Protection </w:t>
      </w:r>
      <w:r>
        <w:rPr>
          <w:rFonts w:ascii="Linux Libertine G" w:hAnsi="Linux Libertine G"/>
          <w:sz w:val="22"/>
          <w:szCs w:val="22"/>
          <w:lang w:val="en-GB"/>
        </w:rPr>
        <w:t>of</w:t>
      </w:r>
      <w:r>
        <w:rPr>
          <w:rFonts w:ascii="Linux Libertine G" w:hAnsi="Linux Libertine G"/>
          <w:sz w:val="22"/>
          <w:szCs w:val="22"/>
          <w:lang w:val="en-GB"/>
        </w:rPr>
        <w:t xml:space="preserve"> Freedoms Act 2012;</w:t>
      </w:r>
    </w:p>
    <w:p>
      <w:pPr>
        <w:pStyle w:val="NormalCustom"/>
        <w:spacing w:before="0" w:after="0"/>
        <w:rPr>
          <w:rFonts w:ascii="Linux Libertine G" w:hAnsi="Linux Libertine G"/>
        </w:rPr>
      </w:pPr>
      <w:r>
        <w:rPr>
          <w:rFonts w:ascii="Linux Libertine G" w:hAnsi="Linux Libertine G"/>
          <w:sz w:val="22"/>
          <w:szCs w:val="22"/>
          <w:lang w:val="en-GB"/>
        </w:rPr>
        <w:t xml:space="preserve">- </w:t>
      </w:r>
      <w:r>
        <w:rPr>
          <w:lang w:val="en-GB"/>
        </w:rPr>
        <w:t>Data Protection Act 2018, UK General Data Protection Regulation (UK GDPR) and the Data (Use and Access) Act 2025;</w:t>
      </w:r>
    </w:p>
    <w:p>
      <w:pPr>
        <w:pStyle w:val="NormalCustom"/>
        <w:spacing w:before="0" w:after="0"/>
        <w:rPr>
          <w:rFonts w:ascii="Linux Libertine G" w:hAnsi="Linux Libertine G"/>
        </w:rPr>
      </w:pPr>
      <w:r>
        <w:rPr>
          <w:lang w:val="en-GB"/>
        </w:rPr>
        <w:t xml:space="preserve">-Information Sharing: Advice for Practitioners Providing Safeguarding Services to Children, Young People, Parents and Carers.  </w:t>
      </w:r>
    </w:p>
    <w:p>
      <w:pPr>
        <w:pStyle w:val="NormalCustom"/>
        <w:spacing w:before="0" w:after="0"/>
        <w:rPr>
          <w:rFonts w:ascii="Linux Libertine G" w:hAnsi="Linux Libertine G"/>
        </w:rPr>
      </w:pPr>
      <w:r>
        <w:rPr>
          <w:rFonts w:ascii="Linux Libertine G" w:hAnsi="Linux Libertine G"/>
          <w:sz w:val="22"/>
          <w:szCs w:val="22"/>
          <w:lang w:val="en-GB"/>
        </w:rPr>
      </w:r>
    </w:p>
    <w:p>
      <w:pPr>
        <w:pStyle w:val="Normal"/>
        <w:spacing w:lineRule="auto" w:line="240" w:before="0" w:after="0"/>
        <w:rPr>
          <w:rFonts w:ascii="Linux Libertine G" w:hAnsi="Linux Libertine G" w:eastAsia="Calibri" w:cs="Cambria" w:cstheme="minorHAnsi"/>
          <w:sz w:val="22"/>
          <w:szCs w:val="22"/>
          <w:lang w:val="en-GB"/>
        </w:rPr>
      </w:pPr>
      <w:r>
        <w:rPr>
          <w:rFonts w:eastAsia="Calibri" w:cs="Cambria" w:cstheme="minorHAnsi" w:ascii="Linux Libertine G" w:hAnsi="Linux Libertine G"/>
          <w:sz w:val="22"/>
          <w:szCs w:val="22"/>
          <w:lang w:val="en-GB"/>
        </w:rPr>
        <w:t>CSET’s safeguarding procedures are informed by Working Together to Safeguard Children 2026, current statutory safeguarding guidance, and relevant local safeguarding partnership procedures. Where CSET provides services on behalf of, or in partnership with, a school or college, it will also have regard to Keeping Children Safe in Education. Until 31 August 2026, the applicable edition is Keeping Children Safe in Education 2025; Keeping Children Safe in Education 2026 comes into force on 1 September 2026.</w:t>
      </w:r>
    </w:p>
    <w:p>
      <w:pPr>
        <w:pStyle w:val="Normal"/>
        <w:spacing w:lineRule="auto" w:line="240" w:before="0" w:after="0"/>
        <w:rPr>
          <w:rFonts w:ascii="Linux Libertine G" w:hAnsi="Linux Libertine G" w:eastAsia="Calibri" w:cs="Cambria" w:cstheme="minorHAnsi"/>
          <w:sz w:val="22"/>
          <w:szCs w:val="22"/>
          <w:lang w:val="en-GB"/>
        </w:rPr>
      </w:pPr>
      <w:r>
        <w:rPr>
          <w:rFonts w:eastAsia="Calibri" w:cs="Cambria" w:cstheme="minorHAnsi" w:ascii="Linux Libertine G" w:hAnsi="Linux Libertine G"/>
          <w:sz w:val="22"/>
          <w:szCs w:val="22"/>
          <w:lang w:val="en-GB"/>
        </w:rPr>
      </w:r>
    </w:p>
    <w:p>
      <w:pPr>
        <w:pStyle w:val="Normal"/>
        <w:spacing w:lineRule="auto" w:line="240" w:before="0" w:after="0"/>
        <w:rPr>
          <w:rFonts w:ascii="Linux Libertine G" w:hAnsi="Linux Libertine G" w:eastAsia="Calibri" w:cs="Cambria" w:cstheme="minorHAnsi"/>
          <w:sz w:val="22"/>
          <w:szCs w:val="22"/>
          <w:lang w:val="en-GB"/>
        </w:rPr>
      </w:pPr>
      <w:r>
        <w:rPr>
          <w:rFonts w:eastAsia="Calibri" w:cs="Cambria" w:cstheme="minorHAnsi" w:ascii="Linux Libertine G" w:hAnsi="Linux Libertine G"/>
          <w:sz w:val="22"/>
          <w:szCs w:val="22"/>
          <w:lang w:val="en-GB"/>
        </w:rPr>
        <w:t xml:space="preserve">Working Together to Safeguard Children 2026 sets out how organisations and practitioners should work together to provide help, support and protection to children and their families. It emphasises shared responsibility, effective multi-agency working, timely information sharing and a child-centred approach, </w:t>
      </w:r>
    </w:p>
    <w:p>
      <w:pPr>
        <w:pStyle w:val="Normal"/>
        <w:spacing w:lineRule="auto" w:line="240" w:before="0" w:after="0"/>
        <w:rPr>
          <w:rFonts w:ascii="Linux Libertine G" w:hAnsi="Linux Libertine G" w:eastAsia="Calibri" w:cs="Cambria" w:cstheme="minorHAnsi"/>
          <w:sz w:val="22"/>
          <w:szCs w:val="22"/>
          <w:lang w:val="en-GB"/>
        </w:rPr>
      </w:pPr>
      <w:r>
        <w:rPr>
          <w:rFonts w:eastAsia="Calibri" w:cs="Cambria" w:cstheme="minorHAnsi" w:ascii="Linux Libertine G" w:hAnsi="Linux Libertine G"/>
          <w:sz w:val="22"/>
          <w:szCs w:val="22"/>
          <w:lang w:val="en-GB"/>
        </w:rPr>
      </w:r>
    </w:p>
    <w:p>
      <w:pPr>
        <w:pStyle w:val="Normal"/>
        <w:spacing w:lineRule="auto" w:line="240" w:before="0" w:after="0"/>
        <w:rPr>
          <w:rFonts w:ascii="Linux Libertine G" w:hAnsi="Linux Libertine G" w:eastAsia="Calibri" w:cs="Cambria" w:cstheme="minorHAnsi"/>
          <w:sz w:val="22"/>
          <w:szCs w:val="22"/>
          <w:lang w:val="en-GB"/>
        </w:rPr>
      </w:pPr>
      <w:r>
        <w:rPr>
          <w:rFonts w:eastAsia="Calibri" w:cs="Cambria" w:cstheme="minorHAnsi" w:ascii="Linux Libertine G" w:hAnsi="Linux Libertine G"/>
          <w:sz w:val="22"/>
          <w:szCs w:val="22"/>
          <w:lang w:val="en-GB"/>
        </w:rPr>
        <w:t xml:space="preserve"> </w:t>
      </w:r>
      <w:r>
        <w:rPr>
          <w:rFonts w:eastAsia="Calibri" w:cs="Cambria" w:cstheme="minorHAnsi" w:ascii="Linux Libertine G" w:hAnsi="Linux Libertine G"/>
          <w:sz w:val="22"/>
          <w:szCs w:val="22"/>
          <w:lang w:val="en-GB"/>
        </w:rPr>
        <w:t xml:space="preserve">Effective safeguarding arrangements should </w:t>
      </w:r>
      <w:r>
        <w:rPr>
          <w:rFonts w:eastAsia="Calibri" w:cs="Cambria" w:cstheme="minorHAnsi" w:ascii="Linux Libertine G" w:hAnsi="Linux Libertine G"/>
          <w:sz w:val="22"/>
          <w:szCs w:val="22"/>
          <w:lang w:val="en-GB"/>
        </w:rPr>
        <w:t>be based on the following principles</w:t>
      </w:r>
      <w:r>
        <w:rPr>
          <w:rFonts w:eastAsia="Calibri" w:cs="Cambria" w:cstheme="minorHAnsi" w:ascii="Linux Libertine G" w:hAnsi="Linux Libertine G"/>
          <w:sz w:val="22"/>
          <w:szCs w:val="22"/>
          <w:lang w:val="en-GB"/>
        </w:rPr>
        <w:t>:</w:t>
      </w:r>
    </w:p>
    <w:p>
      <w:pPr>
        <w:pStyle w:val="ListParagraph"/>
        <w:numPr>
          <w:ilvl w:val="0"/>
          <w:numId w:val="11"/>
        </w:numPr>
        <w:spacing w:before="0" w:after="0"/>
        <w:contextualSpacing/>
        <w:rPr>
          <w:rFonts w:ascii="Linux Libertine G" w:hAnsi="Linux Libertine G"/>
        </w:rPr>
      </w:pPr>
      <w:r>
        <w:rPr>
          <w:rFonts w:cs="Cambria" w:ascii="Linux Libertine G" w:hAnsi="Linux Libertine G" w:cstheme="minorHAnsi"/>
          <w:sz w:val="22"/>
          <w:szCs w:val="22"/>
          <w:lang w:val="en-GB"/>
        </w:rPr>
        <w:t xml:space="preserve">Safeguarding is everyone's responsibility: All staff, volunteers and trustees have a duty to </w:t>
      </w:r>
      <w:r>
        <w:rPr>
          <w:rFonts w:cs="Cambria" w:ascii="Linux Libertine G" w:hAnsi="Linux Libertine G" w:cstheme="minorHAnsi"/>
          <w:sz w:val="22"/>
          <w:szCs w:val="22"/>
          <w:lang w:val="en-GB"/>
        </w:rPr>
        <w:t>identify concerns, share relevant information and take prompt action to safeguard and promote the welfare of child</w:t>
      </w:r>
      <w:r>
        <w:rPr>
          <w:rFonts w:cs="Cambria" w:ascii="Linux Libertine G" w:hAnsi="Linux Libertine G" w:cstheme="minorHAnsi"/>
          <w:sz w:val="22"/>
          <w:szCs w:val="22"/>
          <w:lang w:val="en-GB"/>
        </w:rPr>
        <w:t xml:space="preserve"> </w:t>
      </w:r>
    </w:p>
    <w:p>
      <w:pPr>
        <w:pStyle w:val="ListParagraph"/>
        <w:numPr>
          <w:ilvl w:val="0"/>
          <w:numId w:val="11"/>
        </w:numPr>
        <w:spacing w:before="0" w:after="0"/>
        <w:contextualSpacing/>
        <w:rPr>
          <w:rFonts w:ascii="Linux Libertine G" w:hAnsi="Linux Libertine G"/>
        </w:rPr>
      </w:pPr>
      <w:r>
        <w:rPr>
          <w:rFonts w:cs="Cambria" w:ascii="Linux Libertine G" w:hAnsi="Linux Libertine G" w:cstheme="minorHAnsi"/>
          <w:sz w:val="22"/>
          <w:szCs w:val="22"/>
          <w:lang w:val="en-GB"/>
        </w:rPr>
        <w:t xml:space="preserve">A child-centred approach: </w:t>
      </w:r>
      <w:r>
        <w:rPr>
          <w:lang w:val="en-GB"/>
        </w:rPr>
        <w:t xml:space="preserve">The child’s best interests, needs, wishes and feelings must remain central to safeguarding decisions and practice </w:t>
      </w:r>
      <w:r>
        <w:rPr>
          <w:rFonts w:cs="Cambria" w:ascii="Linux Libertine G" w:hAnsi="Linux Libertine G" w:cstheme="minorHAnsi"/>
          <w:sz w:val="22"/>
          <w:szCs w:val="22"/>
          <w:lang w:val="en-GB"/>
        </w:rPr>
        <w:t xml:space="preserve"> </w:t>
      </w:r>
    </w:p>
    <w:p>
      <w:pPr>
        <w:pStyle w:val="ListParagraph"/>
        <w:numPr>
          <w:ilvl w:val="0"/>
          <w:numId w:val="11"/>
        </w:numPr>
        <w:spacing w:before="0" w:after="0"/>
        <w:contextualSpacing/>
        <w:rPr>
          <w:rFonts w:ascii="Linux Libertine G" w:hAnsi="Linux Libertine G"/>
        </w:rPr>
      </w:pPr>
      <w:r>
        <w:rPr>
          <w:rFonts w:cs="Cambria" w:cstheme="minorHAnsi" w:ascii="Linux Libertine G" w:hAnsi="Linux Libertine G"/>
          <w:sz w:val="22"/>
          <w:szCs w:val="22"/>
          <w:lang w:val="en-GB"/>
        </w:rPr>
        <w:t xml:space="preserve">Working in partnership: Effective safeguarding requires organisations and practitioners to work collaboratively with children, families and relevant agencies. </w:t>
      </w:r>
    </w:p>
    <w:p>
      <w:pPr>
        <w:pStyle w:val="ListParagraph"/>
        <w:numPr>
          <w:ilvl w:val="0"/>
          <w:numId w:val="11"/>
        </w:numPr>
        <w:spacing w:before="0" w:after="0"/>
        <w:contextualSpacing/>
        <w:rPr>
          <w:rFonts w:ascii="Linux Libertine G" w:hAnsi="Linux Libertine G"/>
        </w:rPr>
      </w:pPr>
      <w:r>
        <w:rPr>
          <w:rFonts w:cs="Cambria" w:cstheme="minorHAnsi" w:ascii="Linux Libertine G" w:hAnsi="Linux Libertine G"/>
          <w:sz w:val="22"/>
          <w:szCs w:val="22"/>
          <w:lang w:val="en-GB"/>
        </w:rPr>
        <w:t xml:space="preserve">Inclusive and anti-discriminatory practice: Safeguarding arrangements must recognise and respond to discrimination, inequality and the additional barriers that some children may face when seeking help or disclosing harm. </w:t>
      </w:r>
    </w:p>
    <w:p>
      <w:pPr>
        <w:pStyle w:val="ListParagraph"/>
        <w:numPr>
          <w:ilvl w:val="0"/>
          <w:numId w:val="0"/>
        </w:numPr>
        <w:spacing w:before="0" w:after="0"/>
        <w:ind w:hanging="0" w:left="0"/>
        <w:contextualSpacing/>
        <w:rPr>
          <w:rFonts w:ascii="Linux Libertine G" w:hAnsi="Linux Libertine G" w:cs="Cambria" w:cstheme="minorHAnsi"/>
          <w:sz w:val="22"/>
          <w:szCs w:val="22"/>
          <w:lang w:val="en-GB"/>
        </w:rPr>
      </w:pPr>
      <w:r>
        <w:rPr>
          <w:rFonts w:cs="Cambria" w:cstheme="minorHAnsi" w:ascii="Linux Libertine G" w:hAnsi="Linux Libertine G"/>
          <w:sz w:val="22"/>
          <w:szCs w:val="22"/>
          <w:lang w:val="en-GB"/>
        </w:rPr>
      </w:r>
    </w:p>
    <w:p>
      <w:pPr>
        <w:pStyle w:val="Normal"/>
        <w:spacing w:lineRule="auto" w:line="240" w:before="0" w:after="0"/>
        <w:rPr/>
      </w:pPr>
      <w:r>
        <w:rPr>
          <w:rFonts w:eastAsia="Calibri" w:cs="Cambria" w:ascii="Linux Libertine G" w:hAnsi="Linux Libertine G" w:cstheme="minorHAnsi"/>
          <w:sz w:val="22"/>
          <w:szCs w:val="22"/>
          <w:lang w:val="en-GB"/>
        </w:rPr>
        <w:t xml:space="preserve">Safeguarding children is defined in </w:t>
      </w:r>
      <w:hyperlink r:id="rId3">
        <w:r>
          <w:rPr>
            <w:rStyle w:val="Hyperlink"/>
            <w:lang w:val="en-GB"/>
          </w:rPr>
          <w:t>Working together to safeguard children 2026</w:t>
        </w:r>
      </w:hyperlink>
      <w:r>
        <w:rPr>
          <w:lang w:val="en-GB"/>
        </w:rPr>
        <w:t xml:space="preserve"> </w:t>
      </w:r>
      <w:r>
        <w:rPr>
          <w:rFonts w:eastAsia="Calibri" w:cs="Cambria" w:ascii="Linux Libertine G" w:hAnsi="Linux Libertine G" w:cstheme="minorHAnsi"/>
          <w:sz w:val="22"/>
          <w:szCs w:val="22"/>
          <w:lang w:val="en-GB"/>
        </w:rPr>
        <w:t>  as:</w:t>
      </w:r>
    </w:p>
    <w:p>
      <w:pPr>
        <w:pStyle w:val="ListParagraph"/>
        <w:numPr>
          <w:ilvl w:val="0"/>
          <w:numId w:val="10"/>
        </w:numPr>
        <w:spacing w:before="0" w:after="0"/>
        <w:contextualSpacing/>
        <w:rPr>
          <w:rFonts w:ascii="Linux Libertine G" w:hAnsi="Linux Libertine G"/>
        </w:rPr>
      </w:pPr>
      <w:r>
        <w:rPr>
          <w:rFonts w:cs="Cambria" w:ascii="Linux Libertine G" w:hAnsi="Linux Libertine G" w:cstheme="minorHAnsi"/>
          <w:sz w:val="22"/>
          <w:szCs w:val="22"/>
          <w:lang w:val="en-GB"/>
        </w:rPr>
        <w:t>Providing help and support to meet the needs of children as soon as problems emerge;</w:t>
      </w:r>
    </w:p>
    <w:p>
      <w:pPr>
        <w:pStyle w:val="ListParagraph"/>
        <w:numPr>
          <w:ilvl w:val="0"/>
          <w:numId w:val="10"/>
        </w:numPr>
        <w:spacing w:before="0" w:after="0"/>
        <w:contextualSpacing/>
        <w:rPr>
          <w:rFonts w:ascii="Linux Libertine G" w:hAnsi="Linux Libertine G"/>
        </w:rPr>
      </w:pPr>
      <w:r>
        <w:rPr>
          <w:rFonts w:cs="Cambria" w:ascii="Linux Libertine G" w:hAnsi="Linux Libertine G" w:cstheme="minorHAnsi"/>
          <w:sz w:val="22"/>
          <w:szCs w:val="22"/>
          <w:lang w:val="en-GB"/>
        </w:rPr>
        <w:t>Protecting children from maltreatment. whether this occurs inside or outside the home, including online;</w:t>
      </w:r>
    </w:p>
    <w:p>
      <w:pPr>
        <w:pStyle w:val="ListParagraph"/>
        <w:numPr>
          <w:ilvl w:val="0"/>
          <w:numId w:val="10"/>
        </w:numPr>
        <w:spacing w:before="0" w:after="0"/>
        <w:contextualSpacing/>
        <w:rPr>
          <w:rFonts w:ascii="Linux Libertine G" w:hAnsi="Linux Libertine G"/>
        </w:rPr>
      </w:pPr>
      <w:r>
        <w:rPr>
          <w:rFonts w:cs="Cambria" w:ascii="Linux Libertine G" w:hAnsi="Linux Libertine G" w:cstheme="minorHAnsi"/>
          <w:sz w:val="22"/>
          <w:szCs w:val="22"/>
          <w:lang w:val="en-GB"/>
        </w:rPr>
        <w:t>Preventing impairment of children's mental and physical health or development;</w:t>
      </w:r>
    </w:p>
    <w:p>
      <w:pPr>
        <w:pStyle w:val="ListParagraph"/>
        <w:numPr>
          <w:ilvl w:val="0"/>
          <w:numId w:val="10"/>
        </w:numPr>
        <w:spacing w:before="0" w:after="0"/>
        <w:contextualSpacing/>
        <w:rPr>
          <w:rFonts w:ascii="Linux Libertine G" w:hAnsi="Linux Libertine G"/>
        </w:rPr>
      </w:pPr>
      <w:r>
        <w:rPr>
          <w:rFonts w:cs="Cambria" w:ascii="Linux Libertine G" w:hAnsi="Linux Libertine G" w:cstheme="minorHAnsi"/>
          <w:sz w:val="22"/>
          <w:szCs w:val="22"/>
          <w:lang w:val="en-GB"/>
        </w:rPr>
        <w:t>Ensuring that children grow up in circumstances consistent with the provision of safe and effective care; and</w:t>
      </w:r>
    </w:p>
    <w:p>
      <w:pPr>
        <w:pStyle w:val="ListParagraph"/>
        <w:numPr>
          <w:ilvl w:val="0"/>
          <w:numId w:val="10"/>
        </w:numPr>
        <w:spacing w:before="0" w:after="0"/>
        <w:contextualSpacing/>
        <w:rPr>
          <w:rFonts w:ascii="Linux Libertine G" w:hAnsi="Linux Libertine G"/>
        </w:rPr>
      </w:pPr>
      <w:r>
        <w:rPr>
          <w:rFonts w:cs="Cambria" w:ascii="Linux Libertine G" w:hAnsi="Linux Libertine G" w:cstheme="minorHAnsi"/>
          <w:sz w:val="22"/>
          <w:szCs w:val="22"/>
          <w:lang w:val="en-GB"/>
        </w:rPr>
        <w:t>Taking action to enable all children to have the best outcomes.</w:t>
      </w:r>
    </w:p>
    <w:p>
      <w:pPr>
        <w:pStyle w:val="NormalCustom"/>
        <w:rPr>
          <w:rFonts w:ascii="Linux Libertine G" w:hAnsi="Linux Libertine G"/>
          <w:sz w:val="22"/>
          <w:szCs w:val="22"/>
        </w:rPr>
      </w:pPr>
      <w:r>
        <w:rPr>
          <w:rFonts w:ascii="Linux Libertine G" w:hAnsi="Linux Libertine G"/>
          <w:sz w:val="22"/>
          <w:szCs w:val="22"/>
          <w:lang w:val="en-GB"/>
        </w:rPr>
      </w:r>
    </w:p>
    <w:p>
      <w:pPr>
        <w:pStyle w:val="NormalCustom"/>
        <w:spacing w:before="0" w:after="29"/>
        <w:rPr>
          <w:rFonts w:ascii="Linux Libertine G" w:hAnsi="Linux Libertine G"/>
        </w:rPr>
      </w:pPr>
      <w:r>
        <w:rPr>
          <w:rFonts w:ascii="Linux Libertine G" w:hAnsi="Linux Libertine G"/>
          <w:color w:val="2A6099"/>
          <w:sz w:val="22"/>
          <w:szCs w:val="22"/>
          <w:lang w:val="en-GB"/>
        </w:rPr>
        <w:t>5. DEFINITIONS</w:t>
      </w:r>
      <w:r>
        <w:rPr>
          <w:rFonts w:ascii="Linux Libertine G" w:hAnsi="Linux Libertine G"/>
          <w:sz w:val="22"/>
          <w:szCs w:val="22"/>
          <w:lang w:val="en-GB"/>
        </w:rPr>
        <w:br/>
      </w:r>
    </w:p>
    <w:p>
      <w:pPr>
        <w:pStyle w:val="NormalCustom"/>
        <w:widowControl/>
        <w:numPr>
          <w:ilvl w:val="0"/>
          <w:numId w:val="52"/>
        </w:numPr>
        <w:suppressAutoHyphens w:val="true"/>
        <w:bidi w:val="0"/>
        <w:spacing w:lineRule="auto" w:line="276" w:before="0" w:after="29"/>
        <w:ind w:hanging="340" w:left="-113" w:right="0"/>
        <w:jc w:val="left"/>
        <w:rPr>
          <w:rFonts w:ascii="Linux Libertine G" w:hAnsi="Linux Libertine G"/>
        </w:rPr>
      </w:pPr>
      <w:r>
        <w:rPr>
          <w:rFonts w:ascii="Linux Libertine G" w:hAnsi="Linux Libertine G"/>
          <w:b/>
          <w:bCs/>
          <w:sz w:val="22"/>
          <w:szCs w:val="22"/>
          <w:lang w:val="en-GB"/>
        </w:rPr>
        <w:t>Safeguarding</w:t>
      </w:r>
      <w:r>
        <w:rPr>
          <w:rFonts w:ascii="Linux Libertine G" w:hAnsi="Linux Libertine G"/>
          <w:sz w:val="22"/>
          <w:szCs w:val="22"/>
          <w:lang w:val="en-GB"/>
        </w:rPr>
        <w:t xml:space="preserve"> and promoting the welfare of children means:</w:t>
      </w:r>
    </w:p>
    <w:p>
      <w:pPr>
        <w:pStyle w:val="NormalCustom"/>
        <w:numPr>
          <w:ilvl w:val="0"/>
          <w:numId w:val="32"/>
        </w:numPr>
        <w:spacing w:before="0" w:after="29"/>
        <w:rPr>
          <w:rFonts w:ascii="Linux Libertine G" w:hAnsi="Linux Libertine G"/>
        </w:rPr>
      </w:pPr>
      <w:r>
        <w:rPr>
          <w:rFonts w:ascii="Linux Libertine G" w:hAnsi="Linux Libertine G"/>
          <w:sz w:val="22"/>
          <w:szCs w:val="22"/>
          <w:lang w:val="en-GB"/>
        </w:rPr>
        <w:t>Providing help and support to meet the needs of children as soon as problems emerge:</w:t>
      </w:r>
    </w:p>
    <w:p>
      <w:pPr>
        <w:pStyle w:val="NormalCustom"/>
        <w:numPr>
          <w:ilvl w:val="0"/>
          <w:numId w:val="32"/>
        </w:numPr>
        <w:spacing w:before="0" w:after="29"/>
        <w:rPr>
          <w:rFonts w:ascii="Linux Libertine G" w:hAnsi="Linux Libertine G"/>
        </w:rPr>
      </w:pPr>
      <w:r>
        <w:rPr>
          <w:rFonts w:ascii="Linux Libertine G" w:hAnsi="Linux Libertine G"/>
          <w:sz w:val="22"/>
          <w:szCs w:val="22"/>
          <w:lang w:val="en-GB"/>
        </w:rPr>
        <w:t>protecting children from maltreatment, whether this occurs inside, outside the home including online;</w:t>
      </w:r>
    </w:p>
    <w:p>
      <w:pPr>
        <w:pStyle w:val="NormalCustom"/>
        <w:numPr>
          <w:ilvl w:val="0"/>
          <w:numId w:val="32"/>
        </w:numPr>
        <w:spacing w:before="0" w:after="29"/>
        <w:rPr>
          <w:rFonts w:ascii="Linux Libertine G" w:hAnsi="Linux Libertine G"/>
        </w:rPr>
      </w:pPr>
      <w:r>
        <w:rPr>
          <w:rFonts w:ascii="Linux Libertine G" w:hAnsi="Linux Libertine G"/>
          <w:sz w:val="22"/>
          <w:szCs w:val="22"/>
          <w:lang w:val="en-GB"/>
        </w:rPr>
        <w:t>preventing the impairment of children’s mental and physical health or development;</w:t>
      </w:r>
    </w:p>
    <w:p>
      <w:pPr>
        <w:pStyle w:val="NormalCustom"/>
        <w:numPr>
          <w:ilvl w:val="0"/>
          <w:numId w:val="32"/>
        </w:numPr>
        <w:spacing w:before="0" w:after="29"/>
        <w:rPr>
          <w:rFonts w:ascii="Linux Libertine G" w:hAnsi="Linux Libertine G"/>
        </w:rPr>
      </w:pPr>
      <w:r>
        <w:rPr>
          <w:rFonts w:ascii="Linux Libertine G" w:hAnsi="Linux Libertine G"/>
          <w:sz w:val="22"/>
          <w:szCs w:val="22"/>
          <w:lang w:val="en-GB"/>
        </w:rPr>
        <w:t xml:space="preserve">ensuring that children grow up in circumstances consistent with the provision of safe and effective care; and </w:t>
      </w:r>
    </w:p>
    <w:p>
      <w:pPr>
        <w:pStyle w:val="NormalCustom"/>
        <w:numPr>
          <w:ilvl w:val="0"/>
          <w:numId w:val="32"/>
        </w:numPr>
        <w:spacing w:before="0" w:after="29"/>
        <w:rPr>
          <w:rFonts w:ascii="Linux Libertine G" w:hAnsi="Linux Libertine G"/>
        </w:rPr>
      </w:pPr>
      <w:r>
        <w:rPr>
          <w:rFonts w:ascii="Linux Libertine G" w:hAnsi="Linux Libertine G"/>
          <w:sz w:val="22"/>
          <w:szCs w:val="22"/>
          <w:lang w:val="en-GB"/>
        </w:rPr>
        <w:t xml:space="preserve">taking action to enable all children to have the best outcomes.  </w:t>
      </w:r>
    </w:p>
    <w:p>
      <w:pPr>
        <w:pStyle w:val="NormalCustom"/>
        <w:numPr>
          <w:ilvl w:val="0"/>
          <w:numId w:val="0"/>
        </w:numPr>
        <w:spacing w:before="0" w:after="29"/>
        <w:ind w:hanging="0" w:left="720"/>
        <w:rPr>
          <w:rFonts w:ascii="Linux Libertine G" w:hAnsi="Linux Libertine G"/>
        </w:rPr>
      </w:pPr>
      <w:r>
        <w:rPr>
          <w:rFonts w:ascii="Linux Libertine G" w:hAnsi="Linux Libertine G"/>
          <w:sz w:val="22"/>
          <w:szCs w:val="22"/>
          <w:lang w:val="en-GB"/>
        </w:rPr>
      </w:r>
    </w:p>
    <w:p>
      <w:pPr>
        <w:pStyle w:val="NormalCustom"/>
        <w:widowControl/>
        <w:numPr>
          <w:ilvl w:val="0"/>
          <w:numId w:val="53"/>
        </w:numPr>
        <w:suppressAutoHyphens w:val="true"/>
        <w:bidi w:val="0"/>
        <w:spacing w:lineRule="auto" w:line="276" w:before="0" w:after="29"/>
        <w:ind w:hanging="510" w:left="170" w:right="0"/>
        <w:jc w:val="left"/>
        <w:rPr>
          <w:rFonts w:ascii="Linux Libertine G" w:hAnsi="Linux Libertine G"/>
        </w:rPr>
      </w:pPr>
      <w:r>
        <w:rPr>
          <w:rFonts w:ascii="Linux Libertine G" w:hAnsi="Linux Libertine G"/>
          <w:b/>
          <w:bCs/>
          <w:sz w:val="22"/>
          <w:szCs w:val="22"/>
          <w:lang w:val="en-GB"/>
        </w:rPr>
        <w:t>Child Protection</w:t>
      </w:r>
      <w:r>
        <w:rPr>
          <w:rFonts w:ascii="Linux Libertine G" w:hAnsi="Linux Libertine G"/>
          <w:sz w:val="22"/>
          <w:szCs w:val="22"/>
          <w:lang w:val="en-GB"/>
        </w:rPr>
        <w:t xml:space="preserve"> is part of safeguarding and refers to the activity undertaken to protect     </w:t>
      </w:r>
    </w:p>
    <w:p>
      <w:pPr>
        <w:pStyle w:val="NormalCustom"/>
        <w:widowControl/>
        <w:numPr>
          <w:ilvl w:val="0"/>
          <w:numId w:val="0"/>
        </w:numPr>
        <w:suppressAutoHyphens w:val="true"/>
        <w:bidi w:val="0"/>
        <w:spacing w:lineRule="auto" w:line="276" w:before="0" w:after="29"/>
        <w:ind w:hanging="0" w:left="170" w:right="0"/>
        <w:jc w:val="left"/>
        <w:rPr>
          <w:rFonts w:ascii="Linux Libertine G" w:hAnsi="Linux Libertine G"/>
        </w:rPr>
      </w:pPr>
      <w:r>
        <w:rPr>
          <w:rFonts w:ascii="Linux Libertine G" w:hAnsi="Linux Libertine G"/>
          <w:sz w:val="22"/>
          <w:szCs w:val="22"/>
          <w:lang w:val="en-GB"/>
        </w:rPr>
        <w:t>specific children who are suffering or likely to suffer significant harm.</w:t>
      </w:r>
    </w:p>
    <w:p>
      <w:pPr>
        <w:pStyle w:val="NormalCustom"/>
        <w:numPr>
          <w:ilvl w:val="0"/>
          <w:numId w:val="53"/>
        </w:numPr>
        <w:spacing w:before="0" w:after="29"/>
        <w:ind w:hanging="510" w:left="170" w:right="0"/>
        <w:rPr>
          <w:rFonts w:ascii="Linux Libertine G" w:hAnsi="Linux Libertine G"/>
        </w:rPr>
      </w:pPr>
      <w:r>
        <w:rPr>
          <w:rFonts w:ascii="Linux Libertine G" w:hAnsi="Linux Libertine G"/>
          <w:b/>
          <w:bCs/>
          <w:sz w:val="22"/>
          <w:szCs w:val="22"/>
          <w:lang w:val="en-GB"/>
        </w:rPr>
        <w:t>Abuse</w:t>
      </w:r>
      <w:r>
        <w:rPr>
          <w:rFonts w:ascii="Linux Libertine G" w:hAnsi="Linux Libertine G"/>
          <w:sz w:val="22"/>
          <w:szCs w:val="22"/>
          <w:lang w:val="en-GB"/>
        </w:rPr>
        <w:t xml:space="preserve"> can be physical, emotional, sexual, or neglect.</w:t>
      </w:r>
    </w:p>
    <w:p>
      <w:pPr>
        <w:pStyle w:val="Normal"/>
        <w:keepNext w:val="true"/>
        <w:keepLines/>
        <w:numPr>
          <w:ilvl w:val="0"/>
          <w:numId w:val="14"/>
        </w:numPr>
        <w:spacing w:lineRule="auto" w:line="240" w:before="0" w:after="0"/>
        <w:outlineLvl w:val="2"/>
        <w:rPr>
          <w:rFonts w:ascii="Linux Libertine G" w:hAnsi="Linux Libertine G"/>
        </w:rPr>
      </w:pPr>
      <w:r>
        <w:rPr>
          <w:rFonts w:eastAsia="Calibri" w:cs="Cambria" w:ascii="Linux Libertine G" w:hAnsi="Linux Libertine G" w:cstheme="minorHAnsi"/>
          <w:b/>
          <w:iCs/>
          <w:lang w:val="en-GB" w:eastAsia="x-none"/>
        </w:rPr>
        <w:t xml:space="preserve">Abuse </w:t>
      </w:r>
      <w:r>
        <w:rPr>
          <w:rFonts w:eastAsia="Calibri" w:cs="Cambria" w:ascii="Linux Libertine G" w:hAnsi="Linux Libertine G" w:cstheme="minorHAnsi"/>
          <w:lang w:val="en-GB"/>
        </w:rPr>
        <w:t xml:space="preserve">A form of maltreatment of a child. Somebody may abuse or neglect a child by inflicting harm, or by failing to act to prevent harm. Children may be abused in family or in an institution or community setting by those known to them or, more rarely, by others. Abuse can take place online, or technology may be used to facilitate online abuse. Children may be abused by an adult or adults, or by another child or children. </w:t>
      </w:r>
    </w:p>
    <w:p>
      <w:pPr>
        <w:pStyle w:val="Normal"/>
        <w:keepNext w:val="true"/>
        <w:keepLines/>
        <w:numPr>
          <w:ilvl w:val="0"/>
          <w:numId w:val="14"/>
        </w:numPr>
        <w:spacing w:lineRule="auto" w:line="240" w:before="0" w:after="0"/>
        <w:outlineLvl w:val="2"/>
        <w:rPr>
          <w:rFonts w:ascii="Linux Libertine G" w:hAnsi="Linux Libertine G"/>
        </w:rPr>
      </w:pPr>
      <w:r>
        <w:rPr>
          <w:rFonts w:eastAsia="Calibri" w:cs="Cambria" w:ascii="Linux Libertine G" w:hAnsi="Linux Libertine G" w:cstheme="minorHAnsi"/>
          <w:b/>
          <w:bCs/>
          <w:i/>
          <w:color w:val="000000"/>
          <w:lang w:val="en-GB" w:eastAsia="x-none"/>
        </w:rPr>
        <w:t>Physical Abuse</w:t>
      </w:r>
      <w:r>
        <w:rPr>
          <w:rFonts w:eastAsia="Calibri" w:cs="Cambria" w:ascii="Linux Libertine G" w:hAnsi="Linux Libertine G" w:cstheme="minorHAnsi"/>
          <w:bCs/>
          <w:i/>
          <w:lang w:val="en-GB" w:eastAsia="x-none"/>
        </w:rPr>
        <w:t xml:space="preserve"> - </w:t>
      </w:r>
      <w:r>
        <w:rPr>
          <w:rFonts w:eastAsia="Calibri" w:cs="Cambria" w:ascii="Linux Libertine G" w:hAnsi="Linux Libertine G" w:cstheme="minorHAnsi"/>
          <w:lang w:val="en-GB"/>
        </w:rPr>
        <w:t>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p>
      <w:pPr>
        <w:pStyle w:val="Normal"/>
        <w:keepNext w:val="true"/>
        <w:keepLines/>
        <w:numPr>
          <w:ilvl w:val="0"/>
          <w:numId w:val="14"/>
        </w:numPr>
        <w:spacing w:lineRule="auto" w:line="240" w:before="0" w:after="0"/>
        <w:outlineLvl w:val="2"/>
        <w:rPr>
          <w:rFonts w:ascii="Linux Libertine G" w:hAnsi="Linux Libertine G"/>
        </w:rPr>
      </w:pPr>
      <w:r>
        <w:rPr>
          <w:rFonts w:eastAsia="Calibri" w:cs="Cambria" w:ascii="Linux Libertine G" w:hAnsi="Linux Libertine G" w:cstheme="minorHAnsi"/>
          <w:b/>
          <w:bCs/>
          <w:i/>
          <w:lang w:val="en-GB" w:eastAsia="x-none"/>
        </w:rPr>
        <w:t>Emotional Abuse</w:t>
      </w:r>
      <w:r>
        <w:rPr>
          <w:rFonts w:eastAsia="Calibri" w:cs="Cambria" w:ascii="Linux Libertine G" w:hAnsi="Linux Libertine G" w:cstheme="minorHAnsi"/>
          <w:bCs/>
          <w:i/>
          <w:lang w:val="en-GB" w:eastAsia="x-none"/>
        </w:rPr>
        <w:t xml:space="preserve"> </w:t>
      </w:r>
      <w:r>
        <w:rPr>
          <w:rFonts w:eastAsia="Calibri" w:cs="Cambria" w:ascii="Linux Libertine G" w:hAnsi="Linux Libertine G" w:cstheme="minorHAnsi"/>
          <w:lang w:val="en-GB"/>
        </w:rPr>
        <w:t>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 protection and limitation of exploration and learning, or preventing the child participating in normal social interaction valued only insofar as they meet the needs of another person.</w:t>
      </w:r>
    </w:p>
    <w:p>
      <w:pPr>
        <w:pStyle w:val="Normal"/>
        <w:spacing w:lineRule="auto" w:line="240" w:before="0" w:after="0"/>
        <w:ind w:hanging="0" w:left="720"/>
        <w:rPr>
          <w:rFonts w:ascii="Linux Libertine G" w:hAnsi="Linux Libertine G"/>
        </w:rPr>
      </w:pPr>
      <w:r>
        <w:rPr>
          <w:rFonts w:eastAsia="Calibri" w:cs="Cambria" w:ascii="Linux Libertine G" w:hAnsi="Linux Libertine G" w:cstheme="minorHAnsi"/>
          <w:lang w:val="en-GB"/>
        </w:rPr>
        <w:t>It may include verbal abuse such as persistent criticism, belittling or name calling. It may involve seeing or hearing the ill-treatment of another. It may involve serious bullying (including cyber bullying), causing children frequently to feel frightened or in danger, or the exploitation or corruption of children.</w:t>
      </w:r>
    </w:p>
    <w:p>
      <w:pPr>
        <w:pStyle w:val="Normal"/>
        <w:spacing w:lineRule="auto" w:line="240" w:before="0" w:after="0"/>
        <w:ind w:hanging="0" w:left="720"/>
        <w:rPr>
          <w:rFonts w:ascii="Linux Libertine G" w:hAnsi="Linux Libertine G"/>
        </w:rPr>
      </w:pPr>
      <w:r>
        <w:rPr>
          <w:rFonts w:eastAsia="Calibri" w:cs="Cambria" w:ascii="Linux Libertine G" w:hAnsi="Linux Libertine G" w:cstheme="minorHAnsi"/>
          <w:sz w:val="22"/>
          <w:szCs w:val="22"/>
          <w:lang w:val="en-GB"/>
        </w:rPr>
        <w:t>Some level of emotional abuse is involved in all types of maltreatment of a child, though it may occur alone.</w:t>
      </w:r>
    </w:p>
    <w:p>
      <w:pPr>
        <w:pStyle w:val="Normal"/>
        <w:keepNext w:val="true"/>
        <w:keepLines/>
        <w:numPr>
          <w:ilvl w:val="0"/>
          <w:numId w:val="15"/>
        </w:numPr>
        <w:spacing w:lineRule="auto" w:line="240" w:before="0" w:after="0"/>
        <w:outlineLvl w:val="2"/>
        <w:rPr>
          <w:rFonts w:ascii="Linux Libertine G" w:hAnsi="Linux Libertine G"/>
        </w:rPr>
      </w:pPr>
      <w:r>
        <w:rPr>
          <w:rFonts w:eastAsia="Calibri" w:cs="Cambria" w:ascii="Linux Libertine G" w:hAnsi="Linux Libertine G" w:cstheme="minorHAnsi"/>
          <w:b/>
          <w:bCs/>
          <w:i/>
          <w:lang w:val="en-GB" w:eastAsia="x-none"/>
        </w:rPr>
        <w:t xml:space="preserve">Sexual Abuse - </w:t>
      </w:r>
      <w:r>
        <w:rPr>
          <w:rFonts w:eastAsia="Calibri" w:cs="Cambria" w:ascii="Linux Libertine G" w:hAnsi="Linux Libertine G" w:cstheme="minorHAnsi"/>
          <w:sz w:val="22"/>
          <w:szCs w:val="22"/>
          <w:lang w:val="en-GB"/>
        </w:rPr>
        <w:t>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may be used to facilitate offline abuse. Sexual abuse is not solely perpetrated by adult males. Women can also commit acts of sexual abuse, as can children. Technology may also be used to create or share AI-generated sexual imagery or other abusive content.</w:t>
      </w:r>
    </w:p>
    <w:p>
      <w:pPr>
        <w:pStyle w:val="Normal"/>
        <w:keepNext w:val="true"/>
        <w:keepLines/>
        <w:numPr>
          <w:ilvl w:val="0"/>
          <w:numId w:val="15"/>
        </w:numPr>
        <w:spacing w:lineRule="auto" w:line="240" w:before="0" w:after="0"/>
        <w:outlineLvl w:val="2"/>
        <w:rPr>
          <w:rFonts w:ascii="Linux Libertine G" w:hAnsi="Linux Libertine G"/>
        </w:rPr>
      </w:pPr>
      <w:r>
        <w:rPr>
          <w:rFonts w:eastAsia="Calibri" w:cs="Cambria" w:ascii="Linux Libertine G" w:hAnsi="Linux Libertine G" w:cstheme="minorHAnsi"/>
          <w:b/>
          <w:bCs/>
          <w:i/>
          <w:lang w:val="en-GB" w:eastAsia="x-none"/>
        </w:rPr>
        <w:t>Neglect</w:t>
      </w:r>
      <w:r>
        <w:rPr>
          <w:rFonts w:eastAsia="Calibri" w:cs="Cambria" w:ascii="Linux Libertine G" w:hAnsi="Linux Libertine G" w:cstheme="minorHAnsi"/>
          <w:bCs/>
          <w:i/>
          <w:lang w:val="en-GB" w:eastAsia="x-none"/>
        </w:rPr>
        <w:t xml:space="preserve"> - </w:t>
      </w:r>
      <w:r>
        <w:rPr>
          <w:rFonts w:eastAsia="Calibri" w:cs="Cambria" w:ascii="Linux Libertine G" w:hAnsi="Linux Libertine G" w:cstheme="minorHAnsi"/>
          <w:lang w:val="en-GB"/>
        </w:rPr>
        <w:t>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w:t>
      </w:r>
    </w:p>
    <w:p>
      <w:pPr>
        <w:pStyle w:val="ListParagraph"/>
        <w:numPr>
          <w:ilvl w:val="0"/>
          <w:numId w:val="54"/>
        </w:numPr>
        <w:spacing w:before="0" w:after="0"/>
        <w:contextualSpacing/>
        <w:rPr>
          <w:lang w:val="en-GB"/>
        </w:rPr>
      </w:pPr>
      <w:r>
        <w:rPr>
          <w:rFonts w:cs="Cambria" w:ascii="Linux Libertine G" w:hAnsi="Linux Libertine G" w:cstheme="minorHAnsi"/>
          <w:lang w:val="en-GB"/>
        </w:rPr>
        <w:t>Provide adequate food, clothing and shelter (including exclusion from home or abandonment);</w:t>
      </w:r>
    </w:p>
    <w:p>
      <w:pPr>
        <w:pStyle w:val="ListParagraph"/>
        <w:numPr>
          <w:ilvl w:val="0"/>
          <w:numId w:val="54"/>
        </w:numPr>
        <w:spacing w:before="0" w:after="0"/>
        <w:contextualSpacing/>
        <w:rPr>
          <w:lang w:val="en-GB"/>
        </w:rPr>
      </w:pPr>
      <w:r>
        <w:rPr>
          <w:rFonts w:cs="Cambria" w:ascii="Linux Libertine G" w:hAnsi="Linux Libertine G" w:cstheme="minorHAnsi"/>
          <w:lang w:val="en-GB"/>
        </w:rPr>
        <w:t>Protect a child from physical and emotional harm or danger;</w:t>
      </w:r>
    </w:p>
    <w:p>
      <w:pPr>
        <w:pStyle w:val="ListParagraph"/>
        <w:numPr>
          <w:ilvl w:val="0"/>
          <w:numId w:val="54"/>
        </w:numPr>
        <w:spacing w:before="0" w:after="0"/>
        <w:contextualSpacing/>
        <w:rPr>
          <w:lang w:val="en-GB"/>
        </w:rPr>
      </w:pPr>
      <w:r>
        <w:rPr>
          <w:rFonts w:cs="Cambria" w:ascii="Linux Libertine G" w:hAnsi="Linux Libertine G" w:cstheme="minorHAnsi"/>
          <w:lang w:val="en-GB"/>
        </w:rPr>
        <w:t>Ensure adequate supervision (including the use of inadequate caregivers); or</w:t>
      </w:r>
    </w:p>
    <w:p>
      <w:pPr>
        <w:pStyle w:val="ListParagraph"/>
        <w:numPr>
          <w:ilvl w:val="0"/>
          <w:numId w:val="54"/>
        </w:numPr>
        <w:spacing w:before="0" w:after="0"/>
        <w:contextualSpacing/>
        <w:rPr>
          <w:lang w:val="en-GB"/>
        </w:rPr>
      </w:pPr>
      <w:r>
        <w:rPr>
          <w:rFonts w:cs="Cambria" w:ascii="Linux Libertine G" w:hAnsi="Linux Libertine G" w:cstheme="minorHAnsi"/>
          <w:lang w:val="en-GB"/>
        </w:rPr>
        <w:t>Ensure access to appropriate medical care or treatment.</w:t>
      </w:r>
    </w:p>
    <w:p>
      <w:pPr>
        <w:pStyle w:val="Normal"/>
        <w:numPr>
          <w:ilvl w:val="0"/>
          <w:numId w:val="54"/>
        </w:numPr>
        <w:spacing w:lineRule="auto" w:line="240" w:before="0" w:after="0"/>
        <w:rPr>
          <w:lang w:val="en-GB"/>
        </w:rPr>
      </w:pPr>
      <w:r>
        <w:rPr>
          <w:rFonts w:eastAsia="Calibri" w:cs="Cambria" w:ascii="Linux Libertine G" w:hAnsi="Linux Libertine G" w:cstheme="minorHAnsi"/>
          <w:lang w:val="en-GB"/>
        </w:rPr>
        <w:t>It may also include neglect of, or unresponsiveness to, a child’s basic emotional needs.</w:t>
      </w:r>
    </w:p>
    <w:p>
      <w:pPr>
        <w:pStyle w:val="Normal"/>
        <w:keepNext w:val="true"/>
        <w:keepLines/>
        <w:numPr>
          <w:ilvl w:val="0"/>
          <w:numId w:val="54"/>
        </w:numPr>
        <w:spacing w:lineRule="auto" w:line="240" w:before="0" w:after="0"/>
        <w:outlineLvl w:val="2"/>
        <w:rPr>
          <w:lang w:val="en-GB"/>
        </w:rPr>
      </w:pPr>
      <w:r>
        <w:rPr>
          <w:rFonts w:eastAsia="Calibri" w:cs="Cambria" w:ascii="Linux Libertine G" w:hAnsi="Linux Libertine G" w:cstheme="minorHAnsi"/>
          <w:bCs/>
          <w:i/>
          <w:lang w:val="en-GB" w:eastAsia="x-none"/>
        </w:rPr>
        <w:t>Children with special educational needs and disabilities</w:t>
      </w:r>
    </w:p>
    <w:p>
      <w:pPr>
        <w:pStyle w:val="Normal"/>
        <w:numPr>
          <w:ilvl w:val="0"/>
          <w:numId w:val="54"/>
        </w:numPr>
        <w:spacing w:lineRule="auto" w:line="240" w:before="0" w:after="0"/>
        <w:rPr>
          <w:lang w:val="en-GB"/>
        </w:rPr>
      </w:pPr>
      <w:r>
        <w:rPr>
          <w:rFonts w:eastAsia="Calibri" w:cs="Cambria" w:ascii="Linux Libertine G" w:hAnsi="Linux Libertine G" w:cstheme="minorHAnsi"/>
          <w:lang w:val="en-GB"/>
        </w:rPr>
        <w:t>Children with special educational needs and disabilities (SEND) can face additional safeguarding challenges. Additional barriers can exist when recognising abuse and neglect in this group of children. These can include:</w:t>
      </w:r>
    </w:p>
    <w:p>
      <w:pPr>
        <w:pStyle w:val="Normal"/>
        <w:numPr>
          <w:ilvl w:val="0"/>
          <w:numId w:val="54"/>
        </w:numPr>
        <w:spacing w:lineRule="auto" w:line="240" w:before="0" w:after="0"/>
        <w:contextualSpacing/>
        <w:rPr>
          <w:lang w:val="en-GB"/>
        </w:rPr>
      </w:pPr>
      <w:r>
        <w:rPr>
          <w:rFonts w:eastAsia="Calibri" w:cs="Cambria" w:ascii="Linux Libertine G" w:hAnsi="Linux Libertine G" w:cstheme="minorHAnsi"/>
          <w:lang w:val="en-GB"/>
        </w:rPr>
        <w:t>Assumptions that indicators of possible abuse such as behaviour, mood and injury relate to the child’s disability without further exploration;</w:t>
      </w:r>
    </w:p>
    <w:p>
      <w:pPr>
        <w:pStyle w:val="Normal"/>
        <w:numPr>
          <w:ilvl w:val="0"/>
          <w:numId w:val="54"/>
        </w:numPr>
        <w:spacing w:lineRule="auto" w:line="240" w:before="0" w:after="0"/>
        <w:contextualSpacing/>
        <w:rPr>
          <w:lang w:val="en-GB"/>
        </w:rPr>
      </w:pPr>
      <w:r>
        <w:rPr>
          <w:rFonts w:eastAsia="Calibri" w:cs="Cambria" w:ascii="Linux Libertine G" w:hAnsi="Linux Libertine G" w:cstheme="minorHAnsi"/>
          <w:lang w:val="en-GB"/>
        </w:rPr>
        <w:t>Being more prone to peer group isolation than other children;</w:t>
      </w:r>
    </w:p>
    <w:p>
      <w:pPr>
        <w:pStyle w:val="Normal"/>
        <w:numPr>
          <w:ilvl w:val="0"/>
          <w:numId w:val="54"/>
        </w:numPr>
        <w:spacing w:lineRule="auto" w:line="240" w:before="0" w:after="0"/>
        <w:contextualSpacing/>
        <w:rPr>
          <w:lang w:val="en-GB"/>
        </w:rPr>
      </w:pPr>
      <w:r>
        <w:rPr>
          <w:rFonts w:eastAsia="Calibri" w:cs="Cambria" w:ascii="Linux Libertine G" w:hAnsi="Linux Libertine G" w:cstheme="minorHAnsi"/>
          <w:lang w:val="en-GB"/>
        </w:rPr>
        <w:t>The potential for children with SEN and disabilities to be disproportionately impacted by behaviours such as bullying, without outwardly showing any signs; and</w:t>
      </w:r>
    </w:p>
    <w:p>
      <w:pPr>
        <w:pStyle w:val="Normal"/>
        <w:numPr>
          <w:ilvl w:val="0"/>
          <w:numId w:val="54"/>
        </w:numPr>
        <w:spacing w:lineRule="auto" w:line="240" w:before="0" w:after="0"/>
        <w:contextualSpacing/>
        <w:outlineLvl w:val="2"/>
        <w:rPr>
          <w:rFonts w:ascii="Linux Libertine G" w:hAnsi="Linux Libertine G"/>
        </w:rPr>
      </w:pPr>
      <w:r>
        <w:rPr>
          <w:rFonts w:eastAsia="Calibri" w:cs="Cambria" w:ascii="Linux Libertine G" w:hAnsi="Linux Libertine G" w:cstheme="minorHAnsi"/>
          <w:sz w:val="22"/>
          <w:szCs w:val="22"/>
          <w:lang w:val="en-GB"/>
        </w:rPr>
        <w:t>Communication barriers and difficulties in overcoming these barriers.</w:t>
      </w:r>
    </w:p>
    <w:p>
      <w:pPr>
        <w:pStyle w:val="NormalCustom"/>
        <w:spacing w:before="0" w:after="29"/>
        <w:rPr>
          <w:rFonts w:ascii="Linux Libertine G" w:hAnsi="Linux Libertine G"/>
        </w:rPr>
      </w:pPr>
      <w:r>
        <w:rPr>
          <w:rFonts w:eastAsia="Times New Roman" w:cs="Cambria" w:cstheme="minorHAnsi" w:ascii="Linux Libertine G" w:hAnsi="Linux Libertine G"/>
          <w:b/>
          <w:bCs/>
          <w:sz w:val="22"/>
          <w:szCs w:val="22"/>
          <w:lang w:val="en-GB" w:eastAsia="x-none"/>
        </w:rPr>
      </w:r>
    </w:p>
    <w:p>
      <w:pPr>
        <w:pStyle w:val="NormalCustom"/>
        <w:numPr>
          <w:ilvl w:val="0"/>
          <w:numId w:val="53"/>
        </w:numPr>
        <w:spacing w:before="0" w:after="29"/>
        <w:ind w:hanging="510" w:left="170" w:right="0"/>
        <w:rPr>
          <w:rFonts w:ascii="Linux Libertine G" w:hAnsi="Linux Libertine G"/>
        </w:rPr>
      </w:pPr>
      <w:r>
        <w:rPr>
          <w:rFonts w:eastAsia="Times New Roman" w:cs="Cambria" w:ascii="Linux Libertine G" w:hAnsi="Linux Libertine G" w:cstheme="minorHAnsi"/>
          <w:b/>
          <w:bCs/>
          <w:sz w:val="22"/>
          <w:szCs w:val="22"/>
          <w:lang w:val="en-GB" w:eastAsia="x-none"/>
        </w:rPr>
        <w:t>The Concept of Significant Harm</w:t>
      </w:r>
      <w:r>
        <w:rPr>
          <w:lang w:val="en-GB"/>
        </w:rPr>
        <w:t xml:space="preserve">The Children Act 1989 introduced Significant Harm as the threshold that justifies compulsory intervention in family life in the best interests of children. Significant Harm may arise from a single traumatic event or from the cumulative impact of abuse or neglect over time. Determining whether a child is suffering, or is likely to suffer, significant harm requires professional judgement based on the child's circumstances. </w:t>
      </w:r>
      <w:r>
        <w:rPr>
          <w:rFonts w:eastAsia="Times New Roman" w:cs="Cambria" w:ascii="Linux Libertine G" w:hAnsi="Linux Libertine G" w:cstheme="minorHAnsi"/>
          <w:b/>
          <w:bCs/>
          <w:sz w:val="22"/>
          <w:szCs w:val="22"/>
          <w:lang w:val="en-GB" w:eastAsia="x-none"/>
        </w:rPr>
        <w:t xml:space="preserve"> </w:t>
      </w:r>
    </w:p>
    <w:p>
      <w:pPr>
        <w:pStyle w:val="NormalCustom"/>
        <w:spacing w:before="0" w:after="29"/>
        <w:rPr>
          <w:rFonts w:ascii="Linux Libertine G" w:hAnsi="Linux Libertine G"/>
        </w:rPr>
      </w:pPr>
      <w:r>
        <w:rPr>
          <w:rFonts w:eastAsia="Times New Roman" w:cs="Cambria" w:cstheme="minorHAnsi" w:ascii="Linux Libertine G" w:hAnsi="Linux Libertine G"/>
          <w:sz w:val="22"/>
          <w:szCs w:val="22"/>
          <w:lang w:val="en-GB" w:eastAsia="x-none"/>
        </w:rPr>
      </w:r>
    </w:p>
    <w:p>
      <w:pPr>
        <w:pStyle w:val="NormalCustom"/>
        <w:numPr>
          <w:ilvl w:val="0"/>
          <w:numId w:val="53"/>
        </w:numPr>
        <w:spacing w:before="0" w:after="29"/>
        <w:ind w:hanging="510" w:left="170" w:right="0"/>
        <w:rPr>
          <w:rFonts w:ascii="Linux Libertine G" w:hAnsi="Linux Libertine G"/>
        </w:rPr>
      </w:pPr>
      <w:bookmarkStart w:id="0" w:name="_Toc486246944"/>
      <w:r>
        <w:rPr>
          <w:rFonts w:eastAsia="Times New Roman" w:cs="Cambria" w:ascii="Linux Libertine G" w:hAnsi="Linux Libertine G" w:cstheme="minorHAnsi"/>
          <w:b/>
          <w:bCs/>
          <w:sz w:val="22"/>
          <w:szCs w:val="22"/>
          <w:lang w:val="en-GB" w:eastAsia="x-none"/>
        </w:rPr>
        <w:t>F</w:t>
      </w:r>
      <w:bookmarkEnd w:id="0"/>
      <w:r>
        <w:rPr>
          <w:rFonts w:eastAsia="Times New Roman" w:cs="Cambria" w:ascii="Linux Libertine G" w:hAnsi="Linux Libertine G" w:cstheme="minorHAnsi"/>
          <w:b/>
          <w:bCs/>
          <w:sz w:val="22"/>
          <w:szCs w:val="22"/>
          <w:lang w:val="en-GB" w:eastAsia="x-none"/>
        </w:rPr>
        <w:t xml:space="preserve">amily Help </w:t>
      </w:r>
      <w:r>
        <w:rPr>
          <w:lang w:val="en-GB"/>
        </w:rPr>
        <w:t xml:space="preserve">Family Help provides support to children and families as soon as concerns emerge, helping to prevent needs from escalating. All staff should be alert to children who may benefit from Family Help and discuss concerns promptly with the Designated Safeguarding Lead (DSL). </w:t>
      </w:r>
      <w:r>
        <w:rPr>
          <w:rFonts w:eastAsia="Calibri" w:cs="Cambria" w:ascii="Linux Libertine G" w:hAnsi="Linux Libertine G" w:cstheme="minorHAnsi"/>
          <w:sz w:val="22"/>
          <w:szCs w:val="22"/>
          <w:lang w:val="en-GB" w:eastAsia="x-none"/>
        </w:rPr>
        <w:t xml:space="preserve"> </w:t>
      </w:r>
    </w:p>
    <w:p>
      <w:pPr>
        <w:pStyle w:val="NormalCustom"/>
        <w:spacing w:before="0" w:after="29"/>
        <w:rPr>
          <w:rFonts w:ascii="Linux Libertine G" w:hAnsi="Linux Libertine G"/>
        </w:rPr>
      </w:pPr>
      <w:r>
        <w:rPr>
          <w:rFonts w:eastAsia="Calibri" w:cs="Cambria" w:cstheme="minorHAnsi" w:ascii="Linux Libertine G" w:hAnsi="Linux Libertine G"/>
          <w:b/>
          <w:bCs/>
          <w:i/>
          <w:sz w:val="22"/>
          <w:szCs w:val="22"/>
          <w:lang w:val="en-GB" w:eastAsia="x-none"/>
        </w:rPr>
      </w:r>
    </w:p>
    <w:p>
      <w:pPr>
        <w:pStyle w:val="NormalCustom"/>
        <w:numPr>
          <w:ilvl w:val="0"/>
          <w:numId w:val="53"/>
        </w:numPr>
        <w:spacing w:before="0" w:after="29"/>
        <w:ind w:hanging="510" w:left="170" w:right="0"/>
        <w:rPr>
          <w:rFonts w:ascii="Linux Libertine G" w:hAnsi="Linux Libertine G"/>
        </w:rPr>
      </w:pPr>
      <w:r>
        <w:rPr>
          <w:rFonts w:eastAsia="Calibri" w:cs="Cambria" w:ascii="Linux Libertine G" w:hAnsi="Linux Libertine G" w:cstheme="minorHAnsi"/>
          <w:b/>
          <w:bCs/>
          <w:i/>
          <w:sz w:val="22"/>
          <w:szCs w:val="22"/>
          <w:lang w:val="en-GB" w:eastAsia="x-none"/>
        </w:rPr>
        <w:t xml:space="preserve"> </w:t>
      </w:r>
      <w:r>
        <w:rPr>
          <w:rFonts w:eastAsia="Calibri" w:cs="Cambria" w:ascii="Linux Libertine G" w:hAnsi="Linux Libertine G" w:cstheme="minorHAnsi"/>
          <w:b/>
          <w:bCs/>
          <w:sz w:val="22"/>
          <w:szCs w:val="22"/>
          <w:lang w:val="en-GB" w:eastAsia="x-none"/>
        </w:rPr>
        <w:t xml:space="preserve">Child </w:t>
      </w:r>
      <w:r>
        <w:rPr>
          <w:rFonts w:eastAsia="Calibri" w:cs="Cambria" w:ascii="Linux Libertine G" w:hAnsi="Linux Libertine G" w:cstheme="minorHAnsi"/>
          <w:b/>
          <w:bCs/>
          <w:sz w:val="22"/>
          <w:szCs w:val="22"/>
          <w:lang w:val="en-GB" w:eastAsia="x-none"/>
        </w:rPr>
        <w:t>S</w:t>
      </w:r>
      <w:r>
        <w:rPr>
          <w:rFonts w:eastAsia="Calibri" w:cs="Cambria" w:ascii="Linux Libertine G" w:hAnsi="Linux Libertine G" w:cstheme="minorHAnsi"/>
          <w:b/>
          <w:bCs/>
          <w:sz w:val="22"/>
          <w:szCs w:val="22"/>
          <w:lang w:val="en-GB" w:eastAsia="x-none"/>
        </w:rPr>
        <w:t xml:space="preserve">exual </w:t>
      </w:r>
      <w:r>
        <w:rPr>
          <w:rFonts w:eastAsia="Calibri" w:cs="Cambria" w:ascii="Linux Libertine G" w:hAnsi="Linux Libertine G" w:cstheme="minorHAnsi"/>
          <w:b/>
          <w:bCs/>
          <w:sz w:val="22"/>
          <w:szCs w:val="22"/>
          <w:lang w:val="en-GB" w:eastAsia="x-none"/>
        </w:rPr>
        <w:t>E</w:t>
      </w:r>
      <w:r>
        <w:rPr>
          <w:rFonts w:eastAsia="Calibri" w:cs="Cambria" w:ascii="Linux Libertine G" w:hAnsi="Linux Libertine G" w:cstheme="minorHAnsi"/>
          <w:b/>
          <w:bCs/>
          <w:sz w:val="22"/>
          <w:szCs w:val="22"/>
          <w:lang w:val="en-GB" w:eastAsia="x-none"/>
        </w:rPr>
        <w:t>xploitation (CSE)</w:t>
      </w:r>
      <w:r>
        <w:rPr>
          <w:rFonts w:eastAsia="Calibri" w:cs="Cambria" w:ascii="Linux Libertine G" w:hAnsi="Linux Libertine G" w:cstheme="minorHAnsi"/>
          <w:sz w:val="22"/>
          <w:szCs w:val="22"/>
          <w:lang w:val="en-GB" w:eastAsia="x-none"/>
        </w:rPr>
        <w:t xml:space="preserve"> is a type of sexual abuse. </w:t>
      </w:r>
      <w:r>
        <w:rPr>
          <w:rFonts w:eastAsia="Calibri" w:cs="Cambria" w:ascii="Linux Libertine G" w:hAnsi="Linux Libertine G" w:cstheme="minorHAnsi"/>
          <w:sz w:val="22"/>
          <w:szCs w:val="22"/>
          <w:lang w:val="en-GB" w:eastAsia="x-none"/>
        </w:rPr>
        <w:t>Children</w:t>
      </w:r>
      <w:r>
        <w:rPr>
          <w:rFonts w:eastAsia="Calibri" w:cs="Cambria" w:ascii="Linux Libertine G" w:hAnsi="Linux Libertine G" w:cstheme="minorHAnsi"/>
          <w:sz w:val="22"/>
          <w:szCs w:val="22"/>
          <w:lang w:val="en-GB" w:eastAsia="x-none"/>
        </w:rPr>
        <w:t xml:space="preserve"> may be coerced, groomed or manipulated into exploitative situations and relationships. They may be given things such as gifts, money, drugs, alcohol, status or affection, accommodation, protection or other perceived benefits in exchange for taking part in sexual activities. </w:t>
      </w:r>
      <w:r>
        <w:rPr>
          <w:rFonts w:eastAsia="Calibri" w:cs="Cambria" w:ascii="Linux Libertine G" w:hAnsi="Linux Libertine G" w:cstheme="minorHAnsi"/>
          <w:sz w:val="22"/>
          <w:szCs w:val="22"/>
          <w:lang w:val="en-GB" w:eastAsia="x-none"/>
        </w:rPr>
        <w:t>Children</w:t>
      </w:r>
      <w:r>
        <w:rPr>
          <w:rFonts w:eastAsia="Calibri" w:cs="Cambria" w:ascii="Linux Libertine G" w:hAnsi="Linux Libertine G" w:cstheme="minorHAnsi"/>
          <w:sz w:val="22"/>
          <w:szCs w:val="22"/>
          <w:lang w:val="en-GB" w:eastAsia="x-none"/>
        </w:rPr>
        <w:t xml:space="preserve"> may be tricked into believing they're in a loving, consensual relationship. They often trust their abuser and may not recognise they are being exploited or abused. They might be invited to parties and given drugs and alcohol before being sexually exploited. They can also be groomed and exploited online or through the use of technology and social media.. Child sexual exploitation can involve violent, humiliating and degrading sexual assaults and may involve multiple perpetrators.</w:t>
      </w:r>
    </w:p>
    <w:p>
      <w:pPr>
        <w:pStyle w:val="NormalCustom"/>
        <w:numPr>
          <w:ilvl w:val="0"/>
          <w:numId w:val="0"/>
        </w:numPr>
        <w:spacing w:before="0" w:after="29"/>
        <w:ind w:hanging="0" w:left="170" w:right="0"/>
        <w:rPr>
          <w:rFonts w:ascii="Linux Libertine G" w:hAnsi="Linux Libertine G"/>
        </w:rPr>
      </w:pPr>
      <w:r>
        <w:rPr>
          <w:rFonts w:eastAsia="Calibri" w:cs="Cambria" w:cstheme="minorHAnsi" w:ascii="Linux Libertine G" w:hAnsi="Linux Libertine G"/>
          <w:sz w:val="22"/>
          <w:szCs w:val="22"/>
          <w:lang w:val="en-GB" w:eastAsia="x-none"/>
        </w:rPr>
        <w:t xml:space="preserve">Child sexual exploitation can affect any child or young person, regardless of their background, </w:t>
      </w:r>
      <w:r>
        <w:rPr>
          <w:rFonts w:eastAsia="Calibri" w:cs="Cambria" w:cstheme="minorHAnsi" w:ascii="Linux Libertine G" w:hAnsi="Linux Libertine G"/>
          <w:sz w:val="22"/>
          <w:szCs w:val="22"/>
          <w:lang w:val="en-GB" w:eastAsia="x-none"/>
        </w:rPr>
        <w:t>age</w:t>
      </w:r>
      <w:r>
        <w:rPr>
          <w:rFonts w:eastAsia="Calibri" w:cs="Cambria" w:cstheme="minorHAnsi" w:ascii="Linux Libertine G" w:hAnsi="Linux Libertine G"/>
          <w:sz w:val="22"/>
          <w:szCs w:val="22"/>
          <w:lang w:val="en-GB" w:eastAsia="x-none"/>
        </w:rPr>
        <w:t xml:space="preserve">, gender or ethnicity. It may occur without the child's immediate knowledge, for example through the sharing of images or online coercion. Indicators of child sexual exploitation may include children appearing to receive gifts, money or mobile phones without explanation, associating with older individuals or groups, going missing from home or education, or displaying changes in behaviour. </w:t>
      </w:r>
    </w:p>
    <w:p>
      <w:pPr>
        <w:pStyle w:val="NormalCustom"/>
        <w:numPr>
          <w:ilvl w:val="0"/>
          <w:numId w:val="0"/>
        </w:numPr>
        <w:spacing w:before="0" w:after="29"/>
        <w:ind w:hanging="0" w:left="170" w:right="0"/>
        <w:rPr>
          <w:rFonts w:ascii="Linux Libertine G" w:hAnsi="Linux Libertine G"/>
        </w:rPr>
      </w:pPr>
      <w:r>
        <w:rPr>
          <w:rFonts w:eastAsia="Calibri" w:cs="Cambria" w:cstheme="minorHAnsi" w:ascii="Linux Libertine G" w:hAnsi="Linux Libertine G"/>
          <w:sz w:val="22"/>
          <w:szCs w:val="22"/>
          <w:lang w:val="en-GB" w:eastAsia="x-none"/>
        </w:rPr>
      </w:r>
    </w:p>
    <w:p>
      <w:pPr>
        <w:pStyle w:val="NormalCustom"/>
        <w:numPr>
          <w:ilvl w:val="0"/>
          <w:numId w:val="53"/>
        </w:numPr>
        <w:spacing w:before="0" w:after="29"/>
        <w:ind w:hanging="510" w:left="170" w:right="0"/>
        <w:rPr>
          <w:rFonts w:ascii="Linux Libertine G" w:hAnsi="Linux Libertine G"/>
        </w:rPr>
      </w:pPr>
      <w:r>
        <w:rPr>
          <w:rFonts w:eastAsia="Calibri" w:cs="Cambria" w:ascii="Linux Libertine G" w:hAnsi="Linux Libertine G" w:cstheme="minorHAnsi"/>
          <w:b/>
          <w:bCs/>
          <w:i w:val="false"/>
          <w:iCs w:val="false"/>
          <w:sz w:val="22"/>
          <w:szCs w:val="22"/>
          <w:lang w:val="en-GB" w:eastAsia="x-none"/>
        </w:rPr>
        <w:t>Child trafficking</w:t>
      </w:r>
      <w:r>
        <w:rPr>
          <w:rFonts w:eastAsia="Calibri" w:cs="Cambria" w:ascii="Linux Libertine G" w:hAnsi="Linux Libertine G" w:cstheme="minorHAnsi"/>
          <w:i/>
          <w:sz w:val="22"/>
          <w:szCs w:val="22"/>
          <w:lang w:val="en-GB" w:eastAsia="x-none"/>
        </w:rPr>
        <w:t xml:space="preserve"> -</w:t>
      </w:r>
      <w:r>
        <w:rPr>
          <w:rFonts w:eastAsia="Calibri" w:cs="Cambria" w:ascii="Linux Libertine G" w:hAnsi="Linux Libertine G" w:cstheme="minorHAnsi"/>
          <w:i w:val="false"/>
          <w:iCs w:val="false"/>
          <w:sz w:val="22"/>
          <w:szCs w:val="22"/>
          <w:lang w:val="en-GB" w:eastAsia="x-none"/>
        </w:rPr>
        <w:t>i</w:t>
      </w:r>
      <w:r>
        <w:rPr>
          <w:rFonts w:ascii="Linux Libertine G" w:hAnsi="Linux Libertine G"/>
          <w:lang w:val="en-GB"/>
        </w:rPr>
        <w:t>nvolves the recruitment, transportation, transfer, ha</w:t>
      </w:r>
      <w:r>
        <w:rPr>
          <w:rFonts w:ascii="Linux Libertine G" w:hAnsi="Linux Libertine G"/>
          <w:lang w:val="en-GB"/>
        </w:rPr>
        <w:t>r</w:t>
      </w:r>
      <w:r>
        <w:rPr>
          <w:rFonts w:ascii="Linux Libertine G" w:hAnsi="Linux Libertine G"/>
          <w:lang w:val="en-GB"/>
        </w:rPr>
        <w:t xml:space="preserve">bouring or receipt of children for the purpose of exploitation. Traffickers use grooming, coercion, deception or abuse of power to gain the trust of a child, family or community. Children are trafficked </w:t>
      </w:r>
      <w:r>
        <w:rPr>
          <w:rFonts w:ascii="Linux Libertine G" w:hAnsi="Linux Libertine G"/>
          <w:lang w:val="en-GB"/>
        </w:rPr>
        <w:t>internationally,</w:t>
      </w:r>
      <w:r>
        <w:rPr>
          <w:rFonts w:ascii="Linux Libertine G" w:hAnsi="Linux Libertine G"/>
          <w:lang w:val="en-GB"/>
        </w:rPr>
        <w:t xml:space="preserve"> into the UK, within the UK, or within their own local </w:t>
      </w:r>
      <w:r>
        <w:rPr>
          <w:rFonts w:ascii="Linux Libertine G" w:hAnsi="Linux Libertine G"/>
          <w:lang w:val="en-GB"/>
        </w:rPr>
        <w:t>communities.</w:t>
      </w:r>
      <w:r>
        <w:rPr>
          <w:rFonts w:ascii="Linux Libertine G" w:hAnsi="Linux Libertine G"/>
          <w:lang w:val="en-GB"/>
        </w:rPr>
        <w:t xml:space="preserve"> </w:t>
      </w:r>
    </w:p>
    <w:p>
      <w:pPr>
        <w:pStyle w:val="NormalCustom"/>
        <w:numPr>
          <w:ilvl w:val="0"/>
          <w:numId w:val="0"/>
        </w:numPr>
        <w:spacing w:before="0" w:after="29"/>
        <w:ind w:hanging="0" w:left="170" w:right="0"/>
        <w:rPr>
          <w:rFonts w:ascii="Linux Libertine G" w:hAnsi="Linux Libertine G"/>
        </w:rPr>
      </w:pPr>
      <w:r>
        <w:rPr>
          <w:rFonts w:ascii="Linux Libertine G" w:hAnsi="Linux Libertine G"/>
          <w:lang w:val="en-GB"/>
        </w:rPr>
        <w:t>Children may be trafficked or exploited for:</w:t>
      </w:r>
    </w:p>
    <w:p>
      <w:pPr>
        <w:pStyle w:val="NormalCustom"/>
        <w:numPr>
          <w:ilvl w:val="0"/>
          <w:numId w:val="17"/>
        </w:numPr>
        <w:spacing w:before="0" w:after="0"/>
        <w:rPr>
          <w:rFonts w:ascii="Linux Libertine G" w:hAnsi="Linux Libertine G"/>
        </w:rPr>
      </w:pPr>
      <w:r>
        <w:rPr>
          <w:rFonts w:ascii="Linux Libertine G" w:hAnsi="Linux Libertine G"/>
          <w:lang w:val="en-GB"/>
        </w:rPr>
        <w:t>child sexual exploitation;</w:t>
      </w:r>
    </w:p>
    <w:p>
      <w:pPr>
        <w:pStyle w:val="NormalCustom"/>
        <w:numPr>
          <w:ilvl w:val="0"/>
          <w:numId w:val="17"/>
        </w:numPr>
        <w:spacing w:before="0" w:after="0"/>
        <w:rPr>
          <w:rFonts w:ascii="Linux Libertine G" w:hAnsi="Linux Libertine G"/>
        </w:rPr>
      </w:pPr>
      <w:r>
        <w:rPr>
          <w:rFonts w:ascii="Linux Libertine G" w:hAnsi="Linux Libertine G"/>
          <w:lang w:val="en-GB"/>
        </w:rPr>
        <w:t>child criminal exploitation, including county lines;</w:t>
      </w:r>
    </w:p>
    <w:p>
      <w:pPr>
        <w:pStyle w:val="NormalCustom"/>
        <w:numPr>
          <w:ilvl w:val="0"/>
          <w:numId w:val="17"/>
        </w:numPr>
        <w:spacing w:before="0" w:after="0"/>
        <w:rPr>
          <w:rFonts w:ascii="Linux Libertine G" w:hAnsi="Linux Libertine G"/>
        </w:rPr>
      </w:pPr>
      <w:r>
        <w:rPr>
          <w:rFonts w:ascii="Linux Libertine G" w:hAnsi="Linux Libertine G"/>
          <w:lang w:val="en-GB"/>
        </w:rPr>
        <w:t xml:space="preserve">forced criminality; </w:t>
      </w:r>
    </w:p>
    <w:p>
      <w:pPr>
        <w:pStyle w:val="NormalCustom"/>
        <w:numPr>
          <w:ilvl w:val="0"/>
          <w:numId w:val="17"/>
        </w:numPr>
        <w:spacing w:before="0" w:after="0"/>
        <w:rPr>
          <w:rFonts w:ascii="Linux Libertine G" w:hAnsi="Linux Libertine G"/>
        </w:rPr>
      </w:pPr>
      <w:r>
        <w:rPr>
          <w:rFonts w:ascii="Linux Libertine G" w:hAnsi="Linux Libertine G"/>
          <w:lang w:val="en-GB"/>
        </w:rPr>
        <w:t>benefit fraud;</w:t>
      </w:r>
    </w:p>
    <w:p>
      <w:pPr>
        <w:pStyle w:val="NormalCustom"/>
        <w:numPr>
          <w:ilvl w:val="0"/>
          <w:numId w:val="17"/>
        </w:numPr>
        <w:spacing w:before="0" w:after="0"/>
        <w:rPr>
          <w:rFonts w:ascii="Linux Libertine G" w:hAnsi="Linux Libertine G"/>
        </w:rPr>
      </w:pPr>
      <w:r>
        <w:rPr>
          <w:rFonts w:ascii="Linux Libertine G" w:hAnsi="Linux Libertine G"/>
          <w:lang w:val="en-GB"/>
        </w:rPr>
        <w:t>forced marriage;</w:t>
      </w:r>
    </w:p>
    <w:p>
      <w:pPr>
        <w:pStyle w:val="NormalCustom"/>
        <w:numPr>
          <w:ilvl w:val="0"/>
          <w:numId w:val="17"/>
        </w:numPr>
        <w:spacing w:before="0" w:after="0"/>
        <w:rPr>
          <w:rFonts w:ascii="Linux Libertine G" w:hAnsi="Linux Libertine G"/>
        </w:rPr>
      </w:pPr>
      <w:r>
        <w:rPr>
          <w:rFonts w:ascii="Linux Libertine G" w:hAnsi="Linux Libertine G"/>
          <w:lang w:val="en-GB"/>
        </w:rPr>
        <w:t>domestic servitude such as cleaning, childcare, cooking;</w:t>
      </w:r>
    </w:p>
    <w:p>
      <w:pPr>
        <w:pStyle w:val="NormalCustom"/>
        <w:numPr>
          <w:ilvl w:val="0"/>
          <w:numId w:val="17"/>
        </w:numPr>
        <w:spacing w:before="0" w:after="0"/>
        <w:rPr>
          <w:rFonts w:ascii="Linux Libertine G" w:hAnsi="Linux Libertine G"/>
        </w:rPr>
      </w:pPr>
      <w:r>
        <w:rPr>
          <w:rFonts w:ascii="Linux Libertine G" w:hAnsi="Linux Libertine G"/>
          <w:lang w:val="en-GB"/>
        </w:rPr>
        <w:t>forced labour including working in factories, agriculture or other industries;</w:t>
      </w:r>
    </w:p>
    <w:p>
      <w:pPr>
        <w:pStyle w:val="NormalCustom"/>
        <w:numPr>
          <w:ilvl w:val="0"/>
          <w:numId w:val="17"/>
        </w:numPr>
        <w:spacing w:before="0" w:after="0"/>
        <w:rPr>
          <w:rFonts w:ascii="Linux Libertine G" w:hAnsi="Linux Libertine G"/>
        </w:rPr>
      </w:pPr>
      <w:r>
        <w:rPr>
          <w:rFonts w:ascii="Linux Libertine G" w:hAnsi="Linux Libertine G"/>
          <w:lang w:val="en-GB"/>
        </w:rPr>
        <w:t>modern slavery; and</w:t>
      </w:r>
    </w:p>
    <w:p>
      <w:pPr>
        <w:pStyle w:val="NormalCustom"/>
        <w:numPr>
          <w:ilvl w:val="0"/>
          <w:numId w:val="17"/>
        </w:numPr>
        <w:spacing w:before="0" w:after="0"/>
        <w:rPr>
          <w:rFonts w:ascii="Linux Libertine G" w:hAnsi="Linux Libertine G"/>
        </w:rPr>
      </w:pPr>
      <w:r>
        <w:rPr>
          <w:rFonts w:ascii="Linux Libertine G" w:hAnsi="Linux Libertine G"/>
          <w:lang w:val="en-GB"/>
        </w:rPr>
        <w:t xml:space="preserve">the removal of organs or other forms of exploitation. </w:t>
      </w:r>
    </w:p>
    <w:p>
      <w:pPr>
        <w:pStyle w:val="NormalCustom"/>
        <w:spacing w:before="0" w:after="0"/>
        <w:rPr>
          <w:rFonts w:ascii="Linux Libertine G" w:hAnsi="Linux Libertine G"/>
        </w:rPr>
      </w:pPr>
      <w:r>
        <w:rPr>
          <w:rFonts w:ascii="Linux Libertine G" w:hAnsi="Linux Libertine G"/>
          <w:lang w:val="en-GB"/>
        </w:rPr>
        <w:t xml:space="preserve">Children who have been trafficked may not recognise that they are victims and may appear to consent to, or be complicit in, their exploitation. </w:t>
      </w:r>
    </w:p>
    <w:p>
      <w:pPr>
        <w:pStyle w:val="Normal"/>
        <w:spacing w:lineRule="auto" w:line="240" w:before="0" w:after="0"/>
        <w:ind w:hanging="0"/>
        <w:contextualSpacing/>
        <w:jc w:val="left"/>
        <w:rPr>
          <w:rFonts w:ascii="Linux Libertine G" w:hAnsi="Linux Libertine G" w:eastAsia="Calibri" w:cs="Cambria" w:cstheme="minorHAnsi"/>
          <w:sz w:val="22"/>
          <w:szCs w:val="22"/>
          <w:lang w:eastAsia="x-none"/>
        </w:rPr>
      </w:pPr>
      <w:r>
        <w:rPr>
          <w:rFonts w:eastAsia="Calibri" w:cs="Cambria" w:cstheme="minorHAnsi" w:ascii="Linux Libertine G" w:hAnsi="Linux Libertine G"/>
          <w:sz w:val="22"/>
          <w:szCs w:val="22"/>
          <w:lang w:val="en-GB" w:eastAsia="x-none"/>
        </w:rPr>
      </w:r>
    </w:p>
    <w:p>
      <w:pPr>
        <w:pStyle w:val="NormalCustom"/>
        <w:numPr>
          <w:ilvl w:val="0"/>
          <w:numId w:val="53"/>
        </w:numPr>
        <w:spacing w:before="0" w:after="29"/>
        <w:ind w:hanging="510" w:left="170" w:right="0"/>
        <w:rPr>
          <w:rFonts w:ascii="Linux Libertine G" w:hAnsi="Linux Libertine G"/>
        </w:rPr>
      </w:pPr>
      <w:r>
        <w:rPr>
          <w:rFonts w:eastAsia="Calibri" w:cs="Cambria" w:ascii="Linux Libertine G" w:hAnsi="Linux Libertine G" w:cstheme="minorHAnsi"/>
          <w:b/>
          <w:bCs/>
          <w:i/>
          <w:iCs/>
          <w:sz w:val="22"/>
          <w:szCs w:val="22"/>
          <w:lang w:val="en-GB" w:eastAsia="x-none"/>
        </w:rPr>
        <w:t>Female Genital Mutilation (FGM)</w:t>
      </w:r>
      <w:r>
        <w:rPr>
          <w:rFonts w:eastAsia="Calibri" w:cs="Cambria" w:ascii="Linux Libertine G" w:hAnsi="Linux Libertine G" w:cstheme="minorHAnsi"/>
          <w:b/>
          <w:bCs/>
          <w:i/>
          <w:sz w:val="22"/>
          <w:szCs w:val="22"/>
          <w:lang w:val="en-GB" w:eastAsia="x-none"/>
        </w:rPr>
        <w:t xml:space="preserve"> -</w:t>
      </w:r>
      <w:r>
        <w:rPr>
          <w:rFonts w:eastAsia="Calibri" w:cs="Cambria" w:ascii="Linux Libertine G" w:hAnsi="Linux Libertine G" w:cstheme="minorHAnsi"/>
          <w:bCs/>
          <w:sz w:val="22"/>
          <w:szCs w:val="22"/>
          <w:lang w:val="en-GB" w:eastAsia="x-none"/>
        </w:rPr>
        <w:t xml:space="preserve"> comprises “</w:t>
      </w:r>
      <w:r>
        <w:rPr>
          <w:rFonts w:eastAsia="Calibri" w:cs="Cambria" w:ascii="Linux Libertine G" w:hAnsi="Linux Libertine G" w:cstheme="minorHAnsi"/>
          <w:bCs/>
          <w:iCs/>
          <w:sz w:val="22"/>
          <w:szCs w:val="22"/>
          <w:lang w:val="en-GB" w:eastAsia="x-none"/>
        </w:rPr>
        <w:t>all procedures involving partial or total removal of the external female genitalia or other injury to the female genital organs for non-medical reasons.” FGM is illegal in the UK and is recognised as a form of child abuse and violence against wom</w:t>
      </w:r>
      <w:r>
        <w:rPr>
          <w:rFonts w:eastAsia="Calibri" w:cs="Cambria" w:ascii="Linux Libertine G" w:hAnsi="Linux Libertine G" w:cstheme="minorHAnsi"/>
          <w:bCs/>
          <w:iCs/>
          <w:sz w:val="22"/>
          <w:szCs w:val="22"/>
          <w:lang w:val="en-GB" w:eastAsia="x-none"/>
        </w:rPr>
        <w:t>e</w:t>
      </w:r>
      <w:r>
        <w:rPr>
          <w:rFonts w:eastAsia="Calibri" w:cs="Cambria" w:ascii="Linux Libertine G" w:hAnsi="Linux Libertine G" w:cstheme="minorHAnsi"/>
          <w:bCs/>
          <w:iCs/>
          <w:sz w:val="22"/>
          <w:szCs w:val="22"/>
          <w:lang w:val="en-GB" w:eastAsia="x-none"/>
        </w:rPr>
        <w:t>n and girls. It has no health benefits and can cause severe and lifelong physical, emotional and psychological harm and, in some cases death.</w:t>
      </w:r>
    </w:p>
    <w:p>
      <w:pPr>
        <w:pStyle w:val="NormalCustom"/>
        <w:numPr>
          <w:ilvl w:val="0"/>
          <w:numId w:val="0"/>
        </w:numPr>
        <w:spacing w:before="0" w:after="29"/>
        <w:ind w:hanging="0" w:left="170" w:right="0"/>
        <w:rPr>
          <w:rFonts w:ascii="Linux Libertine G" w:hAnsi="Linux Libertine G"/>
        </w:rPr>
      </w:pPr>
      <w:r>
        <w:rPr/>
      </w:r>
    </w:p>
    <w:p>
      <w:pPr>
        <w:pStyle w:val="NormalCustom"/>
        <w:numPr>
          <w:ilvl w:val="0"/>
          <w:numId w:val="53"/>
        </w:numPr>
        <w:spacing w:before="0" w:after="29"/>
        <w:ind w:hanging="510" w:left="170" w:right="0"/>
        <w:rPr>
          <w:rFonts w:ascii="Linux Libertine G" w:hAnsi="Linux Libertine G"/>
        </w:rPr>
      </w:pPr>
      <w:r>
        <w:rPr>
          <w:rStyle w:val="Strong"/>
          <w:rFonts w:eastAsia="Calibri" w:cs="Cambria" w:ascii="Linux Libertine G" w:hAnsi="Linux Libertine G" w:cstheme="minorHAnsi"/>
          <w:i w:val="false"/>
          <w:iCs w:val="false"/>
          <w:sz w:val="22"/>
          <w:szCs w:val="22"/>
          <w:lang w:val="en-GB" w:eastAsia="x-none"/>
        </w:rPr>
        <w:t>Fabricated or Induced Illness (FII)</w:t>
      </w:r>
      <w:r>
        <w:rPr>
          <w:rFonts w:eastAsia="Calibri" w:cs="Cambria" w:ascii="Linux Libertine G" w:hAnsi="Linux Libertine G" w:cstheme="minorHAnsi"/>
          <w:bCs/>
          <w:iCs/>
          <w:sz w:val="22"/>
          <w:szCs w:val="22"/>
          <w:lang w:val="en-GB" w:eastAsia="x-none"/>
        </w:rPr>
        <w:t xml:space="preserve"> is a form of abuse in which a parent or carer exaggerates, fabricates or deliberately induces illness in a child. </w:t>
      </w:r>
      <w:r>
        <w:rPr>
          <w:rFonts w:eastAsia="Calibri" w:cs="Cambria" w:ascii="Linux Libertine G" w:hAnsi="Linux Libertine G" w:cstheme="minorHAnsi"/>
          <w:bCs/>
          <w:iCs/>
          <w:sz w:val="22"/>
          <w:szCs w:val="22"/>
          <w:lang w:val="en-GB" w:eastAsia="x-none"/>
        </w:rPr>
        <w:t xml:space="preserve">This may result in unnecessary medical investigations or treatment and can cause significant physical and emotional harm. </w:t>
      </w:r>
    </w:p>
    <w:p>
      <w:pPr>
        <w:pStyle w:val="NormalCustom"/>
        <w:numPr>
          <w:ilvl w:val="0"/>
          <w:numId w:val="0"/>
        </w:numPr>
        <w:spacing w:before="0" w:after="29"/>
        <w:ind w:hanging="0" w:left="170" w:right="0"/>
        <w:rPr>
          <w:rFonts w:ascii="Linux Libertine G" w:hAnsi="Linux Libertine G"/>
        </w:rPr>
      </w:pPr>
      <w:r>
        <w:rPr>
          <w:rFonts w:eastAsia="Calibri" w:cs="Cambria" w:cstheme="minorHAnsi" w:ascii="Linux Libertine G" w:hAnsi="Linux Libertine G"/>
          <w:bCs/>
          <w:iCs/>
          <w:sz w:val="22"/>
          <w:szCs w:val="22"/>
          <w:lang w:val="en-GB" w:eastAsia="x-none"/>
        </w:rPr>
      </w:r>
    </w:p>
    <w:p>
      <w:pPr>
        <w:pStyle w:val="NormalCustom"/>
        <w:numPr>
          <w:ilvl w:val="0"/>
          <w:numId w:val="53"/>
        </w:numPr>
        <w:spacing w:before="0" w:after="29"/>
        <w:ind w:hanging="510" w:left="170" w:right="0"/>
        <w:rPr>
          <w:rFonts w:ascii="Linux Libertine G" w:hAnsi="Linux Libertine G"/>
        </w:rPr>
      </w:pPr>
      <w:r>
        <w:rPr>
          <w:rFonts w:eastAsia="Calibri" w:cs="Cambria" w:ascii="Linux Libertine G" w:hAnsi="Linux Libertine G" w:cstheme="minorHAnsi"/>
          <w:b/>
          <w:bCs/>
          <w:i w:val="false"/>
          <w:iCs w:val="false"/>
          <w:sz w:val="22"/>
          <w:szCs w:val="22"/>
          <w:lang w:val="en-GB" w:eastAsia="x-none"/>
        </w:rPr>
        <w:t xml:space="preserve">Child on Child </w:t>
      </w:r>
      <w:r>
        <w:rPr>
          <w:rFonts w:eastAsia="Calibri" w:cs="Cambria" w:ascii="Linux Libertine G" w:hAnsi="Linux Libertine G" w:cstheme="minorHAnsi"/>
          <w:b/>
          <w:bCs/>
          <w:i w:val="false"/>
          <w:iCs w:val="false"/>
          <w:sz w:val="22"/>
          <w:szCs w:val="22"/>
          <w:lang w:val="en-GB" w:eastAsia="x-none"/>
        </w:rPr>
        <w:t>abuse</w:t>
      </w:r>
      <w:r>
        <w:rPr>
          <w:rFonts w:eastAsia="Calibri" w:cs="Cambria" w:ascii="Linux Libertine G" w:hAnsi="Linux Libertine G" w:cstheme="minorHAnsi"/>
          <w:b/>
          <w:bCs/>
          <w:i/>
          <w:sz w:val="22"/>
          <w:szCs w:val="22"/>
          <w:lang w:val="en-GB" w:eastAsia="x-none"/>
        </w:rPr>
        <w:t xml:space="preserve">: </w:t>
      </w:r>
      <w:r>
        <w:rPr>
          <w:lang w:val="en-GB"/>
        </w:rPr>
        <w:t xml:space="preserve">is any form of abuse that takes place between children. It can happen both inside and outside the organisation and online. It is important to recognise that even if there are no reports of child-on-child abuse, it does not mean it is not happening. All concerns should be taken seriously and victims will be supported </w:t>
      </w:r>
      <w:r>
        <w:rPr>
          <w:rFonts w:eastAsia="Calibri" w:cs="Cambria" w:ascii="Linux Libertine G" w:hAnsi="Linux Libertine G" w:cstheme="minorHAnsi"/>
          <w:b/>
          <w:bCs/>
          <w:i/>
          <w:sz w:val="22"/>
          <w:szCs w:val="22"/>
          <w:lang w:val="en-GB" w:eastAsia="x-none"/>
        </w:rPr>
        <w:t xml:space="preserve"> </w:t>
      </w:r>
    </w:p>
    <w:p>
      <w:pPr>
        <w:pStyle w:val="NormalCustom"/>
        <w:spacing w:before="0" w:after="29"/>
        <w:ind w:hanging="0" w:left="0"/>
        <w:rPr>
          <w:rFonts w:ascii="Linux Libertine G" w:hAnsi="Linux Libertine G"/>
        </w:rPr>
      </w:pPr>
      <w:r>
        <w:rPr>
          <w:rFonts w:eastAsia="Calibri" w:cs="Cambria" w:ascii="Linux Libertine G" w:hAnsi="Linux Libertine G" w:cstheme="minorHAnsi"/>
          <w:b/>
          <w:bCs/>
          <w:i/>
          <w:sz w:val="22"/>
          <w:szCs w:val="22"/>
          <w:lang w:val="en-GB" w:eastAsia="x-none"/>
        </w:rPr>
        <w:t xml:space="preserve">  </w:t>
      </w:r>
      <w:r>
        <w:rPr>
          <w:rFonts w:eastAsia="Calibri" w:cs="Cambria" w:ascii="Linux Libertine G" w:hAnsi="Linux Libertine G" w:cstheme="minorHAnsi"/>
          <w:lang w:val="en-GB"/>
        </w:rPr>
        <w:t xml:space="preserve">This is most likely to include, but may not be limited to: </w:t>
      </w:r>
    </w:p>
    <w:p>
      <w:pPr>
        <w:pStyle w:val="Normal"/>
        <w:numPr>
          <w:ilvl w:val="0"/>
          <w:numId w:val="5"/>
        </w:numPr>
        <w:spacing w:lineRule="auto" w:line="240" w:before="0" w:after="0"/>
        <w:contextualSpacing/>
        <w:rPr>
          <w:rFonts w:ascii="Linux Libertine G" w:hAnsi="Linux Libertine G"/>
        </w:rPr>
      </w:pPr>
      <w:r>
        <w:rPr>
          <w:rFonts w:eastAsia="Calibri" w:cs="Cambria" w:ascii="Linux Libertine G" w:hAnsi="Linux Libertine G" w:cstheme="minorHAnsi"/>
          <w:lang w:val="en-GB"/>
        </w:rPr>
        <w:t>Bullying (including cyber bullying, prejudice-based and discriminatory bullying);</w:t>
      </w:r>
    </w:p>
    <w:p>
      <w:pPr>
        <w:pStyle w:val="Normal"/>
        <w:numPr>
          <w:ilvl w:val="0"/>
          <w:numId w:val="5"/>
        </w:numPr>
        <w:spacing w:lineRule="auto" w:line="240" w:before="0" w:after="0"/>
        <w:contextualSpacing/>
        <w:rPr>
          <w:rFonts w:ascii="Linux Libertine G" w:hAnsi="Linux Libertine G"/>
        </w:rPr>
      </w:pPr>
      <w:r>
        <w:rPr>
          <w:rFonts w:eastAsia="Calibri" w:cs="Cambria" w:ascii="Linux Libertine G" w:hAnsi="Linux Libertine G" w:cstheme="minorHAnsi"/>
          <w:lang w:val="en-GB"/>
        </w:rPr>
        <w:t>Physical abuse such as hitting, kicking, shaking, biting, hair pulling, or otherwise causing physical harm;</w:t>
      </w:r>
    </w:p>
    <w:p>
      <w:pPr>
        <w:pStyle w:val="Normal"/>
        <w:numPr>
          <w:ilvl w:val="0"/>
          <w:numId w:val="5"/>
        </w:numPr>
        <w:spacing w:lineRule="auto" w:line="240" w:before="0" w:after="0"/>
        <w:contextualSpacing/>
        <w:rPr>
          <w:rFonts w:ascii="Linux Libertine G" w:hAnsi="Linux Libertine G"/>
        </w:rPr>
      </w:pPr>
      <w:r>
        <w:rPr>
          <w:rFonts w:eastAsia="Calibri" w:cs="Cambria" w:ascii="Linux Libertine G" w:hAnsi="Linux Libertine G" w:cstheme="minorHAnsi"/>
          <w:lang w:val="en-GB"/>
        </w:rPr>
        <w:t>Sexual violence and sexual harassment;</w:t>
      </w:r>
    </w:p>
    <w:p>
      <w:pPr>
        <w:pStyle w:val="Normal"/>
        <w:numPr>
          <w:ilvl w:val="0"/>
          <w:numId w:val="5"/>
        </w:numPr>
        <w:spacing w:lineRule="auto" w:line="240" w:before="0" w:after="0"/>
        <w:contextualSpacing/>
        <w:rPr>
          <w:rFonts w:ascii="Linux Libertine G" w:hAnsi="Linux Libertine G"/>
        </w:rPr>
      </w:pPr>
      <w:r>
        <w:rPr>
          <w:rFonts w:eastAsia="Calibri" w:cs="Cambria" w:ascii="Linux Libertine G" w:hAnsi="Linux Libertine G" w:cstheme="minorHAnsi"/>
          <w:lang w:val="en-GB"/>
        </w:rPr>
        <w:t>Consensual and non-consensual sharing or nude or semi nude images and/or videos (also known as youth-produced sexual imagery), including AI-generated images;</w:t>
      </w:r>
    </w:p>
    <w:p>
      <w:pPr>
        <w:pStyle w:val="Normal"/>
        <w:numPr>
          <w:ilvl w:val="0"/>
          <w:numId w:val="5"/>
        </w:numPr>
        <w:spacing w:lineRule="auto" w:line="240" w:before="0" w:after="0"/>
        <w:contextualSpacing/>
        <w:rPr>
          <w:rFonts w:ascii="Linux Libertine G" w:hAnsi="Linux Libertine G"/>
        </w:rPr>
      </w:pPr>
      <w:r>
        <w:rPr>
          <w:rFonts w:eastAsia="Calibri" w:cs="Cambria" w:ascii="Linux Libertine G" w:hAnsi="Linux Libertine G" w:cstheme="minorHAnsi"/>
          <w:lang w:val="en-GB"/>
        </w:rPr>
        <w:t>upskirting;</w:t>
      </w:r>
    </w:p>
    <w:p>
      <w:pPr>
        <w:pStyle w:val="Normal"/>
        <w:numPr>
          <w:ilvl w:val="0"/>
          <w:numId w:val="5"/>
        </w:numPr>
        <w:spacing w:lineRule="auto" w:line="240" w:before="0" w:after="0"/>
        <w:contextualSpacing/>
        <w:rPr>
          <w:rFonts w:ascii="Linux Libertine G" w:hAnsi="Linux Libertine G"/>
        </w:rPr>
      </w:pPr>
      <w:r>
        <w:rPr>
          <w:rFonts w:eastAsia="Calibri" w:cs="Cambria" w:ascii="Linux Libertine G" w:hAnsi="Linux Libertine G" w:cstheme="minorHAnsi"/>
          <w:lang w:val="en-GB"/>
        </w:rPr>
        <w:t>Abuse in intimate personal relationships between children (sometimes known as teenage relationship abuse);</w:t>
      </w:r>
    </w:p>
    <w:p>
      <w:pPr>
        <w:pStyle w:val="Normal"/>
        <w:numPr>
          <w:ilvl w:val="0"/>
          <w:numId w:val="5"/>
        </w:numPr>
        <w:spacing w:lineRule="auto" w:line="240" w:before="0" w:after="0"/>
        <w:contextualSpacing/>
        <w:rPr>
          <w:rFonts w:ascii="Linux Libertine G" w:hAnsi="Linux Libertine G"/>
        </w:rPr>
      </w:pPr>
      <w:r>
        <w:rPr>
          <w:rFonts w:eastAsia="Calibri" w:cs="Cambria" w:ascii="Linux Libertine G" w:hAnsi="Linux Libertine G" w:cstheme="minorHAnsi"/>
          <w:lang w:val="en-GB"/>
        </w:rPr>
        <w:t>causing someone to engage in sexual activity without consent, including forcing someone to strip, touch themselves sexually or engage in sexual activity with a third party;</w:t>
      </w:r>
    </w:p>
    <w:p>
      <w:pPr>
        <w:pStyle w:val="Normal"/>
        <w:numPr>
          <w:ilvl w:val="0"/>
          <w:numId w:val="5"/>
        </w:numPr>
        <w:spacing w:lineRule="auto" w:line="240" w:before="0" w:after="0"/>
        <w:contextualSpacing/>
        <w:rPr>
          <w:rFonts w:ascii="Linux Libertine G" w:hAnsi="Linux Libertine G"/>
        </w:rPr>
      </w:pPr>
      <w:r>
        <w:rPr>
          <w:rFonts w:eastAsia="Calibri" w:cs="Cambria" w:cstheme="minorHAnsi" w:ascii="Linux Libertine G" w:hAnsi="Linux Libertine G"/>
          <w:lang w:val="en-GB"/>
        </w:rPr>
        <w:t xml:space="preserve">harmful sexual behaviour; and </w:t>
      </w:r>
    </w:p>
    <w:p>
      <w:pPr>
        <w:pStyle w:val="Normal"/>
        <w:numPr>
          <w:ilvl w:val="0"/>
          <w:numId w:val="5"/>
        </w:numPr>
        <w:spacing w:lineRule="auto" w:line="240" w:before="0" w:after="0"/>
        <w:contextualSpacing/>
        <w:rPr>
          <w:rFonts w:ascii="Linux Libertine G" w:hAnsi="Linux Libertine G"/>
        </w:rPr>
      </w:pPr>
      <w:r>
        <w:rPr>
          <w:rFonts w:eastAsia="Calibri" w:cs="Cambria" w:cstheme="minorHAnsi" w:ascii="Linux Libertine G" w:hAnsi="Linux Libertine G"/>
          <w:lang w:val="en-GB"/>
        </w:rPr>
        <w:t>prejudice-based and discriminatory abuse;</w:t>
      </w:r>
    </w:p>
    <w:p>
      <w:pPr>
        <w:pStyle w:val="NormalCustom"/>
        <w:numPr>
          <w:ilvl w:val="0"/>
          <w:numId w:val="5"/>
        </w:numPr>
        <w:rPr>
          <w:rFonts w:ascii="Linux Libertine G" w:hAnsi="Linux Libertine G"/>
        </w:rPr>
      </w:pPr>
      <w:r>
        <w:rPr>
          <w:rFonts w:eastAsia="Calibri" w:cs="Cambria" w:ascii="Linux Libertine G" w:hAnsi="Linux Libertine G" w:cstheme="minorHAnsi"/>
          <w:bCs/>
          <w:sz w:val="22"/>
          <w:szCs w:val="22"/>
          <w:lang w:val="en-GB" w:eastAsia="x-none"/>
        </w:rPr>
        <w:t>Initiation / hazing type violence and rituals</w:t>
      </w:r>
    </w:p>
    <w:p>
      <w:pPr>
        <w:pStyle w:val="NormalCustom"/>
        <w:rPr>
          <w:rFonts w:ascii="Linux Libertine G" w:hAnsi="Linux Libertine G"/>
        </w:rPr>
      </w:pPr>
      <w:r>
        <w:rPr>
          <w:rFonts w:eastAsia="Calibri" w:cs="Cambria" w:ascii="Linux Libertine G" w:hAnsi="Linux Libertine G" w:cstheme="minorHAnsi"/>
          <w:bCs/>
          <w:sz w:val="22"/>
          <w:szCs w:val="22"/>
          <w:lang w:val="en-GB" w:eastAsia="x-none"/>
        </w:rPr>
        <w:t xml:space="preserve">Changing Strides Equine Therapies recognises that child-on-child abuse is never acceptable and will never be dismissed as "banter", "just having a laugh", "part of growing up" or "boys being boys". All allegations and concerns will be taken seriously, investigated appropriately, and managed in accordance with this Safeguarding Policy </w:t>
      </w:r>
    </w:p>
    <w:p>
      <w:pPr>
        <w:pStyle w:val="NormalCustom"/>
        <w:numPr>
          <w:ilvl w:val="0"/>
          <w:numId w:val="53"/>
        </w:numPr>
        <w:spacing w:before="0" w:after="29"/>
        <w:ind w:hanging="510" w:left="170" w:right="0"/>
        <w:rPr>
          <w:rFonts w:ascii="Linux Libertine G" w:hAnsi="Linux Libertine G"/>
        </w:rPr>
      </w:pPr>
      <w:r>
        <w:rPr>
          <w:rFonts w:eastAsia="Calibri" w:cs="Cambria" w:ascii="Linux Libertine G" w:hAnsi="Linux Libertine G" w:cstheme="minorHAnsi"/>
          <w:b/>
          <w:bCs/>
          <w:i w:val="false"/>
          <w:iCs w:val="false"/>
          <w:sz w:val="22"/>
          <w:szCs w:val="22"/>
          <w:lang w:val="en-GB" w:eastAsia="x-none"/>
        </w:rPr>
        <w:t xml:space="preserve">Online </w:t>
      </w:r>
      <w:r>
        <w:rPr>
          <w:rFonts w:eastAsia="Calibri" w:cs="Cambria" w:ascii="Linux Libertine G" w:hAnsi="Linux Libertine G" w:cstheme="minorHAnsi"/>
          <w:b/>
          <w:bCs/>
          <w:i w:val="false"/>
          <w:iCs w:val="false"/>
          <w:sz w:val="22"/>
          <w:szCs w:val="22"/>
          <w:lang w:val="en-GB" w:eastAsia="x-none"/>
        </w:rPr>
        <w:t>S</w:t>
      </w:r>
      <w:r>
        <w:rPr>
          <w:rFonts w:eastAsia="Calibri" w:cs="Cambria" w:ascii="Linux Libertine G" w:hAnsi="Linux Libertine G" w:cstheme="minorHAnsi"/>
          <w:b/>
          <w:bCs/>
          <w:i w:val="false"/>
          <w:iCs w:val="false"/>
          <w:sz w:val="22"/>
          <w:szCs w:val="22"/>
          <w:lang w:val="en-GB" w:eastAsia="x-none"/>
        </w:rPr>
        <w:t>afety and Technology-Facilitated abuse</w:t>
      </w:r>
      <w:r>
        <w:rPr>
          <w:rFonts w:eastAsia="Calibri" w:cs="Cambria" w:ascii="Linux Libertine G" w:hAnsi="Linux Libertine G" w:cstheme="minorHAnsi"/>
          <w:b/>
          <w:bCs/>
          <w:i/>
          <w:sz w:val="22"/>
          <w:szCs w:val="22"/>
          <w:lang w:val="en-GB" w:eastAsia="x-none"/>
        </w:rPr>
        <w:t xml:space="preserve">  - </w:t>
      </w:r>
      <w:r>
        <w:rPr>
          <w:rFonts w:eastAsia="Calibri" w:cs="Cambria" w:ascii="Linux Libertine G" w:hAnsi="Linux Libertine G" w:cstheme="minorHAnsi"/>
          <w:b w:val="false"/>
          <w:bCs w:val="false"/>
          <w:i w:val="false"/>
          <w:iCs w:val="false"/>
          <w:sz w:val="22"/>
          <w:szCs w:val="22"/>
          <w:lang w:val="en-GB" w:eastAsia="x-none"/>
        </w:rPr>
        <w:t xml:space="preserve">Technology is a significant factor in many safeguarding and wellbeing issues. Children can </w:t>
      </w:r>
      <w:r>
        <w:rPr>
          <w:rFonts w:eastAsia="Calibri" w:cs="Cambria" w:ascii="Linux Libertine G" w:hAnsi="Linux Libertine G" w:cstheme="minorHAnsi"/>
          <w:b w:val="false"/>
          <w:bCs w:val="false"/>
          <w:i w:val="false"/>
          <w:iCs w:val="false"/>
          <w:sz w:val="22"/>
          <w:szCs w:val="22"/>
          <w:lang w:val="en-GB" w:eastAsia="x-none"/>
        </w:rPr>
        <w:t>experience</w:t>
      </w:r>
      <w:r>
        <w:rPr>
          <w:rFonts w:eastAsia="Calibri" w:cs="Cambria" w:ascii="Linux Libertine G" w:hAnsi="Linux Libertine G" w:cstheme="minorHAnsi"/>
          <w:b w:val="false"/>
          <w:bCs w:val="false"/>
          <w:i w:val="false"/>
          <w:iCs w:val="false"/>
          <w:sz w:val="22"/>
          <w:szCs w:val="22"/>
          <w:lang w:val="en-GB" w:eastAsia="x-none"/>
        </w:rPr>
        <w:t xml:space="preserve"> abuse  </w:t>
      </w:r>
      <w:r>
        <w:rPr>
          <w:rFonts w:eastAsia="Calibri" w:cs="Cambria" w:ascii="Linux Libertine G" w:hAnsi="Linux Libertine G" w:cstheme="minorHAnsi"/>
          <w:b w:val="false"/>
          <w:bCs w:val="false"/>
          <w:i w:val="false"/>
          <w:iCs w:val="false"/>
          <w:sz w:val="22"/>
          <w:szCs w:val="22"/>
          <w:lang w:val="en-GB" w:eastAsia="x-none"/>
        </w:rPr>
        <w:t xml:space="preserve">and be exposed to risks </w:t>
      </w:r>
      <w:r>
        <w:rPr>
          <w:rFonts w:eastAsia="Calibri" w:cs="Cambria" w:ascii="Linux Libertine G" w:hAnsi="Linux Libertine G" w:cstheme="minorHAnsi"/>
          <w:b w:val="false"/>
          <w:bCs w:val="false"/>
          <w:i w:val="false"/>
          <w:iCs w:val="false"/>
          <w:sz w:val="22"/>
          <w:szCs w:val="22"/>
          <w:lang w:val="en-GB" w:eastAsia="x-none"/>
        </w:rPr>
        <w:t xml:space="preserve">online as well as offline, and in many cases the abuse will occur simultaneously in both environments. Technology may be used to facilitate abuse, exploitation or coercion. </w:t>
      </w:r>
      <w:r>
        <w:rPr>
          <w:lang w:val="en-GB"/>
        </w:rPr>
        <w:t xml:space="preserve">Online abuse may be perpetrated by adults or by other children and can include coercion, bullying, exploitation, grooming and the sharing of harmful or illegal content. </w:t>
      </w:r>
      <w:r>
        <w:rPr>
          <w:rFonts w:eastAsia="Calibri" w:cs="Cambria" w:ascii="Linux Libertine G" w:hAnsi="Linux Libertine G" w:cstheme="minorHAnsi"/>
          <w:b w:val="false"/>
          <w:bCs w:val="false"/>
          <w:i w:val="false"/>
          <w:iCs w:val="false"/>
          <w:sz w:val="22"/>
          <w:szCs w:val="22"/>
          <w:lang w:val="en-GB" w:eastAsia="x-none"/>
        </w:rPr>
        <w:t xml:space="preserve"> </w:t>
      </w:r>
      <w:r>
        <w:rPr>
          <w:lang w:val="en-GB"/>
        </w:rPr>
        <w:t xml:space="preserve"> </w:t>
      </w:r>
    </w:p>
    <w:p>
      <w:pPr>
        <w:pStyle w:val="NormalCustom"/>
        <w:numPr>
          <w:ilvl w:val="0"/>
          <w:numId w:val="0"/>
        </w:numPr>
        <w:spacing w:before="0" w:after="29"/>
        <w:ind w:hanging="0" w:left="170" w:right="0"/>
        <w:rPr>
          <w:rFonts w:ascii="Linux Libertine G" w:hAnsi="Linux Libertine G"/>
        </w:rPr>
      </w:pPr>
      <w:r>
        <w:rPr>
          <w:rFonts w:eastAsia="Calibri" w:cs="Cambria" w:ascii="Linux Libertine G" w:hAnsi="Linux Libertine G" w:cstheme="minorHAnsi"/>
          <w:lang w:val="en-GB"/>
        </w:rPr>
        <w:t xml:space="preserve"> </w:t>
      </w:r>
      <w:r>
        <w:rPr>
          <w:rFonts w:eastAsia="Calibri" w:cs="Cambria" w:ascii="Linux Libertine G" w:hAnsi="Linux Libertine G" w:cstheme="minorHAnsi"/>
          <w:lang w:val="en-GB"/>
        </w:rPr>
        <w:t xml:space="preserve">Cyber bullying can occur using practically any form of connected media, from nasty text and image messages using mobile phones, to unkind blog and social networking posts, or emails and instant messages, to malicious websites created solely for the purpose of intimidating an individual.  </w:t>
      </w:r>
      <w:r>
        <w:rPr>
          <w:lang w:val="en-GB"/>
        </w:rPr>
        <w:t xml:space="preserve">Technology, including mobile phones, social media platforms, gaming services, messaging apps, livestreaming and artificial intelligence (AI), can all be used to facilitate abuse. </w:t>
      </w:r>
    </w:p>
    <w:p>
      <w:pPr>
        <w:pStyle w:val="NormalCustom"/>
        <w:rPr>
          <w:rFonts w:ascii="Linux Libertine G" w:hAnsi="Linux Libertine G"/>
        </w:rPr>
      </w:pPr>
      <w:r>
        <w:rPr>
          <w:rFonts w:eastAsia="Calibri" w:cs="Cambria" w:ascii="Linux Libertine G" w:hAnsi="Linux Libertine G" w:cstheme="minorHAnsi"/>
          <w:lang w:val="en-GB"/>
        </w:rPr>
        <w:t>Types of online abuse are:</w:t>
      </w:r>
    </w:p>
    <w:p>
      <w:pPr>
        <w:pStyle w:val="ListParagraph"/>
        <w:numPr>
          <w:ilvl w:val="0"/>
          <w:numId w:val="16"/>
        </w:numPr>
        <w:spacing w:before="0" w:after="0"/>
        <w:contextualSpacing/>
        <w:rPr>
          <w:rFonts w:ascii="Linux Libertine G" w:hAnsi="Linux Libertine G"/>
          <w:b w:val="false"/>
          <w:bCs w:val="false"/>
          <w:i w:val="false"/>
          <w:iCs w:val="false"/>
        </w:rPr>
      </w:pPr>
      <w:r>
        <w:rPr>
          <w:rFonts w:cs="Cambria" w:ascii="Linux Libertine G" w:hAnsi="Linux Libertine G" w:cstheme="minorHAnsi"/>
          <w:b/>
          <w:bCs/>
          <w:i/>
          <w:iCs/>
          <w:lang w:val="en-GB"/>
        </w:rPr>
        <w:t xml:space="preserve">Cyberbullying: </w:t>
      </w:r>
      <w:r>
        <w:rPr>
          <w:rFonts w:cs="Cambria" w:ascii="Linux Libertine G" w:hAnsi="Linux Libertine G" w:cstheme="minorHAnsi"/>
          <w:b w:val="false"/>
          <w:bCs w:val="false"/>
          <w:i w:val="false"/>
          <w:iCs w:val="false"/>
          <w:lang w:val="en-GB"/>
        </w:rPr>
        <w:t xml:space="preserve">Bullying that takes place through digital technology, including social media, gaming platforms, messaging services and mobile devices. </w:t>
      </w:r>
    </w:p>
    <w:p>
      <w:pPr>
        <w:pStyle w:val="ListParagraph"/>
        <w:numPr>
          <w:ilvl w:val="0"/>
          <w:numId w:val="16"/>
        </w:numPr>
        <w:spacing w:before="0" w:after="0"/>
        <w:contextualSpacing/>
        <w:rPr>
          <w:b w:val="false"/>
          <w:bCs w:val="false"/>
          <w:i w:val="false"/>
          <w:iCs w:val="false"/>
        </w:rPr>
      </w:pPr>
      <w:r>
        <w:rPr>
          <w:rFonts w:cs="Cambria" w:ascii="Linux Libertine G" w:hAnsi="Linux Libertine G" w:cstheme="minorHAnsi"/>
          <w:b/>
          <w:bCs/>
          <w:i/>
          <w:iCs/>
          <w:lang w:val="en-GB"/>
        </w:rPr>
        <w:t xml:space="preserve">Emotional abuse: </w:t>
      </w:r>
      <w:r>
        <w:rPr>
          <w:rFonts w:cs="Cambria" w:ascii="Linux Libertine G" w:hAnsi="Linux Libertine G" w:cstheme="minorHAnsi"/>
          <w:b w:val="false"/>
          <w:bCs w:val="false"/>
          <w:i w:val="false"/>
          <w:iCs w:val="false"/>
          <w:lang w:val="en-GB"/>
        </w:rPr>
        <w:t xml:space="preserve">Where technology is used to threaten, intimidate, humiliate, manipulate, isolate or control a child, causing emotional harm or distress. This may include persistent abusive or unwanted messages, online harassment, exclusion from online groups or sharing harmful or degrading content.  </w:t>
      </w:r>
    </w:p>
    <w:p>
      <w:pPr>
        <w:pStyle w:val="ListParagraph"/>
        <w:numPr>
          <w:ilvl w:val="0"/>
          <w:numId w:val="16"/>
        </w:numPr>
        <w:spacing w:before="0" w:after="0"/>
        <w:contextualSpacing/>
        <w:rPr>
          <w:rFonts w:ascii="Linux Libertine G" w:hAnsi="Linux Libertine G"/>
        </w:rPr>
      </w:pPr>
      <w:r>
        <w:rPr>
          <w:rFonts w:cs="Cambria" w:ascii="Linux Libertine G" w:hAnsi="Linux Libertine G" w:cstheme="minorHAnsi"/>
          <w:b/>
          <w:bCs/>
          <w:i/>
          <w:iCs/>
          <w:lang w:val="en-GB"/>
        </w:rPr>
        <w:t>Grooming</w:t>
      </w:r>
      <w:r>
        <w:rPr>
          <w:rFonts w:cs="Cambria" w:ascii="Linux Libertine G" w:hAnsi="Linux Libertine G" w:cstheme="minorHAnsi"/>
          <w:lang w:val="en-GB"/>
        </w:rPr>
        <w:t xml:space="preserve"> – Where a child is manipulated or coerced online in preparation for abuse, exploitation or criminal activity.</w:t>
      </w:r>
    </w:p>
    <w:p>
      <w:pPr>
        <w:pStyle w:val="ListParagraph"/>
        <w:numPr>
          <w:ilvl w:val="0"/>
          <w:numId w:val="16"/>
        </w:numPr>
        <w:spacing w:before="0" w:after="0"/>
        <w:contextualSpacing/>
        <w:rPr>
          <w:rFonts w:ascii="Linux Libertine G" w:hAnsi="Linux Libertine G"/>
        </w:rPr>
      </w:pPr>
      <w:r>
        <w:rPr>
          <w:rFonts w:cs="Cambria" w:ascii="Linux Libertine G" w:hAnsi="Linux Libertine G" w:cstheme="minorHAnsi"/>
          <w:b/>
          <w:bCs/>
          <w:i/>
          <w:iCs/>
          <w:lang w:val="en-GB"/>
        </w:rPr>
        <w:t>Sexting</w:t>
      </w:r>
      <w:r>
        <w:rPr>
          <w:rFonts w:cs="Cambria" w:ascii="Linux Libertine G" w:hAnsi="Linux Libertine G" w:cstheme="minorHAnsi"/>
          <w:lang w:val="en-GB"/>
        </w:rPr>
        <w:t xml:space="preserve"> – </w:t>
      </w:r>
      <w:r>
        <w:rPr>
          <w:rFonts w:cs="Cambria" w:ascii="Linux Libertine G" w:hAnsi="Linux Libertine G" w:cstheme="minorHAnsi"/>
          <w:lang w:val="en-GB"/>
        </w:rPr>
        <w:t>The c</w:t>
      </w:r>
      <w:r>
        <w:rPr>
          <w:lang w:val="en-GB"/>
        </w:rPr>
        <w:t xml:space="preserve">onsensual and non-consensual sharing of nude and semi-nude images and/or videos (also known as youth-produced sexual imagery), including AI-generated images.  </w:t>
      </w:r>
    </w:p>
    <w:p>
      <w:pPr>
        <w:pStyle w:val="ListParagraph"/>
        <w:numPr>
          <w:ilvl w:val="0"/>
          <w:numId w:val="16"/>
        </w:numPr>
        <w:spacing w:before="0" w:after="0"/>
        <w:contextualSpacing/>
        <w:rPr>
          <w:rFonts w:ascii="Linux Libertine G" w:hAnsi="Linux Libertine G"/>
        </w:rPr>
      </w:pPr>
      <w:r>
        <w:rPr>
          <w:rFonts w:cs="Cambria" w:ascii="Linux Libertine G" w:hAnsi="Linux Libertine G" w:cstheme="minorHAnsi"/>
          <w:b/>
          <w:bCs/>
          <w:i/>
          <w:iCs/>
          <w:lang w:val="en-GB"/>
        </w:rPr>
        <w:t>Sexual abuse</w:t>
      </w:r>
      <w:r>
        <w:rPr>
          <w:rFonts w:cs="Cambria" w:ascii="Linux Libertine G" w:hAnsi="Linux Libertine G" w:cstheme="minorHAnsi"/>
          <w:lang w:val="en-GB"/>
        </w:rPr>
        <w:t xml:space="preserve"> - Sexual abuse can happen online. </w:t>
      </w:r>
      <w:r>
        <w:rPr>
          <w:lang w:val="en-GB"/>
        </w:rPr>
        <w:t xml:space="preserve">A child may be groomed, coerced or forced to create, view or share child sexual abuse material, participate in sexual conversations or livestream abuse. </w:t>
      </w:r>
      <w:r>
        <w:rPr>
          <w:rFonts w:cs="Cambria" w:ascii="Linux Libertine G" w:hAnsi="Linux Libertine G" w:cstheme="minorHAnsi"/>
          <w:lang w:val="en-GB"/>
        </w:rPr>
        <w:t xml:space="preserve"> </w:t>
      </w:r>
    </w:p>
    <w:p>
      <w:pPr>
        <w:pStyle w:val="ListParagraph"/>
        <w:numPr>
          <w:ilvl w:val="0"/>
          <w:numId w:val="16"/>
        </w:numPr>
        <w:spacing w:before="0" w:after="0"/>
        <w:contextualSpacing/>
        <w:rPr>
          <w:rFonts w:ascii="Linux Libertine G" w:hAnsi="Linux Libertine G"/>
        </w:rPr>
      </w:pPr>
      <w:r>
        <w:rPr>
          <w:rFonts w:cs="Cambria" w:ascii="Linux Libertine G" w:hAnsi="Linux Libertine G" w:cstheme="minorHAnsi"/>
          <w:b/>
          <w:bCs/>
          <w:i/>
          <w:iCs/>
          <w:lang w:val="en-GB"/>
        </w:rPr>
        <w:t>Sexual exploitation</w:t>
      </w:r>
      <w:r>
        <w:rPr>
          <w:rFonts w:cs="Cambria" w:ascii="Linux Libertine G" w:hAnsi="Linux Libertine G" w:cstheme="minorHAnsi"/>
          <w:lang w:val="en-GB"/>
        </w:rPr>
        <w:t xml:space="preserve"> -</w:t>
      </w:r>
      <w:r>
        <w:rPr>
          <w:lang w:val="en-GB"/>
        </w:rPr>
        <w:t xml:space="preserve">When a child is sexually exploited online, they may be persuaded, manipulated or coerced into creating sexually explicit images or videos, engaging in sexual activity online or meeting perpetrators in person. </w:t>
      </w:r>
    </w:p>
    <w:p>
      <w:pPr>
        <w:pStyle w:val="BodyText"/>
        <w:numPr>
          <w:ilvl w:val="0"/>
          <w:numId w:val="16"/>
        </w:numPr>
        <w:spacing w:before="0" w:after="0"/>
        <w:contextualSpacing/>
        <w:rPr/>
      </w:pPr>
      <w:r>
        <w:rPr>
          <w:rStyle w:val="Strong"/>
          <w:rFonts w:ascii="Linux Libertine G" w:hAnsi="Linux Libertine G"/>
          <w:i/>
          <w:iCs/>
          <w:lang w:val="en-GB"/>
        </w:rPr>
        <w:t>Child criminal exploitation</w:t>
      </w:r>
      <w:r>
        <w:rPr>
          <w:rFonts w:ascii="Linux Libertine G" w:hAnsi="Linux Libertine G"/>
          <w:lang w:val="en-GB"/>
        </w:rPr>
        <w:t xml:space="preserve">, where technology is used to recruit or control children. </w:t>
      </w:r>
    </w:p>
    <w:p>
      <w:pPr>
        <w:pStyle w:val="BodyText"/>
        <w:numPr>
          <w:ilvl w:val="0"/>
          <w:numId w:val="16"/>
        </w:numPr>
        <w:spacing w:before="0" w:after="0"/>
        <w:contextualSpacing/>
        <w:rPr/>
      </w:pPr>
      <w:r>
        <w:rPr>
          <w:rStyle w:val="Strong"/>
          <w:rFonts w:ascii="Linux Libertine G" w:hAnsi="Linux Libertine G"/>
          <w:i/>
          <w:iCs/>
          <w:lang w:val="en-GB"/>
        </w:rPr>
        <w:t>Radicalisation</w:t>
      </w:r>
      <w:r>
        <w:rPr>
          <w:rFonts w:ascii="Linux Libertine G" w:hAnsi="Linux Libertine G"/>
          <w:i/>
          <w:iCs/>
          <w:lang w:val="en-GB"/>
        </w:rPr>
        <w:t>,</w:t>
      </w:r>
      <w:r>
        <w:rPr>
          <w:rFonts w:ascii="Linux Libertine G" w:hAnsi="Linux Libertine G"/>
          <w:lang w:val="en-GB"/>
        </w:rPr>
        <w:t xml:space="preserve"> where online platforms are used to expose children to extremist content. </w:t>
      </w:r>
    </w:p>
    <w:p>
      <w:pPr>
        <w:pStyle w:val="BodyText"/>
        <w:numPr>
          <w:ilvl w:val="0"/>
          <w:numId w:val="16"/>
        </w:numPr>
        <w:spacing w:before="0" w:after="0"/>
        <w:contextualSpacing/>
        <w:rPr/>
      </w:pPr>
      <w:r>
        <w:rPr>
          <w:rStyle w:val="Strong"/>
          <w:rFonts w:ascii="Linux Libertine G" w:hAnsi="Linux Libertine G"/>
          <w:i/>
          <w:iCs/>
          <w:lang w:val="en-GB"/>
        </w:rPr>
        <w:t>Financial exploitation, coercion or blackmail</w:t>
      </w:r>
      <w:r>
        <w:rPr>
          <w:rFonts w:ascii="Linux Libertine G" w:hAnsi="Linux Libertine G"/>
          <w:lang w:val="en-GB"/>
        </w:rPr>
        <w:t xml:space="preserve">, </w:t>
      </w:r>
      <w:r>
        <w:rPr>
          <w:rFonts w:ascii="Linux Libertine G" w:hAnsi="Linux Libertine G"/>
          <w:lang w:val="en-GB"/>
        </w:rPr>
        <w:t>Coercion, blackmail, fraud, iden</w:t>
      </w:r>
      <w:r>
        <w:rPr>
          <w:rFonts w:ascii="Linux Libertine G" w:hAnsi="Linux Libertine G"/>
          <w:lang w:val="en-GB"/>
        </w:rPr>
        <w:t xml:space="preserve">tity </w:t>
      </w:r>
      <w:r>
        <w:rPr>
          <w:rFonts w:ascii="Linux Libertine G" w:hAnsi="Linux Libertine G"/>
          <w:lang w:val="en-GB"/>
        </w:rPr>
        <w:t>theft, or threats to share sexual images (often referred to as sextortion).</w:t>
      </w:r>
    </w:p>
    <w:p>
      <w:pPr>
        <w:pStyle w:val="BodyText"/>
        <w:numPr>
          <w:ilvl w:val="0"/>
          <w:numId w:val="16"/>
        </w:numPr>
        <w:spacing w:before="0" w:after="0"/>
        <w:contextualSpacing/>
        <w:rPr>
          <w:rFonts w:ascii="Linux Libertine G" w:hAnsi="Linux Libertine G"/>
          <w:b/>
          <w:bCs/>
          <w:i/>
          <w:iCs/>
          <w:lang w:val="en-GB"/>
        </w:rPr>
      </w:pPr>
      <w:r>
        <w:rPr>
          <w:rFonts w:ascii="Linux Libertine G" w:hAnsi="Linux Libertine G"/>
          <w:b/>
          <w:bCs/>
          <w:i/>
          <w:iCs/>
          <w:lang w:val="en-GB"/>
        </w:rPr>
        <w:t xml:space="preserve">Extra-familial Harm: </w:t>
      </w:r>
      <w:r>
        <w:rPr>
          <w:rFonts w:ascii="Linux Libertine G" w:hAnsi="Linux Libertine G"/>
          <w:b w:val="false"/>
          <w:bCs w:val="false"/>
          <w:i w:val="false"/>
          <w:iCs w:val="false"/>
          <w:lang w:val="en-GB"/>
        </w:rPr>
        <w:t xml:space="preserve">refers to abuse or exploitation that occurs outside the family home. It may occur within peer groups, schools, online. </w:t>
      </w:r>
      <w:r>
        <w:rPr>
          <w:rFonts w:ascii="Linux Libertine G" w:hAnsi="Linux Libertine G"/>
          <w:b w:val="false"/>
          <w:bCs w:val="false"/>
          <w:i w:val="false"/>
          <w:iCs w:val="false"/>
          <w:lang w:val="en-GB"/>
        </w:rPr>
        <w:t>n</w:t>
      </w:r>
      <w:r>
        <w:rPr>
          <w:rFonts w:ascii="Linux Libertine G" w:hAnsi="Linux Libertine G"/>
          <w:b w:val="false"/>
          <w:bCs w:val="false"/>
          <w:i w:val="false"/>
          <w:iCs w:val="false"/>
          <w:lang w:val="en-GB"/>
        </w:rPr>
        <w:t>eighbourhoods or through organ</w:t>
      </w:r>
      <w:r>
        <w:rPr>
          <w:rFonts w:ascii="Linux Libertine G" w:hAnsi="Linux Libertine G"/>
          <w:b w:val="false"/>
          <w:bCs w:val="false"/>
          <w:i w:val="false"/>
          <w:iCs w:val="false"/>
          <w:lang w:val="en-GB"/>
        </w:rPr>
        <w:t>ised</w:t>
      </w:r>
      <w:r>
        <w:rPr>
          <w:rFonts w:ascii="Linux Libertine G" w:hAnsi="Linux Libertine G"/>
          <w:b w:val="false"/>
          <w:bCs w:val="false"/>
          <w:i w:val="false"/>
          <w:iCs w:val="false"/>
          <w:lang w:val="en-GB"/>
        </w:rPr>
        <w:t xml:space="preserve"> crim</w:t>
      </w:r>
      <w:r>
        <w:rPr>
          <w:rFonts w:ascii="Linux Libertine G" w:hAnsi="Linux Libertine G"/>
          <w:b w:val="false"/>
          <w:bCs w:val="false"/>
          <w:i w:val="false"/>
          <w:iCs w:val="false"/>
          <w:lang w:val="en-GB"/>
        </w:rPr>
        <w:t>inal</w:t>
      </w:r>
      <w:r>
        <w:rPr>
          <w:rFonts w:ascii="Linux Libertine G" w:hAnsi="Linux Libertine G"/>
          <w:b w:val="false"/>
          <w:bCs w:val="false"/>
          <w:i w:val="false"/>
          <w:iCs w:val="false"/>
          <w:lang w:val="en-GB"/>
        </w:rPr>
        <w:t xml:space="preserve"> groups. Children may experience multiple forms of extra-familial harm simultaneously, including child criminal exploitation, child sexual exploitation, serious violence and online abuse. </w:t>
      </w:r>
    </w:p>
    <w:p>
      <w:pPr>
        <w:pStyle w:val="BodyText"/>
        <w:spacing w:before="0" w:after="0"/>
        <w:contextualSpacing/>
        <w:rPr>
          <w:rFonts w:ascii="Linux Libertine G" w:hAnsi="Linux Libertine G"/>
        </w:rPr>
      </w:pPr>
      <w:r>
        <w:rPr>
          <w:rFonts w:ascii="Linux Libertine G" w:hAnsi="Linux Libertine G"/>
          <w:lang w:val="en-GB"/>
        </w:rPr>
      </w:r>
    </w:p>
    <w:p>
      <w:pPr>
        <w:pStyle w:val="BodyText"/>
        <w:spacing w:before="0" w:after="0"/>
        <w:contextualSpacing/>
        <w:rPr>
          <w:rFonts w:ascii="Linux Libertine G" w:hAnsi="Linux Libertine G"/>
        </w:rPr>
      </w:pPr>
      <w:r>
        <w:rPr>
          <w:rStyle w:val="Strong"/>
          <w:b w:val="false"/>
          <w:bCs w:val="false"/>
          <w:lang w:val="en-GB"/>
        </w:rPr>
        <w:t>Changing Strides Equine Therapies recognises that online abuse can have serious and lasting consequences for children. All concerns relating to online safety or technology-facilitated abuse will be treated as safeguarding concerns and responded to in accordance with this Safeguarding Policy</w:t>
      </w:r>
      <w:r>
        <w:rPr>
          <w:rStyle w:val="Strong"/>
          <w:lang w:val="en-GB"/>
        </w:rPr>
        <w:t>.</w:t>
      </w:r>
    </w:p>
    <w:p>
      <w:pPr>
        <w:pStyle w:val="BodyText"/>
        <w:spacing w:before="0" w:after="0"/>
        <w:contextualSpacing/>
        <w:rPr>
          <w:rFonts w:ascii="Linux Libertine G" w:hAnsi="Linux Libertine G"/>
        </w:rPr>
      </w:pPr>
      <w:r>
        <w:rPr>
          <w:rFonts w:ascii="Linux Libertine G" w:hAnsi="Linux Libertine G"/>
          <w:lang w:val="en-GB"/>
        </w:rPr>
      </w:r>
    </w:p>
    <w:p>
      <w:pPr>
        <w:pStyle w:val="ListParagraph"/>
        <w:spacing w:before="0" w:after="0"/>
        <w:contextualSpacing/>
        <w:rPr>
          <w:rFonts w:ascii="Linux Libertine G" w:hAnsi="Linux Libertine G"/>
        </w:rPr>
      </w:pPr>
      <w:r>
        <w:rPr>
          <w:rFonts w:ascii="Linux Libertine G" w:hAnsi="Linux Libertine G"/>
          <w:lang w:val="en-GB"/>
        </w:rPr>
      </w:r>
    </w:p>
    <w:p>
      <w:pPr>
        <w:pStyle w:val="ListParagraph"/>
        <w:spacing w:before="0" w:after="0"/>
        <w:contextualSpacing/>
        <w:rPr>
          <w:rFonts w:ascii="Linux Libertine G" w:hAnsi="Linux Libertine G"/>
        </w:rPr>
      </w:pPr>
      <w:r>
        <w:rPr>
          <w:rFonts w:ascii="Linux Libertine G" w:hAnsi="Linux Libertine G"/>
          <w:lang w:val="en-GB"/>
        </w:rPr>
      </w:r>
    </w:p>
    <w:p>
      <w:pPr>
        <w:pStyle w:val="NormalCustom"/>
        <w:numPr>
          <w:ilvl w:val="0"/>
          <w:numId w:val="53"/>
        </w:numPr>
        <w:spacing w:before="0" w:after="29"/>
        <w:ind w:hanging="510" w:left="170" w:right="0"/>
        <w:rPr>
          <w:rFonts w:ascii="Linux Libertine G" w:hAnsi="Linux Libertine G"/>
        </w:rPr>
      </w:pPr>
      <w:r>
        <w:rPr>
          <w:rFonts w:eastAsia="Calibri" w:cs="Cambria" w:ascii="Linux Libertine G" w:hAnsi="Linux Libertine G" w:cstheme="minorHAnsi"/>
          <w:b/>
          <w:bCs/>
          <w:i/>
          <w:lang w:val="en-GB" w:eastAsia="x-none"/>
        </w:rPr>
        <w:t>Cuckooing-</w:t>
      </w:r>
      <w:r>
        <w:rPr>
          <w:lang w:val="en-GB"/>
        </w:rPr>
        <w:t xml:space="preserve">Cuckooing is a form of criminal exploitation where the home of a child or vulnerable person is taken over by an individual or organised criminal group to facilitate criminal activity, such as drug dealing or the storage of weapons or illegal substances. Children may also be coerced into transporting or storing drugs, money or weapons as part of child criminal exploitation, including county lines activity. </w:t>
      </w:r>
      <w:r>
        <w:rPr>
          <w:rFonts w:eastAsia="Calibri" w:cs="Cambria" w:ascii="Linux Libertine G" w:hAnsi="Linux Libertine G" w:cstheme="minorHAnsi"/>
          <w:bCs/>
          <w:i/>
          <w:lang w:val="en-GB" w:eastAsia="x-none"/>
        </w:rPr>
        <w:t xml:space="preserve"> </w:t>
      </w:r>
    </w:p>
    <w:p>
      <w:pPr>
        <w:pStyle w:val="NormalCustom"/>
        <w:numPr>
          <w:ilvl w:val="0"/>
          <w:numId w:val="0"/>
        </w:numPr>
        <w:spacing w:before="0" w:after="29"/>
        <w:ind w:hanging="0" w:left="170" w:right="0"/>
        <w:rPr>
          <w:rFonts w:ascii="Linux Libertine G" w:hAnsi="Linux Libertine G"/>
        </w:rPr>
      </w:pPr>
      <w:r>
        <w:rPr>
          <w:rFonts w:eastAsia="Calibri" w:cs="Cambria" w:cstheme="minorHAnsi" w:ascii="Linux Libertine G" w:hAnsi="Linux Libertine G"/>
          <w:bCs/>
          <w:i/>
          <w:lang w:val="en-GB" w:eastAsia="x-none"/>
        </w:rPr>
      </w:r>
    </w:p>
    <w:p>
      <w:pPr>
        <w:pStyle w:val="ListParagraph"/>
        <w:numPr>
          <w:ilvl w:val="0"/>
          <w:numId w:val="53"/>
        </w:numPr>
        <w:spacing w:before="0" w:after="0"/>
        <w:ind w:hanging="510" w:left="170"/>
        <w:contextualSpacing/>
        <w:rPr>
          <w:lang w:val="en-GB"/>
        </w:rPr>
      </w:pPr>
      <w:r>
        <w:rPr>
          <w:rFonts w:ascii="Linux Libertine G" w:hAnsi="Linux Libertine G"/>
          <w:b/>
          <w:i/>
          <w:iCs/>
          <w:lang w:val="en-GB"/>
        </w:rPr>
        <w:t>Radicalisation and Extremism</w:t>
      </w:r>
      <w:r>
        <w:rPr>
          <w:rFonts w:ascii="Linux Libertine G" w:hAnsi="Linux Libertine G"/>
          <w:b/>
          <w:lang w:val="en-GB"/>
        </w:rPr>
        <w:t xml:space="preserve"> </w:t>
      </w:r>
      <w:r>
        <w:rPr>
          <w:rFonts w:ascii="Linux Libertine G" w:hAnsi="Linux Libertine G"/>
          <w:lang w:val="en-GB"/>
        </w:rPr>
        <w:t>-Radicalisation is the process by which a person comes to support terrorism or extremist ideologies associated with terrorist groups. Children can be vulnerable to radicalisation through direct contact or through online content. Radicalisation is a safeguarding issue and should be treated in the same way as other forms of abuse or exploitation.  Any concerns relating to radicalisation or extremism will be reported immediately to the Designated Safeguarding Lead, who will make referrals to the appropriate agencies, including Prevent, Children's Social Care or the Police, where appropriate.</w:t>
      </w:r>
    </w:p>
    <w:p>
      <w:pPr>
        <w:pStyle w:val="ListParagraph"/>
        <w:numPr>
          <w:ilvl w:val="0"/>
          <w:numId w:val="0"/>
        </w:numPr>
        <w:spacing w:before="0" w:after="0"/>
        <w:ind w:hanging="0" w:left="170"/>
        <w:contextualSpacing/>
        <w:rPr>
          <w:rFonts w:ascii="Linux Libertine G" w:hAnsi="Linux Libertine G"/>
          <w:lang w:val="en-GB"/>
        </w:rPr>
      </w:pPr>
      <w:r>
        <w:rPr>
          <w:rFonts w:ascii="Linux Libertine G" w:hAnsi="Linux Libertine G"/>
          <w:lang w:val="en-GB"/>
        </w:rPr>
      </w:r>
    </w:p>
    <w:p>
      <w:pPr>
        <w:pStyle w:val="ListParagraph"/>
        <w:numPr>
          <w:ilvl w:val="0"/>
          <w:numId w:val="53"/>
        </w:numPr>
        <w:spacing w:before="0" w:after="0"/>
        <w:ind w:hanging="510" w:left="170"/>
        <w:contextualSpacing/>
        <w:rPr>
          <w:lang w:val="en-GB"/>
        </w:rPr>
      </w:pPr>
      <w:r>
        <w:rPr>
          <w:rFonts w:eastAsia="Calibri" w:cs="Cambria" w:ascii="Linux Libertine G" w:hAnsi="Linux Libertine G" w:cstheme="minorHAnsi"/>
          <w:b/>
          <w:bCs/>
          <w:i/>
          <w:lang w:val="en-GB" w:eastAsia="x-none"/>
        </w:rPr>
        <w:t xml:space="preserve">Controlling </w:t>
      </w:r>
      <w:r>
        <w:rPr>
          <w:rFonts w:eastAsia="Calibri" w:cs="Cambria" w:ascii="Linux Libertine G" w:hAnsi="Linux Libertine G" w:cstheme="minorHAnsi"/>
          <w:b/>
          <w:bCs/>
          <w:i/>
          <w:lang w:val="en-GB" w:eastAsia="x-none"/>
        </w:rPr>
        <w:t>B</w:t>
      </w:r>
      <w:r>
        <w:rPr>
          <w:rFonts w:eastAsia="Calibri" w:cs="Cambria" w:ascii="Linux Libertine G" w:hAnsi="Linux Libertine G" w:cstheme="minorHAnsi"/>
          <w:b/>
          <w:bCs/>
          <w:i/>
          <w:lang w:val="en-GB" w:eastAsia="x-none"/>
        </w:rPr>
        <w:t>ehaviour</w:t>
      </w:r>
      <w:r>
        <w:rPr>
          <w:rFonts w:eastAsia="Calibri" w:cs="Cambria" w:ascii="Linux Libertine G" w:hAnsi="Linux Libertine G" w:cstheme="minorHAnsi"/>
          <w:bCs/>
          <w:i/>
          <w:lang w:val="en-GB" w:eastAsia="x-none"/>
        </w:rPr>
        <w:t xml:space="preserve"> is</w:t>
      </w:r>
      <w:r>
        <w:rPr>
          <w:rFonts w:eastAsia="Calibri" w:cs="Cambria" w:ascii="Linux Libertine G" w:hAnsi="Linux Libertine G" w:cstheme="minorHAnsi"/>
          <w:lang w:val="en-GB"/>
        </w:rPr>
        <w:t>: a range of behaviours designed to make a person subordinate and/or dependent by isolating them from sources of support, exploiting their resources and capacities for personal gain, depriving them of the means needed for independence, resistance and escape and regulating their everyday behaviour.</w:t>
      </w:r>
    </w:p>
    <w:p>
      <w:pPr>
        <w:pStyle w:val="ListParagraph"/>
        <w:numPr>
          <w:ilvl w:val="0"/>
          <w:numId w:val="0"/>
        </w:numPr>
        <w:spacing w:before="0" w:after="0"/>
        <w:ind w:hanging="0" w:left="170"/>
        <w:contextualSpacing/>
        <w:rPr>
          <w:rFonts w:ascii="Linux Libertine G" w:hAnsi="Linux Libertine G" w:eastAsia="Calibri" w:cs="Cambria" w:cstheme="minorHAnsi"/>
          <w:lang w:val="en-GB"/>
        </w:rPr>
      </w:pPr>
      <w:r>
        <w:rPr>
          <w:rFonts w:eastAsia="Calibri" w:cs="Cambria" w:cstheme="minorHAnsi" w:ascii="Linux Libertine G" w:hAnsi="Linux Libertine G"/>
          <w:lang w:val="en-GB"/>
        </w:rPr>
      </w:r>
    </w:p>
    <w:p>
      <w:pPr>
        <w:pStyle w:val="ListParagraph"/>
        <w:widowControl/>
        <w:numPr>
          <w:ilvl w:val="0"/>
          <w:numId w:val="53"/>
        </w:numPr>
        <w:suppressAutoHyphens w:val="true"/>
        <w:bidi w:val="0"/>
        <w:spacing w:lineRule="auto" w:line="276" w:before="0" w:after="0"/>
        <w:ind w:hanging="510" w:left="170"/>
        <w:contextualSpacing/>
        <w:jc w:val="left"/>
        <w:rPr>
          <w:lang w:val="en-GB"/>
        </w:rPr>
      </w:pPr>
      <w:r>
        <w:rPr>
          <w:rFonts w:eastAsia="Calibri" w:cs="Cambria" w:ascii="Linux Libertine G" w:hAnsi="Linux Libertine G" w:cstheme="minorHAnsi"/>
          <w:b/>
          <w:bCs/>
          <w:i/>
          <w:lang w:val="en-GB" w:eastAsia="x-none"/>
        </w:rPr>
        <w:t xml:space="preserve">Coercive </w:t>
      </w:r>
      <w:r>
        <w:rPr>
          <w:rFonts w:eastAsia="Calibri" w:cs="Cambria" w:ascii="Linux Libertine G" w:hAnsi="Linux Libertine G" w:cstheme="minorHAnsi"/>
          <w:b/>
          <w:bCs/>
          <w:i/>
          <w:lang w:val="en-GB" w:eastAsia="x-none"/>
        </w:rPr>
        <w:t>b</w:t>
      </w:r>
      <w:r>
        <w:rPr>
          <w:rFonts w:eastAsia="Calibri" w:cs="Cambria" w:ascii="Linux Libertine G" w:hAnsi="Linux Libertine G" w:cstheme="minorHAnsi"/>
          <w:b/>
          <w:bCs/>
          <w:i/>
          <w:lang w:val="en-GB" w:eastAsia="x-none"/>
        </w:rPr>
        <w:t>ehaviour</w:t>
      </w:r>
      <w:r>
        <w:rPr>
          <w:rFonts w:eastAsia="Calibri" w:cs="Cambria" w:ascii="Linux Libertine G" w:hAnsi="Linux Libertine G" w:cstheme="minorHAnsi"/>
          <w:bCs/>
          <w:i/>
          <w:lang w:val="en-GB" w:eastAsia="x-none"/>
        </w:rPr>
        <w:t xml:space="preserve"> is</w:t>
      </w:r>
      <w:r>
        <w:rPr>
          <w:rFonts w:eastAsia="Calibri" w:cs="Cambria" w:ascii="Linux Libertine G" w:hAnsi="Linux Libertine G" w:cstheme="minorHAnsi"/>
          <w:lang w:val="en-GB"/>
        </w:rPr>
        <w:t>: an act or a pattern of acts of assault, threats, humiliation and intimidation or other abuse that is used to harm, punish, or frighten a victim.</w:t>
      </w:r>
    </w:p>
    <w:p>
      <w:pPr>
        <w:pStyle w:val="ListParagraph"/>
        <w:spacing w:before="0" w:after="0"/>
        <w:ind w:hanging="0" w:left="0"/>
        <w:contextualSpacing/>
        <w:rPr>
          <w:rFonts w:ascii="Linux Libertine G" w:hAnsi="Linux Libertine G"/>
        </w:rPr>
      </w:pPr>
      <w:r>
        <w:rPr>
          <w:rFonts w:eastAsia="Calibri" w:cs="Cambria" w:cstheme="minorHAnsi" w:ascii="Linux Libertine G" w:hAnsi="Linux Libertine G"/>
          <w:b/>
          <w:bCs/>
          <w:lang w:val="en-GB"/>
        </w:rPr>
      </w:r>
    </w:p>
    <w:p>
      <w:pPr>
        <w:pStyle w:val="ListParagraph"/>
        <w:widowControl/>
        <w:numPr>
          <w:ilvl w:val="0"/>
          <w:numId w:val="53"/>
        </w:numPr>
        <w:suppressAutoHyphens w:val="true"/>
        <w:bidi w:val="0"/>
        <w:spacing w:lineRule="auto" w:line="276" w:before="0" w:after="0"/>
        <w:ind w:hanging="510" w:left="170"/>
        <w:contextualSpacing/>
        <w:jc w:val="left"/>
        <w:rPr/>
      </w:pPr>
      <w:r>
        <w:rPr>
          <w:rFonts w:ascii="Linux Libertine G" w:hAnsi="Linux Libertine G"/>
          <w:b/>
          <w:bCs/>
          <w:i/>
          <w:iCs/>
          <w:lang w:val="en-GB"/>
        </w:rPr>
        <w:t xml:space="preserve">Self-harm and Suicidal Behaviour </w:t>
      </w:r>
      <w:r>
        <w:rPr>
          <w:rFonts w:ascii="Linux Libertine G" w:hAnsi="Linux Libertine G"/>
          <w:lang w:val="en-GB"/>
        </w:rPr>
        <w:t xml:space="preserve">- </w:t>
      </w:r>
      <w:r>
        <w:rPr>
          <w:rStyle w:val="Strong"/>
          <w:rFonts w:eastAsia="Calibri" w:cs="Cambria" w:ascii="Linux Libertine G" w:hAnsi="Linux Libertine G" w:cstheme="minorHAnsi"/>
          <w:b w:val="false"/>
          <w:bCs w:val="false"/>
          <w:lang w:val="en-GB"/>
        </w:rPr>
        <w:t>Self-harm is when someone deliberately causes harm to themselves as a way of coping with emotional distress. Self-harm may include cutting, burning, scratching, self-poisoning, hitting or other behaviours intended to cause injury.</w:t>
      </w:r>
    </w:p>
    <w:p>
      <w:pPr>
        <w:pStyle w:val="BodyText"/>
        <w:rPr/>
      </w:pPr>
      <w:r>
        <w:rPr>
          <w:rStyle w:val="Strong"/>
          <w:rFonts w:eastAsia="Calibri" w:cs="Cambria" w:ascii="Linux Libertine G" w:hAnsi="Linux Libertine G" w:cstheme="minorHAnsi"/>
          <w:b w:val="false"/>
          <w:bCs w:val="false"/>
          <w:lang w:val="en-GB"/>
        </w:rPr>
        <w:t>Although self-harm does not always indicate suicidal intent, it should always be taken seriously. Self-harm, suicidal thoughts, suicide attempts and concerns about a child's mental health are safeguarding matters. Staff should respond calmly and supportively, report concerns immediately to the Designated Safeguarding Lead and seek emergency assistance if there is an immediate risk to life.</w:t>
      </w:r>
    </w:p>
    <w:p>
      <w:pPr>
        <w:pStyle w:val="ListParagraph"/>
        <w:spacing w:before="0" w:after="0"/>
        <w:ind w:hanging="0" w:left="720"/>
        <w:contextualSpacing/>
        <w:rPr>
          <w:rFonts w:ascii="Linux Libertine G" w:hAnsi="Linux Libertine G"/>
        </w:rPr>
      </w:pPr>
      <w:r>
        <w:rPr>
          <w:rFonts w:eastAsia="Calibri" w:cs="Cambria" w:cstheme="minorHAnsi" w:ascii="Linux Libertine G" w:hAnsi="Linux Libertine G"/>
          <w:lang w:val="en-GB"/>
        </w:rPr>
      </w:r>
    </w:p>
    <w:p>
      <w:pPr>
        <w:pStyle w:val="ListParagraph"/>
        <w:widowControl/>
        <w:numPr>
          <w:ilvl w:val="0"/>
          <w:numId w:val="53"/>
        </w:numPr>
        <w:suppressAutoHyphens w:val="true"/>
        <w:bidi w:val="0"/>
        <w:spacing w:lineRule="auto" w:line="276" w:before="0" w:after="0"/>
        <w:ind w:hanging="510" w:left="170"/>
        <w:contextualSpacing/>
        <w:jc w:val="left"/>
        <w:rPr>
          <w:lang w:val="en-GB"/>
        </w:rPr>
      </w:pPr>
      <w:r>
        <w:rPr>
          <w:rFonts w:eastAsia="Calibri" w:cs="Cambria" w:ascii="Linux Libertine G" w:hAnsi="Linux Libertine G" w:cstheme="minorHAnsi"/>
          <w:b/>
          <w:bCs/>
          <w:i/>
          <w:iCs/>
          <w:lang w:val="en-GB"/>
        </w:rPr>
        <w:t>Domestic Abuse</w:t>
      </w:r>
      <w:r>
        <w:rPr>
          <w:rFonts w:eastAsia="Calibri" w:cs="Cambria" w:ascii="Linux Libertine G" w:hAnsi="Linux Libertine G" w:cstheme="minorHAnsi"/>
          <w:b/>
          <w:bCs/>
          <w:lang w:val="en-GB"/>
        </w:rPr>
        <w:t xml:space="preserve"> -</w:t>
      </w:r>
      <w:r>
        <w:rPr>
          <w:rFonts w:ascii="Linux Libertine G" w:hAnsi="Linux Libertine G"/>
          <w:lang w:val="en-GB"/>
        </w:rPr>
        <w:t xml:space="preserve">Domestic abuse is defined by the Domestic Abuse Act 2021 as abusive behaviour between people aged 16 or over who are personally connected. It may be a single incident or a pattern of behaviour and can include psychological, physical, sexual, financial and emotional abuse, as well as controlling or coercive behaviour. Children who see, hear or experience the effects of domestic abuse are victims in their own right, and domestic abuse should always be treated as a safeguarding concern. </w:t>
      </w:r>
      <w:r>
        <w:rPr>
          <w:rFonts w:eastAsia="Calibri" w:cs="Cambria" w:ascii="Linux Libertine G" w:hAnsi="Linux Libertine G" w:cstheme="minorHAnsi"/>
          <w:b/>
          <w:bCs/>
          <w:lang w:val="en-GB"/>
        </w:rPr>
        <w:t xml:space="preserve"> </w:t>
      </w:r>
    </w:p>
    <w:p>
      <w:pPr>
        <w:pStyle w:val="ListParagraph"/>
        <w:widowControl/>
        <w:numPr>
          <w:ilvl w:val="0"/>
          <w:numId w:val="0"/>
        </w:numPr>
        <w:suppressAutoHyphens w:val="true"/>
        <w:bidi w:val="0"/>
        <w:spacing w:lineRule="auto" w:line="276" w:before="0" w:after="0"/>
        <w:ind w:hanging="0" w:left="170"/>
        <w:contextualSpacing/>
        <w:jc w:val="left"/>
        <w:rPr>
          <w:lang w:val="en-GB"/>
        </w:rPr>
      </w:pPr>
      <w:r>
        <w:rPr>
          <w:lang w:val="en-GB"/>
        </w:rPr>
        <w:t xml:space="preserve">The issue of domestic abuse will only be discussed with a child or adult when it is safe to do so, in private and away from the person alleged to be causing the abuse. Information received from children, adults, family members or the public will always be taken seriously. CSET will not assume that another agency is managing the concern. </w:t>
      </w:r>
    </w:p>
    <w:p>
      <w:pPr>
        <w:pStyle w:val="ListParagraph"/>
        <w:widowControl/>
        <w:suppressAutoHyphens w:val="true"/>
        <w:bidi w:val="0"/>
        <w:spacing w:lineRule="auto" w:line="276" w:before="0" w:after="0"/>
        <w:ind w:hanging="510" w:left="170"/>
        <w:contextualSpacing/>
        <w:jc w:val="left"/>
        <w:rPr>
          <w:rFonts w:ascii="Linux Libertine G" w:hAnsi="Linux Libertine G" w:eastAsia="Calibri" w:cs="Cambria" w:cstheme="minorHAnsi"/>
          <w:b/>
          <w:bCs/>
          <w:lang w:val="en-GB"/>
        </w:rPr>
      </w:pPr>
      <w:r>
        <w:rPr>
          <w:rFonts w:eastAsia="Calibri" w:cs="Cambria" w:cstheme="minorHAnsi" w:ascii="Linux Libertine G" w:hAnsi="Linux Libertine G"/>
          <w:b/>
          <w:bCs/>
          <w:lang w:val="en-GB"/>
        </w:rPr>
      </w:r>
    </w:p>
    <w:p>
      <w:pPr>
        <w:pStyle w:val="ListParagraph"/>
        <w:widowControl/>
        <w:numPr>
          <w:ilvl w:val="0"/>
          <w:numId w:val="53"/>
        </w:numPr>
        <w:suppressAutoHyphens w:val="true"/>
        <w:bidi w:val="0"/>
        <w:spacing w:lineRule="auto" w:line="276" w:before="0" w:after="0"/>
        <w:ind w:hanging="510" w:left="170"/>
        <w:contextualSpacing/>
        <w:jc w:val="left"/>
        <w:rPr/>
      </w:pPr>
      <w:bookmarkStart w:id="1" w:name="_Toc486246947"/>
      <w:r>
        <w:rPr>
          <w:rFonts w:eastAsia="Times New Roman" w:cs="Cambria" w:ascii="Linux Libertine G" w:hAnsi="Linux Libertine G" w:cstheme="minorHAnsi"/>
          <w:b/>
          <w:bCs/>
          <w:i/>
          <w:iCs/>
          <w:lang w:val="en-GB" w:eastAsia="x-none"/>
        </w:rPr>
        <w:t>P</w:t>
      </w:r>
      <w:bookmarkEnd w:id="1"/>
      <w:r>
        <w:rPr>
          <w:rFonts w:eastAsia="Times New Roman" w:cs="Cambria" w:ascii="Linux Libertine G" w:hAnsi="Linux Libertine G" w:cstheme="minorHAnsi"/>
          <w:b/>
          <w:bCs/>
          <w:i/>
          <w:iCs/>
          <w:lang w:val="en-GB" w:eastAsia="x-none"/>
        </w:rPr>
        <w:t>re Birth Safeguarding</w:t>
      </w:r>
      <w:r>
        <w:rPr>
          <w:rFonts w:eastAsia="Times New Roman" w:cs="Cambria" w:ascii="Linux Libertine G" w:hAnsi="Linux Libertine G" w:cstheme="minorHAnsi"/>
          <w:b/>
          <w:bCs/>
          <w:lang w:val="en-GB" w:eastAsia="x-none"/>
        </w:rPr>
        <w:t xml:space="preserve"> -</w:t>
      </w:r>
      <w:r>
        <w:rPr>
          <w:rStyle w:val="Strong"/>
          <w:b w:val="false"/>
          <w:bCs w:val="false"/>
          <w:lang w:val="en-GB"/>
        </w:rPr>
        <w:t>Unborn Child (Pre-birth Safeguarding)</w:t>
      </w:r>
      <w:r>
        <w:rPr>
          <w:b w:val="false"/>
          <w:bCs w:val="false"/>
          <w:lang w:val="en-GB"/>
        </w:rPr>
        <w:t xml:space="preserve"> – </w:t>
      </w:r>
      <w:r>
        <w:rPr>
          <w:rStyle w:val="Strong"/>
          <w:b w:val="false"/>
          <w:bCs w:val="false"/>
          <w:lang w:val="en-GB"/>
        </w:rPr>
        <w:t xml:space="preserve">Pre-birth safeguarding refers to identifying and responding to concerns where an unborn baby may be at risk of significant harm after birth. Risk factors may include, but are not limited to, domestic abuse, parental substance misuse, parental mental ill health, learning disability, previous involvement with Children's Social Care, or other circumstances that may affect the baby's safety and welfare. </w:t>
      </w:r>
    </w:p>
    <w:p>
      <w:pPr>
        <w:pStyle w:val="ListParagraph"/>
        <w:widowControl/>
        <w:numPr>
          <w:ilvl w:val="0"/>
          <w:numId w:val="0"/>
        </w:numPr>
        <w:suppressAutoHyphens w:val="true"/>
        <w:bidi w:val="0"/>
        <w:spacing w:lineRule="auto" w:line="276" w:before="0" w:after="0"/>
        <w:ind w:hanging="0" w:left="170"/>
        <w:contextualSpacing/>
        <w:jc w:val="left"/>
        <w:rPr/>
      </w:pPr>
      <w:r>
        <w:rPr>
          <w:b w:val="false"/>
          <w:bCs w:val="false"/>
          <w:lang w:val="en-GB"/>
        </w:rPr>
        <w:t xml:space="preserve"> </w:t>
      </w:r>
      <w:r>
        <w:rPr>
          <w:rFonts w:eastAsia="Times New Roman" w:cs="Cambria" w:ascii="Linux Libertine G" w:hAnsi="Linux Libertine G" w:cstheme="minorHAnsi"/>
          <w:b w:val="false"/>
          <w:bCs w:val="false"/>
          <w:lang w:val="en-GB" w:eastAsia="x-none"/>
        </w:rPr>
        <w:t xml:space="preserve"> </w:t>
      </w:r>
    </w:p>
    <w:p>
      <w:pPr>
        <w:pStyle w:val="ListParagraph"/>
        <w:spacing w:before="0" w:after="0"/>
        <w:ind w:hanging="0" w:left="0"/>
        <w:contextualSpacing/>
        <w:rPr>
          <w:lang w:val="en-GB"/>
        </w:rPr>
      </w:pPr>
      <w:r>
        <w:rPr>
          <w:rFonts w:eastAsia="Calibri" w:cs="Cambria" w:ascii="Linux Libertine G" w:hAnsi="Linux Libertine G" w:cstheme="minorHAnsi"/>
          <w:b/>
          <w:bCs/>
          <w:lang w:val="en-GB"/>
        </w:rPr>
        <w:t xml:space="preserve">- </w:t>
      </w:r>
      <w:r>
        <w:rPr>
          <w:rFonts w:eastAsia="Calibri" w:cs="Cambria" w:ascii="Linux Libertine G" w:hAnsi="Linux Libertine G" w:cstheme="minorHAnsi"/>
          <w:b/>
          <w:bCs/>
          <w:i/>
          <w:iCs/>
          <w:lang w:val="en-GB"/>
        </w:rPr>
        <w:t>Child Criminal Exploitation (CCE):</w:t>
      </w:r>
      <w:r>
        <w:rPr>
          <w:rFonts w:eastAsia="Calibri" w:cs="Cambria" w:ascii="Linux Libertine G" w:hAnsi="Linux Libertine G" w:cstheme="minorHAnsi"/>
          <w:b/>
          <w:bCs/>
          <w:lang w:val="en-GB"/>
        </w:rPr>
        <w:t xml:space="preserve">  </w:t>
      </w:r>
      <w:r>
        <w:rPr>
          <w:lang w:val="en-GB"/>
        </w:rPr>
        <w:t xml:space="preserve">occurs where an individual or group takes advantage of an imbalance of power to coerce, control, manipulate or deceive a child into criminal activity in exchange for something the child needs or wants, or for the financial or other advantage of the perpetrator. The victim may have been criminally exploited even if the activity appears consensual. Child Criminal Exploitation includes county lines, forced criminality and cuckooing. </w:t>
      </w:r>
    </w:p>
    <w:p>
      <w:pPr>
        <w:pStyle w:val="ListParagraph"/>
        <w:spacing w:before="0" w:after="0"/>
        <w:ind w:hanging="0" w:left="720"/>
        <w:contextualSpacing/>
        <w:rPr>
          <w:rFonts w:ascii="Linux Libertine G" w:hAnsi="Linux Libertine G" w:eastAsia="Calibri" w:cs="Cambria" w:cstheme="minorHAnsi"/>
        </w:rPr>
      </w:pPr>
      <w:r>
        <w:rPr>
          <w:rFonts w:eastAsia="Calibri" w:cs="Cambria" w:cstheme="minorHAnsi" w:ascii="Linux Libertine G" w:hAnsi="Linux Libertine G"/>
          <w:lang w:val="en-GB"/>
        </w:rPr>
      </w:r>
    </w:p>
    <w:p>
      <w:pPr>
        <w:pStyle w:val="ListParagraph"/>
        <w:spacing w:before="0" w:after="0"/>
        <w:ind w:hanging="0" w:left="720"/>
        <w:contextualSpacing/>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Custom"/>
        <w:rPr>
          <w:rFonts w:ascii="Linux Libertine G" w:hAnsi="Linux Libertine G" w:eastAsia="Calibri" w:cs="Cambria" w:cstheme="minorHAnsi"/>
          <w:bCs/>
          <w:sz w:val="22"/>
          <w:szCs w:val="22"/>
          <w:lang w:eastAsia="x-none"/>
        </w:rPr>
      </w:pPr>
      <w:r>
        <w:rPr>
          <w:rFonts w:eastAsia="Calibri" w:cs="Cambria" w:cstheme="minorHAnsi" w:ascii="Linux Libertine G" w:hAnsi="Linux Libertine G"/>
          <w:bCs/>
          <w:sz w:val="22"/>
          <w:szCs w:val="22"/>
          <w:lang w:val="en-GB" w:eastAsia="x-none"/>
        </w:rPr>
      </w:r>
    </w:p>
    <w:p>
      <w:pPr>
        <w:pStyle w:val="NormalCustom"/>
        <w:rPr>
          <w:rFonts w:ascii="Linux Libertine G" w:hAnsi="Linux Libertine G"/>
        </w:rPr>
      </w:pPr>
      <w:r>
        <w:rPr>
          <w:rFonts w:ascii="Linux Libertine G" w:hAnsi="Linux Libertine G"/>
          <w:color w:val="2A6099"/>
          <w:sz w:val="22"/>
          <w:szCs w:val="22"/>
          <w:lang w:val="en-GB"/>
        </w:rPr>
        <w:t>6. RESPONSIBILITIES AND RESPONSES</w:t>
      </w:r>
    </w:p>
    <w:p>
      <w:pPr>
        <w:pStyle w:val="Normal"/>
        <w:keepNext w:val="true"/>
        <w:keepLines/>
        <w:numPr>
          <w:ilvl w:val="0"/>
          <w:numId w:val="0"/>
        </w:numPr>
        <w:spacing w:lineRule="auto" w:line="240" w:before="0" w:after="0"/>
        <w:ind w:hanging="0" w:left="0"/>
        <w:outlineLvl w:val="1"/>
        <w:rPr>
          <w:rFonts w:ascii="Linux Libertine G" w:hAnsi="Linux Libertine G"/>
        </w:rPr>
      </w:pPr>
      <w:bookmarkStart w:id="2" w:name="_Toc4862469491"/>
      <w:r>
        <w:rPr>
          <w:rFonts w:eastAsia="Times New Roman" w:cs="Cambria" w:ascii="Linux Libertine G" w:hAnsi="Linux Libertine G" w:cstheme="minorHAnsi"/>
          <w:b/>
          <w:bCs/>
          <w:lang w:val="en-GB" w:eastAsia="x-none"/>
        </w:rPr>
        <w:t>Overview</w:t>
      </w:r>
      <w:bookmarkEnd w:id="2"/>
    </w:p>
    <w:p>
      <w:pPr>
        <w:pStyle w:val="Normal"/>
        <w:spacing w:lineRule="auto" w:line="240" w:before="0" w:after="0"/>
        <w:rPr>
          <w:rFonts w:ascii="Linux Libertine G" w:hAnsi="Linux Libertine G"/>
        </w:rPr>
      </w:pPr>
      <w:r>
        <w:rPr>
          <w:rFonts w:eastAsia="Calibri" w:cs="Cambria" w:ascii="Linux Libertine G" w:hAnsi="Linux Libertine G" w:cstheme="minorHAnsi"/>
          <w:color w:val="000000"/>
          <w:sz w:val="22"/>
          <w:szCs w:val="22"/>
          <w:lang w:val="en-GB"/>
        </w:rPr>
        <w:t>CSET has a clear Code of Conduct, which promotes a clear commitment from everyone in the organisation to treat everyone fairly and with respect.</w:t>
      </w:r>
    </w:p>
    <w:p>
      <w:pPr>
        <w:pStyle w:val="Normal"/>
        <w:spacing w:lineRule="auto" w:line="240" w:before="0" w:after="0"/>
        <w:rPr>
          <w:rFonts w:ascii="Linux Libertine G" w:hAnsi="Linux Libertine G"/>
        </w:rPr>
      </w:pPr>
      <w:r>
        <w:rPr>
          <w:rFonts w:ascii="Linux Libertine G" w:hAnsi="Linux Libertine G"/>
          <w:lang w:val="en-GB"/>
        </w:rPr>
      </w:r>
    </w:p>
    <w:p>
      <w:pPr>
        <w:pStyle w:val="Normal"/>
        <w:spacing w:lineRule="auto" w:line="240" w:before="0" w:after="0"/>
        <w:rPr>
          <w:rFonts w:ascii="Linux Libertine G" w:hAnsi="Linux Libertine G"/>
        </w:rPr>
      </w:pPr>
      <w:r>
        <w:rPr>
          <w:rStyle w:val="Strong"/>
          <w:rFonts w:eastAsia="Calibri" w:cs="Cambria" w:ascii="Linux Libertine G" w:hAnsi="Linux Libertine G" w:cstheme="minorHAnsi"/>
          <w:color w:val="000000"/>
          <w:sz w:val="22"/>
          <w:szCs w:val="22"/>
          <w:lang w:val="en-GB"/>
        </w:rPr>
        <w:t>Safeguarding is everyone's responsibility. All staff, volunteers and trustees have a responsibility to safeguard and promote the welfare of children and must act in the best interests of the child at all times.</w:t>
      </w:r>
    </w:p>
    <w:p>
      <w:pPr>
        <w:pStyle w:val="Normal"/>
        <w:spacing w:lineRule="auto" w:line="240" w:before="0" w:after="0"/>
        <w:rPr>
          <w:rFonts w:ascii="Linux Libertine G" w:hAnsi="Linux Libertine G"/>
        </w:rPr>
      </w:pPr>
      <w:r>
        <w:rPr>
          <w:rFonts w:ascii="Linux Libertine G" w:hAnsi="Linux Libertine G"/>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color w:val="000000"/>
          <w:sz w:val="22"/>
          <w:szCs w:val="22"/>
          <w:lang w:val="en-GB"/>
        </w:rPr>
        <w:t>CSET volunteers and staff must take an active role in safeguarding and</w:t>
      </w:r>
      <w:r>
        <w:rPr>
          <w:rFonts w:eastAsia="Calibri" w:cs="Cambria" w:ascii="Linux Libertine G" w:hAnsi="Linux Libertine G" w:cstheme="minorHAnsi"/>
          <w:color w:val="2A6099"/>
          <w:sz w:val="22"/>
          <w:szCs w:val="22"/>
          <w:lang w:val="en-GB"/>
        </w:rPr>
        <w:t>:</w:t>
      </w:r>
    </w:p>
    <w:p>
      <w:pPr>
        <w:pStyle w:val="Normal"/>
        <w:spacing w:lineRule="auto" w:line="240" w:before="0" w:after="0"/>
        <w:rPr>
          <w:b/>
          <w:bCs/>
        </w:rPr>
      </w:pPr>
      <w:r>
        <w:rPr>
          <w:rFonts w:eastAsia="Calibri" w:cs="Cambria" w:ascii="Linux Libertine G" w:hAnsi="Linux Libertine G" w:cstheme="minorHAnsi"/>
          <w:b/>
          <w:bCs/>
          <w:sz w:val="22"/>
          <w:szCs w:val="22"/>
          <w:lang w:val="en-GB"/>
        </w:rPr>
        <w:t>As an organisation CSET must:</w:t>
      </w:r>
    </w:p>
    <w:p>
      <w:pPr>
        <w:pStyle w:val="ListParagraph"/>
        <w:numPr>
          <w:ilvl w:val="0"/>
          <w:numId w:val="9"/>
        </w:numPr>
        <w:spacing w:before="0" w:after="0"/>
        <w:contextualSpacing/>
        <w:rPr>
          <w:rFonts w:ascii="Linux Libertine G" w:hAnsi="Linux Libertine G"/>
        </w:rPr>
      </w:pPr>
      <w:r>
        <w:rPr>
          <w:rFonts w:cs="Cambria" w:ascii="Linux Libertine G" w:hAnsi="Linux Libertine G" w:cstheme="minorHAnsi"/>
          <w:sz w:val="22"/>
          <w:szCs w:val="22"/>
          <w:lang w:val="en-GB"/>
        </w:rPr>
        <w:t>Be alert to potential indicators of abuse or neglect;</w:t>
      </w:r>
    </w:p>
    <w:p>
      <w:pPr>
        <w:pStyle w:val="ListParagraph"/>
        <w:numPr>
          <w:ilvl w:val="0"/>
          <w:numId w:val="8"/>
        </w:numPr>
        <w:spacing w:before="0" w:after="0"/>
        <w:contextualSpacing/>
        <w:rPr>
          <w:rFonts w:ascii="Linux Libertine G" w:hAnsi="Linux Libertine G"/>
        </w:rPr>
      </w:pPr>
      <w:r>
        <w:rPr>
          <w:rFonts w:cs="Cambria" w:ascii="Linux Libertine G" w:hAnsi="Linux Libertine G" w:cstheme="minorHAnsi"/>
          <w:sz w:val="22"/>
          <w:szCs w:val="22"/>
          <w:lang w:val="en-GB"/>
        </w:rPr>
        <w:t>Be alert to the risks which individual abusers, or potential abusers, may pose to children;</w:t>
      </w:r>
    </w:p>
    <w:p>
      <w:pPr>
        <w:pStyle w:val="ListParagraph"/>
        <w:numPr>
          <w:ilvl w:val="0"/>
          <w:numId w:val="8"/>
        </w:numPr>
        <w:spacing w:before="0" w:after="0"/>
        <w:contextualSpacing/>
        <w:rPr>
          <w:rFonts w:ascii="Linux Libertine G" w:hAnsi="Linux Libertine G"/>
        </w:rPr>
      </w:pPr>
      <w:r>
        <w:rPr>
          <w:rFonts w:cs="Cambria" w:ascii="Linux Libertine G" w:hAnsi="Linux Libertine G" w:cstheme="minorHAnsi"/>
          <w:sz w:val="22"/>
          <w:szCs w:val="22"/>
          <w:lang w:val="en-GB"/>
        </w:rPr>
        <w:t>Be alert to the impact on the child of concerns of abuse or maltreatment;</w:t>
      </w:r>
    </w:p>
    <w:p>
      <w:pPr>
        <w:pStyle w:val="ListParagraph"/>
        <w:numPr>
          <w:ilvl w:val="0"/>
          <w:numId w:val="8"/>
        </w:numPr>
        <w:spacing w:before="0" w:after="0"/>
        <w:contextualSpacing/>
        <w:rPr>
          <w:rFonts w:ascii="Linux Libertine G" w:hAnsi="Linux Libertine G"/>
        </w:rPr>
      </w:pPr>
      <w:r>
        <w:rPr>
          <w:rFonts w:cs="Cambria" w:ascii="Linux Libertine G" w:hAnsi="Linux Libertine G" w:cstheme="minorHAnsi"/>
          <w:sz w:val="22"/>
          <w:szCs w:val="22"/>
          <w:lang w:val="en-GB"/>
        </w:rPr>
        <w:t>Share and help to analyse information so that an assessment can be made of the child's needs and circumstances;</w:t>
      </w:r>
    </w:p>
    <w:p>
      <w:pPr>
        <w:pStyle w:val="ListParagraph"/>
        <w:numPr>
          <w:ilvl w:val="0"/>
          <w:numId w:val="8"/>
        </w:numPr>
        <w:spacing w:before="0" w:after="0"/>
        <w:contextualSpacing/>
        <w:rPr>
          <w:rFonts w:ascii="Linux Libertine G" w:hAnsi="Linux Libertine G"/>
        </w:rPr>
      </w:pPr>
      <w:r>
        <w:rPr>
          <w:rFonts w:cs="Cambria" w:ascii="Linux Libertine G" w:hAnsi="Linux Libertine G" w:cstheme="minorHAnsi"/>
          <w:sz w:val="22"/>
          <w:szCs w:val="22"/>
          <w:lang w:val="en-GB"/>
        </w:rPr>
        <w:t>Contribute to whatever actions are needed to safeguard and promote the child's welfare;</w:t>
      </w:r>
    </w:p>
    <w:p>
      <w:pPr>
        <w:pStyle w:val="ListParagraph"/>
        <w:numPr>
          <w:ilvl w:val="0"/>
          <w:numId w:val="8"/>
        </w:numPr>
        <w:spacing w:before="0" w:after="0"/>
        <w:contextualSpacing/>
        <w:rPr>
          <w:rFonts w:ascii="Linux Libertine G" w:hAnsi="Linux Libertine G"/>
        </w:rPr>
      </w:pPr>
      <w:r>
        <w:rPr>
          <w:rFonts w:cs="Cambria" w:ascii="Linux Libertine G" w:hAnsi="Linux Libertine G" w:cstheme="minorHAnsi"/>
          <w:sz w:val="22"/>
          <w:szCs w:val="22"/>
          <w:lang w:val="en-GB"/>
        </w:rPr>
        <w:t>Take part in regularly reviewing the outcomes for the child against specific plans;</w:t>
      </w:r>
    </w:p>
    <w:p>
      <w:pPr>
        <w:pStyle w:val="ListParagraph"/>
        <w:numPr>
          <w:ilvl w:val="0"/>
          <w:numId w:val="8"/>
        </w:numPr>
        <w:spacing w:before="0" w:after="0"/>
        <w:contextualSpacing/>
        <w:rPr>
          <w:rFonts w:ascii="Linux Libertine G" w:hAnsi="Linux Libertine G"/>
        </w:rPr>
      </w:pPr>
      <w:r>
        <w:rPr>
          <w:rFonts w:cs="Cambria" w:ascii="Linux Libertine G" w:hAnsi="Linux Libertine G" w:cstheme="minorHAnsi"/>
          <w:sz w:val="22"/>
          <w:szCs w:val="22"/>
          <w:lang w:val="en-GB"/>
        </w:rPr>
        <w:t>Work co-operatively with parents, unless this is inconsistent with ensuring the child's safety.</w:t>
      </w:r>
    </w:p>
    <w:p>
      <w:pPr>
        <w:pStyle w:val="NormalCustom"/>
        <w:numPr>
          <w:ilvl w:val="0"/>
          <w:numId w:val="8"/>
        </w:numPr>
        <w:rPr>
          <w:rFonts w:ascii="Linux Libertine G" w:hAnsi="Linux Libertine G"/>
        </w:rPr>
      </w:pPr>
      <w:r>
        <w:rPr>
          <w:rFonts w:cs="Cambria" w:ascii="Linux Libertine G" w:hAnsi="Linux Libertine G" w:cstheme="minorHAnsi"/>
          <w:sz w:val="22"/>
          <w:szCs w:val="22"/>
          <w:lang w:val="en-GB"/>
        </w:rPr>
        <w:t>Work collaboratively with local partners to identify and prevent extra-familial harm;</w:t>
      </w:r>
    </w:p>
    <w:p>
      <w:pPr>
        <w:pStyle w:val="NormalCustom"/>
        <w:numPr>
          <w:ilvl w:val="0"/>
          <w:numId w:val="8"/>
        </w:numPr>
        <w:rPr>
          <w:rFonts w:ascii="Linux Libertine G" w:hAnsi="Linux Libertine G"/>
        </w:rPr>
      </w:pPr>
      <w:r>
        <w:rPr>
          <w:rFonts w:cs="Cambria" w:ascii="Linux Libertine G" w:hAnsi="Linux Libertine G" w:cstheme="minorHAnsi"/>
          <w:sz w:val="22"/>
          <w:szCs w:val="22"/>
          <w:lang w:val="en-GB"/>
        </w:rPr>
        <w:t>Ensure that safeguarding arrangements take account of children who may have additional vulnerabilities, including children with SEND;</w:t>
      </w:r>
    </w:p>
    <w:p>
      <w:pPr>
        <w:pStyle w:val="NormalCustom"/>
        <w:numPr>
          <w:ilvl w:val="0"/>
          <w:numId w:val="8"/>
        </w:numPr>
        <w:rPr>
          <w:rFonts w:ascii="Linux Libertine G" w:hAnsi="Linux Libertine G"/>
        </w:rPr>
      </w:pPr>
      <w:r>
        <w:rPr>
          <w:rFonts w:cs="Cambria" w:ascii="Linux Libertine G" w:hAnsi="Linux Libertine G" w:cstheme="minorHAnsi"/>
          <w:sz w:val="22"/>
          <w:szCs w:val="22"/>
          <w:lang w:val="en-GB"/>
        </w:rPr>
        <w:t xml:space="preserve">provide a safe environment where children feel able to raise concerns, make disclosures and know they will be take seriously; </w:t>
      </w:r>
    </w:p>
    <w:p>
      <w:pPr>
        <w:pStyle w:val="NormalCustom"/>
        <w:numPr>
          <w:ilvl w:val="0"/>
          <w:numId w:val="8"/>
        </w:numPr>
        <w:rPr>
          <w:rFonts w:ascii="Linux Libertine G" w:hAnsi="Linux Libertine G"/>
        </w:rPr>
      </w:pPr>
      <w:r>
        <w:rPr>
          <w:rFonts w:cs="Cambria" w:ascii="Linux Libertine G" w:hAnsi="Linux Libertine G" w:cstheme="minorHAnsi"/>
          <w:sz w:val="22"/>
          <w:szCs w:val="22"/>
          <w:lang w:val="en-GB"/>
        </w:rPr>
        <w:t xml:space="preserve">Ensure appropriate safeguarding policies, procedures, safer recruitment practices and training are in place and reviewed regularly. </w:t>
      </w:r>
    </w:p>
    <w:p>
      <w:pPr>
        <w:pStyle w:val="NormalCustom"/>
        <w:numPr>
          <w:ilvl w:val="0"/>
          <w:numId w:val="0"/>
        </w:numPr>
        <w:ind w:hanging="0" w:left="720"/>
        <w:rPr>
          <w:b/>
          <w:bCs/>
        </w:rPr>
      </w:pPr>
      <w:r>
        <w:rPr>
          <w:rFonts w:ascii="Linux Libertine G" w:hAnsi="Linux Libertine G"/>
          <w:b/>
          <w:bCs/>
          <w:sz w:val="22"/>
          <w:szCs w:val="22"/>
          <w:lang w:val="en-GB"/>
        </w:rPr>
        <w:t>All staff and volunteers must:</w:t>
      </w:r>
    </w:p>
    <w:p>
      <w:pPr>
        <w:pStyle w:val="NormalCustom"/>
        <w:numPr>
          <w:ilvl w:val="0"/>
          <w:numId w:val="0"/>
        </w:numPr>
        <w:spacing w:lineRule="auto" w:line="240" w:before="0" w:after="29"/>
        <w:ind w:hanging="0" w:left="720"/>
        <w:rPr>
          <w:lang w:val="en-GB"/>
        </w:rPr>
      </w:pPr>
      <w:r>
        <w:rPr>
          <w:rFonts w:ascii="Linux Libertine G" w:hAnsi="Linux Libertine G"/>
          <w:sz w:val="22"/>
          <w:szCs w:val="22"/>
          <w:lang w:val="en-GB"/>
        </w:rPr>
        <w:t>-Be able to identify potential or actual harm to children;</w:t>
        <w:br/>
        <w:t>- Know the signs of abuse and neglect.</w:t>
        <w:br/>
        <w:t>- Report concerns or disclosures immediately to the designated safeguarding lead or, if the DSL is unavailable, follow the organisation’s safeguarding reporting procedures;</w:t>
        <w:br/>
        <w:t>- Complete safeguarding training regularly and keep their knowledge up to date;</w:t>
        <w:br/>
        <w:t>- Maintain professional boundaries at all times.</w:t>
        <w:br/>
        <w:t>- Ensure that activities and interactions are conducted safely</w:t>
      </w:r>
      <w:bookmarkStart w:id="3" w:name="_Toc486246949"/>
      <w:bookmarkEnd w:id="3"/>
      <w:r>
        <w:rPr>
          <w:rFonts w:ascii="Linux Libertine G" w:hAnsi="Linux Libertine G"/>
          <w:sz w:val="22"/>
          <w:szCs w:val="22"/>
          <w:lang w:val="en-GB"/>
        </w:rPr>
        <w:t>;</w:t>
      </w:r>
    </w:p>
    <w:p>
      <w:pPr>
        <w:pStyle w:val="NormalCustom"/>
        <w:numPr>
          <w:ilvl w:val="0"/>
          <w:numId w:val="0"/>
        </w:numPr>
        <w:spacing w:lineRule="auto" w:line="240" w:before="0" w:after="29"/>
        <w:ind w:hanging="0" w:left="720"/>
        <w:rPr>
          <w:rFonts w:ascii="Linux Libertine G" w:hAnsi="Linux Libertine G"/>
          <w:sz w:val="22"/>
          <w:szCs w:val="22"/>
        </w:rPr>
      </w:pPr>
      <w:r>
        <w:rPr>
          <w:rFonts w:ascii="Linux Libertine G" w:hAnsi="Linux Libertine G"/>
          <w:sz w:val="22"/>
          <w:szCs w:val="22"/>
          <w:lang w:val="en-GB"/>
        </w:rPr>
        <w:t>-  Listen to children, take their concerns seriously and act in their best interests;</w:t>
      </w:r>
    </w:p>
    <w:p>
      <w:pPr>
        <w:pStyle w:val="NormalCustom"/>
        <w:numPr>
          <w:ilvl w:val="0"/>
          <w:numId w:val="0"/>
        </w:numPr>
        <w:spacing w:lineRule="auto" w:line="240" w:before="0" w:after="29"/>
        <w:ind w:hanging="0" w:left="720"/>
        <w:rPr>
          <w:rFonts w:ascii="Linux Libertine G" w:hAnsi="Linux Libertine G"/>
          <w:sz w:val="22"/>
          <w:szCs w:val="22"/>
        </w:rPr>
      </w:pPr>
      <w:r>
        <w:rPr>
          <w:rFonts w:ascii="Linux Libertine G" w:hAnsi="Linux Libertine G"/>
          <w:sz w:val="22"/>
          <w:szCs w:val="22"/>
          <w:lang w:val="en-GB"/>
        </w:rPr>
        <w:t>- Record safeguarding concerns accurately, promptly and objectively;</w:t>
      </w:r>
    </w:p>
    <w:p>
      <w:pPr>
        <w:pStyle w:val="NormalCustom"/>
        <w:numPr>
          <w:ilvl w:val="0"/>
          <w:numId w:val="0"/>
        </w:numPr>
        <w:spacing w:lineRule="auto" w:line="240" w:before="0" w:after="29"/>
        <w:ind w:hanging="0" w:left="720"/>
        <w:rPr>
          <w:rFonts w:ascii="Linux Libertine G" w:hAnsi="Linux Libertine G"/>
          <w:sz w:val="22"/>
          <w:szCs w:val="22"/>
        </w:rPr>
      </w:pPr>
      <w:r>
        <w:rPr>
          <w:rFonts w:ascii="Linux Libertine G" w:hAnsi="Linux Libertine G"/>
          <w:sz w:val="22"/>
          <w:szCs w:val="22"/>
          <w:lang w:val="en-GB"/>
        </w:rPr>
        <w:t xml:space="preserve">- understand that safeguarding incidents may occur both online and offline and recognise the role technology may play in facilitating abuse. </w:t>
      </w:r>
    </w:p>
    <w:p>
      <w:pPr>
        <w:pStyle w:val="NormalCustom"/>
        <w:numPr>
          <w:ilvl w:val="0"/>
          <w:numId w:val="0"/>
        </w:numPr>
        <w:spacing w:lineRule="auto" w:line="240" w:before="0" w:after="29"/>
        <w:ind w:hanging="0" w:left="720"/>
        <w:rPr>
          <w:rFonts w:ascii="Linux Libertine G" w:hAnsi="Linux Libertine G"/>
          <w:sz w:val="22"/>
          <w:szCs w:val="22"/>
        </w:rPr>
      </w:pPr>
      <w:r>
        <w:rPr>
          <w:rFonts w:ascii="Linux Libertine G" w:hAnsi="Linux Libertine G"/>
          <w:sz w:val="22"/>
          <w:szCs w:val="22"/>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CSET will make a referral to Children's Social Care if there are signs that a child or an unborn baby:</w:t>
      </w:r>
    </w:p>
    <w:p>
      <w:pPr>
        <w:pStyle w:val="ListParagraph"/>
        <w:numPr>
          <w:ilvl w:val="0"/>
          <w:numId w:val="18"/>
        </w:numPr>
        <w:spacing w:before="0" w:after="0"/>
        <w:contextualSpacing/>
        <w:rPr>
          <w:rFonts w:ascii="Linux Libertine G" w:hAnsi="Linux Libertine G"/>
        </w:rPr>
      </w:pPr>
      <w:r>
        <w:rPr>
          <w:rFonts w:cs="Cambria" w:ascii="Linux Libertine G" w:hAnsi="Linux Libertine G" w:cstheme="minorHAnsi"/>
          <w:lang w:val="en-GB"/>
        </w:rPr>
        <w:t>Is suffering significant harm through abuse or neglect;</w:t>
      </w:r>
    </w:p>
    <w:p>
      <w:pPr>
        <w:pStyle w:val="ListParagraph"/>
        <w:numPr>
          <w:ilvl w:val="0"/>
          <w:numId w:val="18"/>
        </w:numPr>
        <w:spacing w:before="0" w:after="0"/>
        <w:contextualSpacing/>
        <w:rPr>
          <w:rFonts w:ascii="Linux Libertine G" w:hAnsi="Linux Libertine G"/>
        </w:rPr>
      </w:pPr>
      <w:r>
        <w:rPr>
          <w:rFonts w:cs="Cambria" w:ascii="Linux Libertine G" w:hAnsi="Linux Libertine G" w:cstheme="minorHAnsi"/>
          <w:lang w:val="en-GB"/>
        </w:rPr>
        <w:t>Is likely to suffer significant harm in the future;</w:t>
      </w:r>
    </w:p>
    <w:p>
      <w:pPr>
        <w:pStyle w:val="ListParagraph"/>
        <w:numPr>
          <w:ilvl w:val="0"/>
          <w:numId w:val="18"/>
        </w:numPr>
        <w:spacing w:before="0" w:after="0"/>
        <w:contextualSpacing/>
        <w:rPr>
          <w:rFonts w:ascii="Linux Libertine G" w:hAnsi="Linux Libertine G"/>
        </w:rPr>
      </w:pPr>
      <w:r>
        <w:rPr>
          <w:rFonts w:cs="Cambria" w:ascii="Linux Libertine G" w:hAnsi="Linux Libertine G" w:cstheme="minorHAnsi"/>
          <w:lang w:val="en-GB"/>
        </w:rPr>
        <w:t xml:space="preserve">Requires support through Family Help or statutory intervention. </w:t>
      </w:r>
    </w:p>
    <w:p>
      <w:pPr>
        <w:pStyle w:val="Normal"/>
        <w:spacing w:lineRule="auto" w:line="240" w:before="0" w:after="0"/>
        <w:contextualSpacing/>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Custom"/>
        <w:rPr>
          <w:rFonts w:ascii="Linux Libertine G" w:hAnsi="Linux Libertine G"/>
        </w:rPr>
      </w:pPr>
      <w:r>
        <w:rPr>
          <w:rFonts w:eastAsia="Calibri" w:cs="Cambria" w:ascii="Linux Libertine G" w:hAnsi="Linux Libertine G" w:cstheme="minorHAnsi"/>
          <w:sz w:val="22"/>
          <w:szCs w:val="22"/>
          <w:lang w:val="en-GB"/>
        </w:rPr>
        <w:t xml:space="preserve">The timing of such referrals will reflect the level of perceived risk of harm, </w:t>
      </w:r>
      <w:r>
        <w:rPr>
          <w:lang w:val="en-GB"/>
        </w:rPr>
        <w:t xml:space="preserve">and will be made without delay. Where there is reasonable cause to suspect that a child is suffering, or is likely to suffer, significant harm, a referral will be made immediately to Children's Social Care and, where appropriate, the Police. </w:t>
      </w:r>
      <w:r>
        <w:rPr>
          <w:rFonts w:eastAsia="Calibri" w:cs="Cambria" w:ascii="Linux Libertine G" w:hAnsi="Linux Libertine G" w:cstheme="minorHAnsi"/>
          <w:sz w:val="22"/>
          <w:szCs w:val="22"/>
          <w:lang w:val="en-GB"/>
        </w:rPr>
        <w:t xml:space="preserve"> </w:t>
      </w:r>
    </w:p>
    <w:p>
      <w:pPr>
        <w:pStyle w:val="NormalCustom"/>
        <w:rPr>
          <w:rFonts w:ascii="Linux Libertine G" w:hAnsi="Linux Libertine G"/>
        </w:rPr>
      </w:pPr>
      <w:r>
        <w:rPr>
          <w:rFonts w:eastAsia="Calibri" w:cs="Cambria" w:ascii="Linux Libertine G" w:hAnsi="Linux Libertine G" w:cstheme="minorHAnsi"/>
          <w:sz w:val="22"/>
          <w:szCs w:val="22"/>
          <w:lang w:val="en-GB"/>
        </w:rPr>
        <w:t xml:space="preserve">If any member of staff or volunteer has concerns about a child's welfare, they should act immediately. Staff should never assume that someone else will take action or that another person has already reported the concern. If, at any point, there is a risk of immediate serious harm to a child, a referral should be made immediately to Children's Social Care and/or the Police. </w:t>
      </w:r>
    </w:p>
    <w:p>
      <w:pPr>
        <w:pStyle w:val="NormalCustom"/>
        <w:rPr>
          <w:rFonts w:ascii="Linux Libertine G" w:hAnsi="Linux Libertine G"/>
        </w:rPr>
      </w:pPr>
      <w:r>
        <w:rPr>
          <w:rFonts w:ascii="Linux Libertine G" w:hAnsi="Linux Libertine G"/>
          <w:b w:val="false"/>
          <w:bCs w:val="false"/>
          <w:color w:val="2A6099"/>
          <w:sz w:val="22"/>
          <w:szCs w:val="22"/>
          <w:lang w:val="en-GB"/>
        </w:rPr>
        <w:t xml:space="preserve">7. </w:t>
      </w:r>
      <w:r>
        <w:rPr>
          <w:rFonts w:cs="Cambria" w:ascii="Linux Libertine G" w:hAnsi="Linux Libertine G" w:cstheme="minorHAnsi"/>
          <w:b w:val="false"/>
          <w:bCs w:val="false"/>
          <w:color w:val="2A6099"/>
          <w:sz w:val="22"/>
          <w:szCs w:val="22"/>
          <w:lang w:val="en-GB"/>
        </w:rPr>
        <w:t>SIGNS AND SYMPTOMS OF ABUSE</w:t>
      </w:r>
    </w:p>
    <w:p>
      <w:pPr>
        <w:pStyle w:val="Normal"/>
        <w:spacing w:before="0" w:after="0"/>
        <w:rPr>
          <w:rFonts w:ascii="Linux Libertine G" w:hAnsi="Linux Libertine G"/>
        </w:rPr>
      </w:pPr>
      <w:r>
        <w:rPr>
          <w:rFonts w:cs="Cambria" w:ascii="Linux Libertine G" w:hAnsi="Linux Libertine G" w:cstheme="minorHAnsi"/>
          <w:lang w:val="en-GB"/>
        </w:rPr>
        <w:t>Common signs and symptoms of abuse may include, but are not limited too:</w:t>
      </w:r>
    </w:p>
    <w:p>
      <w:pPr>
        <w:pStyle w:val="Normal"/>
        <w:numPr>
          <w:ilvl w:val="0"/>
          <w:numId w:val="12"/>
        </w:numPr>
        <w:spacing w:before="0" w:after="0"/>
        <w:rPr>
          <w:rFonts w:ascii="Linux Libertine G" w:hAnsi="Linux Libertine G"/>
        </w:rPr>
      </w:pPr>
      <w:r>
        <w:rPr>
          <w:rFonts w:cs="Cambria" w:ascii="Linux Libertine G" w:hAnsi="Linux Libertine G" w:cstheme="minorHAnsi"/>
          <w:lang w:val="en-GB"/>
        </w:rPr>
        <w:t>unexplained changes in behaviour or personality;</w:t>
      </w:r>
    </w:p>
    <w:p>
      <w:pPr>
        <w:pStyle w:val="Normal"/>
        <w:numPr>
          <w:ilvl w:val="0"/>
          <w:numId w:val="12"/>
        </w:numPr>
        <w:spacing w:before="0" w:after="0"/>
        <w:rPr>
          <w:rFonts w:ascii="Linux Libertine G" w:hAnsi="Linux Libertine G"/>
        </w:rPr>
      </w:pPr>
      <w:r>
        <w:rPr>
          <w:rFonts w:cs="Cambria" w:ascii="Linux Libertine G" w:hAnsi="Linux Libertine G" w:cstheme="minorHAnsi"/>
          <w:lang w:val="en-GB"/>
        </w:rPr>
        <w:t>becoming withdrawn, secretive or isolated;</w:t>
      </w:r>
    </w:p>
    <w:p>
      <w:pPr>
        <w:pStyle w:val="Normal"/>
        <w:numPr>
          <w:ilvl w:val="0"/>
          <w:numId w:val="12"/>
        </w:numPr>
        <w:spacing w:before="0" w:after="0"/>
        <w:rPr>
          <w:rFonts w:ascii="Linux Libertine G" w:hAnsi="Linux Libertine G"/>
        </w:rPr>
      </w:pPr>
      <w:r>
        <w:rPr>
          <w:rFonts w:cs="Cambria" w:ascii="Linux Libertine G" w:hAnsi="Linux Libertine G" w:cstheme="minorHAnsi"/>
          <w:lang w:val="en-GB"/>
        </w:rPr>
        <w:t>seeming anxious, fearful or unusually nervous;</w:t>
      </w:r>
    </w:p>
    <w:p>
      <w:pPr>
        <w:pStyle w:val="Normal"/>
        <w:numPr>
          <w:ilvl w:val="0"/>
          <w:numId w:val="12"/>
        </w:numPr>
        <w:spacing w:before="0" w:after="0"/>
        <w:rPr>
          <w:rFonts w:ascii="Linux Libertine G" w:hAnsi="Linux Libertine G"/>
        </w:rPr>
      </w:pPr>
      <w:r>
        <w:rPr>
          <w:rFonts w:cs="Cambria" w:ascii="Linux Libertine G" w:hAnsi="Linux Libertine G" w:cstheme="minorHAnsi"/>
          <w:lang w:val="en-GB"/>
        </w:rPr>
        <w:t>becoming uncharacteristically aggressive;</w:t>
      </w:r>
    </w:p>
    <w:p>
      <w:pPr>
        <w:pStyle w:val="Normal"/>
        <w:numPr>
          <w:ilvl w:val="0"/>
          <w:numId w:val="12"/>
        </w:numPr>
        <w:spacing w:before="0" w:after="0"/>
        <w:rPr>
          <w:rFonts w:ascii="Linux Libertine G" w:hAnsi="Linux Libertine G"/>
        </w:rPr>
      </w:pPr>
      <w:r>
        <w:rPr>
          <w:rFonts w:cs="Cambria" w:ascii="Linux Libertine G" w:hAnsi="Linux Libertine G" w:cstheme="minorHAnsi"/>
          <w:lang w:val="en-GB"/>
        </w:rPr>
        <w:t>lacks social skills and has few friends, or disengages from existing social networks;</w:t>
      </w:r>
    </w:p>
    <w:p>
      <w:pPr>
        <w:pStyle w:val="Normal"/>
        <w:numPr>
          <w:ilvl w:val="0"/>
          <w:numId w:val="12"/>
        </w:numPr>
        <w:spacing w:before="0" w:after="0"/>
        <w:rPr>
          <w:rFonts w:ascii="Linux Libertine G" w:hAnsi="Linux Libertine G"/>
        </w:rPr>
      </w:pPr>
      <w:r>
        <w:rPr>
          <w:rFonts w:cs="Cambria" w:ascii="Linux Libertine G" w:hAnsi="Linux Libertine G" w:cstheme="minorHAnsi"/>
          <w:lang w:val="en-GB"/>
        </w:rPr>
        <w:t>Secrecy around new associations;</w:t>
      </w:r>
    </w:p>
    <w:p>
      <w:pPr>
        <w:pStyle w:val="Normal"/>
        <w:numPr>
          <w:ilvl w:val="0"/>
          <w:numId w:val="12"/>
        </w:numPr>
        <w:spacing w:before="0" w:after="0"/>
        <w:rPr>
          <w:rFonts w:ascii="Linux Libertine G" w:hAnsi="Linux Libertine G"/>
        </w:rPr>
      </w:pPr>
      <w:r>
        <w:rPr>
          <w:rFonts w:cs="Cambria" w:ascii="Linux Libertine G" w:hAnsi="Linux Libertine G" w:cstheme="minorHAnsi"/>
          <w:lang w:val="en-GB"/>
        </w:rPr>
        <w:t>Additional mobile phone/s, multiple SIM cards or concerning use of technology;</w:t>
      </w:r>
    </w:p>
    <w:p>
      <w:pPr>
        <w:pStyle w:val="Normal"/>
        <w:numPr>
          <w:ilvl w:val="0"/>
          <w:numId w:val="12"/>
        </w:numPr>
        <w:spacing w:before="0" w:after="0"/>
        <w:rPr>
          <w:rFonts w:ascii="Linux Libertine G" w:hAnsi="Linux Libertine G"/>
        </w:rPr>
      </w:pPr>
      <w:r>
        <w:rPr>
          <w:rFonts w:cs="Cambria" w:ascii="Linux Libertine G" w:hAnsi="Linux Libertine G" w:cstheme="minorHAnsi"/>
          <w:lang w:val="en-GB"/>
        </w:rPr>
        <w:t>Sexual health problems/unplanned pregnancy;</w:t>
      </w:r>
    </w:p>
    <w:p>
      <w:pPr>
        <w:pStyle w:val="Normal"/>
        <w:numPr>
          <w:ilvl w:val="0"/>
          <w:numId w:val="12"/>
        </w:numPr>
        <w:spacing w:before="0" w:after="0"/>
        <w:rPr>
          <w:rFonts w:ascii="Linux Libertine G" w:hAnsi="Linux Libertine G"/>
        </w:rPr>
      </w:pPr>
      <w:r>
        <w:rPr>
          <w:rFonts w:cs="Cambria" w:ascii="Linux Libertine G" w:hAnsi="Linux Libertine G" w:cstheme="minorHAnsi"/>
          <w:lang w:val="en-GB"/>
        </w:rPr>
        <w:t xml:space="preserve">Involvement in criminal activity or association with individuals involved in criminal behaviour; </w:t>
      </w:r>
    </w:p>
    <w:p>
      <w:pPr>
        <w:pStyle w:val="Normal"/>
        <w:numPr>
          <w:ilvl w:val="0"/>
          <w:numId w:val="12"/>
        </w:numPr>
        <w:spacing w:before="0" w:after="0"/>
        <w:rPr>
          <w:rFonts w:ascii="Linux Libertine G" w:hAnsi="Linux Libertine G"/>
        </w:rPr>
      </w:pPr>
      <w:r>
        <w:rPr>
          <w:rFonts w:cs="Cambria" w:ascii="Linux Libertine G" w:hAnsi="Linux Libertine G" w:cstheme="minorHAnsi"/>
          <w:lang w:val="en-GB"/>
        </w:rPr>
        <w:t>poor bond or relationship with a parent or carer;</w:t>
      </w:r>
    </w:p>
    <w:p>
      <w:pPr>
        <w:pStyle w:val="Normal"/>
        <w:numPr>
          <w:ilvl w:val="0"/>
          <w:numId w:val="12"/>
        </w:numPr>
        <w:spacing w:before="0" w:after="0"/>
        <w:rPr>
          <w:rFonts w:ascii="Linux Libertine G" w:hAnsi="Linux Libertine G"/>
        </w:rPr>
      </w:pPr>
      <w:r>
        <w:rPr>
          <w:rFonts w:cs="Cambria" w:ascii="Linux Libertine G" w:hAnsi="Linux Libertine G" w:cstheme="minorHAnsi"/>
          <w:lang w:val="en-GB"/>
        </w:rPr>
        <w:t>knowledge of adult issues inappropriate for their age;</w:t>
      </w:r>
    </w:p>
    <w:p>
      <w:pPr>
        <w:pStyle w:val="Normal"/>
        <w:numPr>
          <w:ilvl w:val="0"/>
          <w:numId w:val="12"/>
        </w:numPr>
        <w:spacing w:before="0" w:after="0"/>
        <w:rPr>
          <w:rFonts w:ascii="Linux Libertine G" w:hAnsi="Linux Libertine G"/>
        </w:rPr>
      </w:pPr>
      <w:r>
        <w:rPr>
          <w:rFonts w:cs="Cambria" w:ascii="Linux Libertine G" w:hAnsi="Linux Libertine G" w:cstheme="minorHAnsi"/>
          <w:lang w:val="en-GB"/>
        </w:rPr>
        <w:t>running away or going missing from home, education or care;</w:t>
      </w:r>
    </w:p>
    <w:p>
      <w:pPr>
        <w:pStyle w:val="Normal"/>
        <w:numPr>
          <w:ilvl w:val="0"/>
          <w:numId w:val="12"/>
        </w:numPr>
        <w:spacing w:before="0" w:after="0"/>
        <w:rPr>
          <w:rFonts w:ascii="Linux Libertine G" w:hAnsi="Linux Libertine G"/>
        </w:rPr>
      </w:pPr>
      <w:r>
        <w:rPr>
          <w:rFonts w:cs="Cambria" w:ascii="Linux Libertine G" w:hAnsi="Linux Libertine G" w:cstheme="minorHAnsi"/>
          <w:lang w:val="en-GB"/>
        </w:rPr>
        <w:t>unexplained money, gifts or expensive possessions;</w:t>
      </w:r>
    </w:p>
    <w:p>
      <w:pPr>
        <w:pStyle w:val="Normal"/>
        <w:numPr>
          <w:ilvl w:val="0"/>
          <w:numId w:val="12"/>
        </w:numPr>
        <w:spacing w:before="0" w:after="0"/>
        <w:rPr>
          <w:rFonts w:ascii="Linux Libertine G" w:hAnsi="Linux Libertine G"/>
        </w:rPr>
      </w:pPr>
      <w:r>
        <w:rPr>
          <w:rFonts w:cs="Cambria" w:ascii="Linux Libertine G" w:hAnsi="Linux Libertine G" w:cstheme="minorHAnsi"/>
          <w:lang w:val="en-GB"/>
        </w:rPr>
        <w:t>always choosing to wear clothes which cover their body;</w:t>
      </w:r>
    </w:p>
    <w:p>
      <w:pPr>
        <w:pStyle w:val="Normal"/>
        <w:numPr>
          <w:ilvl w:val="0"/>
          <w:numId w:val="12"/>
        </w:numPr>
        <w:spacing w:before="0" w:after="0"/>
        <w:rPr>
          <w:rFonts w:ascii="Linux Libertine G" w:hAnsi="Linux Libertine G"/>
        </w:rPr>
      </w:pPr>
      <w:r>
        <w:rPr>
          <w:rFonts w:cs="Cambria" w:ascii="Linux Libertine G" w:hAnsi="Linux Libertine G" w:cstheme="minorHAnsi"/>
          <w:lang w:val="en-GB"/>
        </w:rPr>
        <w:t>Pain or discomfort;</w:t>
      </w:r>
    </w:p>
    <w:p>
      <w:pPr>
        <w:pStyle w:val="Normal"/>
        <w:numPr>
          <w:ilvl w:val="0"/>
          <w:numId w:val="12"/>
        </w:numPr>
        <w:spacing w:before="0" w:after="0"/>
        <w:rPr>
          <w:rFonts w:ascii="Linux Libertine G" w:hAnsi="Linux Libertine G"/>
        </w:rPr>
      </w:pPr>
      <w:r>
        <w:rPr>
          <w:rFonts w:cs="Cambria" w:ascii="Linux Libertine G" w:hAnsi="Linux Libertine G" w:cstheme="minorHAnsi"/>
          <w:lang w:val="en-GB"/>
        </w:rPr>
        <w:t>Unexplained injuries;</w:t>
      </w:r>
    </w:p>
    <w:p>
      <w:pPr>
        <w:pStyle w:val="Normal"/>
        <w:numPr>
          <w:ilvl w:val="0"/>
          <w:numId w:val="12"/>
        </w:numPr>
        <w:spacing w:before="0" w:after="0"/>
        <w:rPr>
          <w:rFonts w:ascii="Linux Libertine G" w:hAnsi="Linux Libertine G"/>
        </w:rPr>
      </w:pPr>
      <w:r>
        <w:rPr>
          <w:rFonts w:cs="Cambria" w:ascii="Linux Libertine G" w:hAnsi="Linux Libertine G" w:cstheme="minorHAnsi"/>
          <w:lang w:val="en-GB"/>
        </w:rPr>
        <w:t>Poor personal cleanliness;</w:t>
      </w:r>
    </w:p>
    <w:p>
      <w:pPr>
        <w:pStyle w:val="Normal"/>
        <w:numPr>
          <w:ilvl w:val="0"/>
          <w:numId w:val="12"/>
        </w:numPr>
        <w:spacing w:before="0" w:after="0"/>
        <w:rPr>
          <w:rFonts w:ascii="Linux Libertine G" w:hAnsi="Linux Libertine G"/>
        </w:rPr>
      </w:pPr>
      <w:r>
        <w:rPr>
          <w:rFonts w:cs="Cambria" w:ascii="Linux Libertine G" w:hAnsi="Linux Libertine G" w:cstheme="minorHAnsi"/>
          <w:lang w:val="en-GB"/>
        </w:rPr>
        <w:t>Changes in school or attendance at activities;</w:t>
      </w:r>
    </w:p>
    <w:p>
      <w:pPr>
        <w:pStyle w:val="Normal"/>
        <w:numPr>
          <w:ilvl w:val="0"/>
          <w:numId w:val="12"/>
        </w:numPr>
        <w:spacing w:before="0" w:after="0"/>
        <w:rPr>
          <w:rFonts w:ascii="Linux Libertine G" w:hAnsi="Linux Libertine G"/>
        </w:rPr>
      </w:pPr>
      <w:r>
        <w:rPr>
          <w:rFonts w:cs="Cambria" w:ascii="Linux Libertine G" w:hAnsi="Linux Libertine G" w:cstheme="minorHAnsi"/>
          <w:lang w:val="en-GB"/>
        </w:rPr>
        <w:t>Changes in eating or sleeping patterns;</w:t>
      </w:r>
    </w:p>
    <w:p>
      <w:pPr>
        <w:pStyle w:val="Normal"/>
        <w:numPr>
          <w:ilvl w:val="0"/>
          <w:numId w:val="12"/>
        </w:numPr>
        <w:spacing w:before="0" w:after="0"/>
        <w:rPr>
          <w:rFonts w:ascii="Linux Libertine G" w:hAnsi="Linux Libertine G"/>
        </w:rPr>
      </w:pPr>
      <w:r>
        <w:rPr>
          <w:rFonts w:cs="Cambria" w:ascii="Linux Libertine G" w:hAnsi="Linux Libertine G" w:cstheme="minorHAnsi"/>
          <w:lang w:val="en-GB"/>
        </w:rPr>
        <w:t xml:space="preserve">self harm, suicidal thoughts or significant deterioration in emotional wellbeing; </w:t>
      </w:r>
    </w:p>
    <w:p>
      <w:pPr>
        <w:pStyle w:val="Normal"/>
        <w:numPr>
          <w:ilvl w:val="0"/>
          <w:numId w:val="12"/>
        </w:numPr>
        <w:spacing w:before="0" w:after="0"/>
        <w:rPr>
          <w:rFonts w:ascii="Linux Libertine G" w:hAnsi="Linux Libertine G"/>
        </w:rPr>
      </w:pPr>
      <w:r>
        <w:rPr>
          <w:rFonts w:cs="Cambria" w:ascii="Linux Libertine G" w:hAnsi="Linux Libertine G" w:cstheme="minorHAnsi"/>
          <w:lang w:val="en-GB"/>
        </w:rPr>
        <w:t xml:space="preserve">signs of online abuse, grooming or exploitation; </w:t>
      </w:r>
    </w:p>
    <w:p>
      <w:pPr>
        <w:pStyle w:val="Normal"/>
        <w:numPr>
          <w:ilvl w:val="0"/>
          <w:numId w:val="12"/>
        </w:numPr>
        <w:spacing w:before="0" w:after="0"/>
        <w:rPr>
          <w:rFonts w:ascii="Linux Libertine G" w:hAnsi="Linux Libertine G"/>
        </w:rPr>
      </w:pPr>
      <w:r>
        <w:rPr>
          <w:rFonts w:cs="Cambria" w:ascii="Linux Libertine G" w:hAnsi="Linux Libertine G" w:cstheme="minorHAnsi"/>
          <w:lang w:val="en-GB"/>
        </w:rPr>
        <w:t xml:space="preserve">Evidence of bullying, including cyberbullying; </w:t>
      </w:r>
    </w:p>
    <w:p>
      <w:pPr>
        <w:pStyle w:val="Normal"/>
        <w:numPr>
          <w:ilvl w:val="0"/>
          <w:numId w:val="12"/>
        </w:numPr>
        <w:spacing w:before="0" w:after="0"/>
        <w:rPr>
          <w:rFonts w:ascii="Linux Libertine G" w:hAnsi="Linux Libertine G"/>
        </w:rPr>
      </w:pPr>
      <w:r>
        <w:rPr>
          <w:rFonts w:cs="Cambria" w:ascii="Linux Libertine G" w:hAnsi="Linux Libertine G" w:cstheme="minorHAnsi"/>
          <w:lang w:val="en-GB"/>
        </w:rPr>
        <w:t xml:space="preserve">Evidence of child criminal exploitation, child sexual exploitation or county lines activity. </w:t>
      </w:r>
    </w:p>
    <w:p>
      <w:pPr>
        <w:pStyle w:val="Normal"/>
        <w:spacing w:before="0" w:after="0"/>
        <w:rPr>
          <w:rFonts w:ascii="Linux Libertine G" w:hAnsi="Linux Libertine G" w:cs="Cambria" w:cstheme="minorHAnsi"/>
        </w:rPr>
      </w:pPr>
      <w:r>
        <w:rPr>
          <w:rFonts w:cs="Cambria" w:cstheme="minorHAnsi" w:ascii="Linux Libertine G" w:hAnsi="Linux Libertine G"/>
          <w:lang w:val="en-GB"/>
        </w:rPr>
      </w:r>
    </w:p>
    <w:p>
      <w:pPr>
        <w:pStyle w:val="Normal"/>
        <w:spacing w:before="0" w:after="0"/>
        <w:rPr>
          <w:rFonts w:ascii="Linux Libertine G" w:hAnsi="Linux Libertine G"/>
        </w:rPr>
      </w:pPr>
      <w:r>
        <w:rPr>
          <w:rFonts w:cs="Cambria" w:ascii="Linux Libertine G" w:hAnsi="Linux Libertine G" w:cstheme="minorHAnsi"/>
          <w:lang w:val="en-GB"/>
        </w:rPr>
        <w:t xml:space="preserve">This list is not exhaustive, and the presence of one or more of these indicators does not necessarily mean that a child is being abused or neglected. However, staff and volunteers should remain professionally curious and recognise that children may not always feel able to tell someone they are being harmed. Any concerns about a child's welfare, no matter how small they may seem, should be recorded and reported immediately to the Designated Safeguarding Lead in accordance with this policy. It is always better to share concerns than to assume someone else will take action </w:t>
      </w:r>
    </w:p>
    <w:p>
      <w:pPr>
        <w:pStyle w:val="Normal"/>
        <w:spacing w:before="0" w:after="0"/>
        <w:rPr>
          <w:rFonts w:ascii="Linux Libertine G" w:hAnsi="Linux Libertine G" w:cs="Cambria" w:cstheme="minorHAnsi"/>
        </w:rPr>
      </w:pPr>
      <w:r>
        <w:rPr>
          <w:rFonts w:cs="Cambria" w:cstheme="minorHAnsi" w:ascii="Linux Libertine G" w:hAnsi="Linux Libertine G"/>
          <w:lang w:val="en-GB"/>
        </w:rPr>
      </w:r>
    </w:p>
    <w:p>
      <w:pPr>
        <w:pStyle w:val="Normal"/>
        <w:spacing w:before="0" w:after="0"/>
        <w:rPr>
          <w:rFonts w:ascii="Linux Libertine G" w:hAnsi="Linux Libertine G"/>
        </w:rPr>
      </w:pPr>
      <w:r>
        <w:rPr>
          <w:rFonts w:cs="Cambria" w:ascii="Linux Libertine G" w:hAnsi="Linux Libertine G" w:cstheme="minorHAnsi"/>
          <w:b/>
          <w:bCs/>
          <w:lang w:val="en-GB"/>
        </w:rPr>
        <w:t>Parental behaviour</w:t>
      </w:r>
    </w:p>
    <w:p>
      <w:pPr>
        <w:pStyle w:val="Normal"/>
        <w:spacing w:before="0" w:after="0"/>
        <w:rPr>
          <w:rFonts w:ascii="Linux Libertine G" w:hAnsi="Linux Libertine G"/>
        </w:rPr>
      </w:pPr>
      <w:r>
        <w:rPr>
          <w:rFonts w:cs="Cambria" w:ascii="Linux Libertine G" w:hAnsi="Linux Libertine G" w:cstheme="minorHAnsi"/>
          <w:lang w:val="en-GB"/>
        </w:rPr>
        <w:t xml:space="preserve">Sometimes the behaviour, presentation or circumstances of a parent or carer may indicate that a child could be at risk of abuse or neglect. While none of these indicators alone confirms abuse, they should prompt professional curiosity and, where appropriate, further discussion or referral. </w:t>
      </w:r>
    </w:p>
    <w:p>
      <w:pPr>
        <w:pStyle w:val="Normal"/>
        <w:spacing w:before="0" w:after="0"/>
        <w:rPr>
          <w:rFonts w:ascii="Linux Libertine G" w:hAnsi="Linux Libertine G"/>
        </w:rPr>
      </w:pPr>
      <w:r>
        <w:rPr>
          <w:rFonts w:cs="Cambria" w:ascii="Linux Libertine G" w:hAnsi="Linux Libertine G" w:cstheme="minorHAnsi"/>
          <w:lang w:val="en-GB"/>
        </w:rPr>
        <w:t>. Warning signs may include a parent who:</w:t>
      </w:r>
    </w:p>
    <w:p>
      <w:pPr>
        <w:pStyle w:val="Normal"/>
        <w:numPr>
          <w:ilvl w:val="0"/>
          <w:numId w:val="13"/>
        </w:numPr>
        <w:spacing w:before="0" w:after="0"/>
        <w:rPr>
          <w:rFonts w:ascii="Linux Libertine G" w:hAnsi="Linux Libertine G"/>
        </w:rPr>
      </w:pPr>
      <w:r>
        <w:rPr>
          <w:rFonts w:cs="Cambria" w:ascii="Linux Libertine G" w:hAnsi="Linux Libertine G" w:cstheme="minorHAnsi"/>
          <w:lang w:val="en-GB"/>
        </w:rPr>
        <w:t>Shows little concern for the child;</w:t>
      </w:r>
    </w:p>
    <w:p>
      <w:pPr>
        <w:pStyle w:val="Normal"/>
        <w:numPr>
          <w:ilvl w:val="0"/>
          <w:numId w:val="13"/>
        </w:numPr>
        <w:spacing w:before="0" w:after="0"/>
        <w:rPr>
          <w:rFonts w:ascii="Linux Libertine G" w:hAnsi="Linux Libertine G"/>
        </w:rPr>
      </w:pPr>
      <w:r>
        <w:rPr>
          <w:rFonts w:cs="Cambria" w:ascii="Linux Libertine G" w:hAnsi="Linux Libertine G" w:cstheme="minorHAnsi"/>
          <w:lang w:val="en-GB"/>
        </w:rPr>
        <w:t>Appears unable to recognise physical or emotional distress in the child;</w:t>
      </w:r>
    </w:p>
    <w:p>
      <w:pPr>
        <w:pStyle w:val="Normal"/>
        <w:numPr>
          <w:ilvl w:val="0"/>
          <w:numId w:val="13"/>
        </w:numPr>
        <w:spacing w:before="0" w:after="0"/>
        <w:rPr>
          <w:rFonts w:ascii="Linux Libertine G" w:hAnsi="Linux Libertine G"/>
        </w:rPr>
      </w:pPr>
      <w:r>
        <w:rPr>
          <w:rFonts w:cs="Cambria" w:ascii="Linux Libertine G" w:hAnsi="Linux Libertine G" w:cstheme="minorHAnsi"/>
          <w:lang w:val="en-GB"/>
        </w:rPr>
        <w:t xml:space="preserve">Blames the child for family difficulties or the child’s own injuries; </w:t>
      </w:r>
    </w:p>
    <w:p>
      <w:pPr>
        <w:pStyle w:val="Normal"/>
        <w:numPr>
          <w:ilvl w:val="0"/>
          <w:numId w:val="13"/>
        </w:numPr>
        <w:spacing w:before="0" w:after="0"/>
        <w:rPr>
          <w:rFonts w:ascii="Linux Libertine G" w:hAnsi="Linux Libertine G"/>
        </w:rPr>
      </w:pPr>
      <w:r>
        <w:rPr>
          <w:rFonts w:cs="Cambria" w:ascii="Linux Libertine G" w:hAnsi="Linux Libertine G" w:cstheme="minorHAnsi"/>
          <w:lang w:val="en-GB"/>
        </w:rPr>
        <w:t>Consistently belittles or berates the child, and describes the child with negative terms, such as "worthless" or "evil";</w:t>
      </w:r>
    </w:p>
    <w:p>
      <w:pPr>
        <w:pStyle w:val="Normal"/>
        <w:numPr>
          <w:ilvl w:val="0"/>
          <w:numId w:val="13"/>
        </w:numPr>
        <w:spacing w:before="0" w:after="0"/>
        <w:rPr>
          <w:rFonts w:ascii="Linux Libertine G" w:hAnsi="Linux Libertine G"/>
        </w:rPr>
      </w:pPr>
      <w:r>
        <w:rPr>
          <w:rFonts w:cs="Cambria" w:ascii="Linux Libertine G" w:hAnsi="Linux Libertine G" w:cstheme="minorHAnsi"/>
          <w:lang w:val="en-GB"/>
        </w:rPr>
        <w:t xml:space="preserve">Expects the child to meet the emotional or practical needs of the parent or carer; </w:t>
      </w:r>
    </w:p>
    <w:p>
      <w:pPr>
        <w:pStyle w:val="Normal"/>
        <w:numPr>
          <w:ilvl w:val="0"/>
          <w:numId w:val="13"/>
        </w:numPr>
        <w:spacing w:before="0" w:after="0"/>
        <w:rPr>
          <w:rFonts w:ascii="Linux Libertine G" w:hAnsi="Linux Libertine G"/>
        </w:rPr>
      </w:pPr>
      <w:r>
        <w:rPr>
          <w:rFonts w:cs="Cambria" w:ascii="Linux Libertine G" w:hAnsi="Linux Libertine G" w:cstheme="minorHAnsi"/>
          <w:lang w:val="en-GB"/>
        </w:rPr>
        <w:t>Uses harsh, excessive or inappropriate physical discipline;</w:t>
      </w:r>
    </w:p>
    <w:p>
      <w:pPr>
        <w:pStyle w:val="Normal"/>
        <w:numPr>
          <w:ilvl w:val="0"/>
          <w:numId w:val="13"/>
        </w:numPr>
        <w:spacing w:before="0" w:after="0"/>
        <w:rPr>
          <w:rFonts w:ascii="Linux Libertine G" w:hAnsi="Linux Libertine G"/>
        </w:rPr>
      </w:pPr>
      <w:r>
        <w:rPr>
          <w:rFonts w:cs="Cambria" w:ascii="Linux Libertine G" w:hAnsi="Linux Libertine G" w:cstheme="minorHAnsi"/>
          <w:lang w:val="en-GB"/>
        </w:rPr>
        <w:t>Demands an inappropriate level of physical or academic performance;</w:t>
      </w:r>
    </w:p>
    <w:p>
      <w:pPr>
        <w:pStyle w:val="Normal"/>
        <w:numPr>
          <w:ilvl w:val="0"/>
          <w:numId w:val="13"/>
        </w:numPr>
        <w:spacing w:before="0" w:after="0"/>
        <w:rPr>
          <w:rFonts w:ascii="Linux Libertine G" w:hAnsi="Linux Libertine G"/>
        </w:rPr>
      </w:pPr>
      <w:r>
        <w:rPr>
          <w:rFonts w:cs="Cambria" w:ascii="Linux Libertine G" w:hAnsi="Linux Libertine G" w:cstheme="minorHAnsi"/>
          <w:lang w:val="en-GB"/>
        </w:rPr>
        <w:t>Severely limits the child's contact with others without reasonable explanation;</w:t>
      </w:r>
    </w:p>
    <w:p>
      <w:pPr>
        <w:pStyle w:val="Normal"/>
        <w:numPr>
          <w:ilvl w:val="0"/>
          <w:numId w:val="13"/>
        </w:numPr>
        <w:spacing w:before="0" w:after="0"/>
        <w:rPr>
          <w:rFonts w:ascii="Linux Libertine G" w:hAnsi="Linux Libertine G"/>
        </w:rPr>
      </w:pPr>
      <w:r>
        <w:rPr>
          <w:rFonts w:cs="Cambria" w:ascii="Linux Libertine G" w:hAnsi="Linux Libertine G" w:cstheme="minorHAnsi"/>
          <w:lang w:val="en-GB"/>
        </w:rPr>
        <w:t>Offers conflicting, inconsistent or unconvincing explanations for a child's injuries or no explanation at all;</w:t>
      </w:r>
    </w:p>
    <w:p>
      <w:pPr>
        <w:pStyle w:val="NormalCustom"/>
        <w:numPr>
          <w:ilvl w:val="0"/>
          <w:numId w:val="13"/>
        </w:numPr>
        <w:spacing w:before="0" w:after="29"/>
        <w:rPr>
          <w:rFonts w:ascii="Linux Libertine G" w:hAnsi="Linux Libertine G" w:cs="Cambria" w:cstheme="minorHAnsi"/>
          <w:sz w:val="22"/>
          <w:szCs w:val="22"/>
        </w:rPr>
      </w:pPr>
      <w:r>
        <w:rPr>
          <w:rFonts w:cs="Cambria" w:ascii="Linux Libertine G" w:hAnsi="Linux Libertine G" w:cstheme="minorHAnsi"/>
          <w:sz w:val="22"/>
          <w:szCs w:val="22"/>
          <w:lang w:val="en-GB"/>
        </w:rPr>
        <w:t>Appears to misuse alcohol, drugs or medications in a way that impacts their ability to care safely for the child;</w:t>
      </w:r>
    </w:p>
    <w:p>
      <w:pPr>
        <w:pStyle w:val="NormalCustom"/>
        <w:numPr>
          <w:ilvl w:val="0"/>
          <w:numId w:val="13"/>
        </w:numPr>
        <w:spacing w:before="0" w:after="29"/>
        <w:rPr>
          <w:rFonts w:ascii="Linux Libertine G" w:hAnsi="Linux Libertine G" w:cs="Cambria" w:cstheme="minorHAnsi"/>
          <w:sz w:val="22"/>
          <w:szCs w:val="22"/>
        </w:rPr>
      </w:pPr>
      <w:r>
        <w:rPr>
          <w:rFonts w:cs="Cambria" w:ascii="Linux Libertine G" w:hAnsi="Linux Libertine G" w:cstheme="minorHAnsi"/>
          <w:sz w:val="22"/>
          <w:szCs w:val="22"/>
          <w:lang w:val="en-GB"/>
        </w:rPr>
        <w:t>Has untreated or unmanaged mental health difficulties that affect their ability to meet the child’s needs;</w:t>
      </w:r>
    </w:p>
    <w:p>
      <w:pPr>
        <w:pStyle w:val="NormalCustom"/>
        <w:numPr>
          <w:ilvl w:val="0"/>
          <w:numId w:val="13"/>
        </w:numPr>
        <w:spacing w:before="0" w:after="29"/>
        <w:rPr>
          <w:rFonts w:ascii="Linux Libertine G" w:hAnsi="Linux Libertine G" w:cs="Cambria" w:cstheme="minorHAnsi"/>
          <w:sz w:val="22"/>
          <w:szCs w:val="22"/>
        </w:rPr>
      </w:pPr>
      <w:r>
        <w:rPr>
          <w:rFonts w:cs="Cambria" w:ascii="Linux Libertine G" w:hAnsi="Linux Libertine G" w:cstheme="minorHAnsi"/>
          <w:sz w:val="22"/>
          <w:szCs w:val="22"/>
          <w:lang w:val="en-GB"/>
        </w:rPr>
        <w:t xml:space="preserve">Exposes the child to domestic abuse, criminal exploitation or other harmful situations; </w:t>
      </w:r>
    </w:p>
    <w:p>
      <w:pPr>
        <w:pStyle w:val="NormalCustom"/>
        <w:numPr>
          <w:ilvl w:val="0"/>
          <w:numId w:val="13"/>
        </w:numPr>
        <w:spacing w:before="0" w:after="29"/>
        <w:rPr>
          <w:rFonts w:ascii="Linux Libertine G" w:hAnsi="Linux Libertine G" w:cs="Cambria" w:cstheme="minorHAnsi"/>
          <w:sz w:val="22"/>
          <w:szCs w:val="22"/>
        </w:rPr>
      </w:pPr>
      <w:r>
        <w:rPr>
          <w:rFonts w:cs="Cambria" w:ascii="Linux Libertine G" w:hAnsi="Linux Libertine G" w:cstheme="minorHAnsi"/>
          <w:sz w:val="22"/>
          <w:szCs w:val="22"/>
          <w:lang w:val="en-GB"/>
        </w:rPr>
        <w:t xml:space="preserve">fails to seek or follow appropriate medical care for their child when needed; </w:t>
      </w:r>
    </w:p>
    <w:p>
      <w:pPr>
        <w:pStyle w:val="NormalCustom"/>
        <w:numPr>
          <w:ilvl w:val="0"/>
          <w:numId w:val="13"/>
        </w:numPr>
        <w:spacing w:before="0" w:after="29"/>
        <w:rPr>
          <w:rFonts w:ascii="Linux Libertine G" w:hAnsi="Linux Libertine G" w:cs="Cambria" w:cstheme="minorHAnsi"/>
          <w:sz w:val="22"/>
          <w:szCs w:val="22"/>
        </w:rPr>
      </w:pPr>
      <w:r>
        <w:rPr>
          <w:rFonts w:cs="Cambria" w:ascii="Linux Libertine G" w:hAnsi="Linux Libertine G" w:cstheme="minorHAnsi"/>
          <w:sz w:val="22"/>
          <w:szCs w:val="22"/>
          <w:lang w:val="en-GB"/>
        </w:rPr>
        <w:t>appears unwilling or unable to protect the child from know risks;</w:t>
      </w:r>
    </w:p>
    <w:p>
      <w:pPr>
        <w:pStyle w:val="NormalCustom"/>
        <w:numPr>
          <w:ilvl w:val="0"/>
          <w:numId w:val="13"/>
        </w:numPr>
        <w:spacing w:before="0" w:after="29"/>
        <w:rPr>
          <w:rFonts w:ascii="Linux Libertine G" w:hAnsi="Linux Libertine G" w:cs="Cambria" w:cstheme="minorHAnsi"/>
          <w:sz w:val="22"/>
          <w:szCs w:val="22"/>
        </w:rPr>
      </w:pPr>
      <w:r>
        <w:rPr>
          <w:rFonts w:cs="Cambria" w:ascii="Linux Libertine G" w:hAnsi="Linux Libertine G" w:cstheme="minorHAnsi"/>
          <w:sz w:val="22"/>
          <w:szCs w:val="22"/>
          <w:lang w:val="en-GB"/>
        </w:rPr>
        <w:t xml:space="preserve">fails to supervise or respond appropriately to a child’s online activity where this places the child at risk of harm or exploitation; </w:t>
      </w:r>
    </w:p>
    <w:p>
      <w:pPr>
        <w:pStyle w:val="NormalCustom"/>
        <w:numPr>
          <w:ilvl w:val="0"/>
          <w:numId w:val="13"/>
        </w:numPr>
        <w:spacing w:before="0" w:after="29"/>
        <w:rPr>
          <w:rFonts w:ascii="Linux Libertine G" w:hAnsi="Linux Libertine G" w:cs="Cambria" w:cstheme="minorHAnsi"/>
          <w:sz w:val="22"/>
          <w:szCs w:val="22"/>
        </w:rPr>
      </w:pPr>
      <w:r>
        <w:rPr>
          <w:rFonts w:cs="Cambria" w:ascii="Linux Libertine G" w:hAnsi="Linux Libertine G" w:cstheme="minorHAnsi"/>
          <w:sz w:val="22"/>
          <w:szCs w:val="22"/>
          <w:lang w:val="en-GB"/>
        </w:rPr>
        <w:t>Shares images, videos or information involving a child online, compromising the child’s privacy, dignity or safety.</w:t>
      </w:r>
    </w:p>
    <w:p>
      <w:pPr>
        <w:pStyle w:val="NormalCustom"/>
        <w:spacing w:before="0" w:after="29"/>
        <w:rPr>
          <w:rFonts w:ascii="Linux Libertine G" w:hAnsi="Linux Libertine G" w:cs="Cambria" w:cstheme="minorHAnsi"/>
          <w:sz w:val="22"/>
          <w:szCs w:val="22"/>
        </w:rPr>
      </w:pPr>
      <w:r>
        <w:rPr>
          <w:rFonts w:cs="Cambria" w:ascii="Linux Libertine G" w:hAnsi="Linux Libertine G" w:cstheme="minorHAnsi"/>
          <w:sz w:val="22"/>
          <w:szCs w:val="22"/>
          <w:lang w:val="en-GB"/>
        </w:rPr>
        <w:t xml:space="preserve">It is important to recognise that these indicators do not necessarily mean that a child is being abused or neglected. Staff and volunteers should consider the child's circumstances as a whole, remain professionally curious and report any safeguarding concerns to the Designated Safeguarding Lead without delay. </w:t>
      </w:r>
    </w:p>
    <w:p>
      <w:pPr>
        <w:pStyle w:val="NormalCustom"/>
        <w:spacing w:before="0" w:after="29"/>
        <w:rPr>
          <w:rFonts w:ascii="Linux Libertine G" w:hAnsi="Linux Libertine G" w:cs="Cambria" w:cstheme="minorHAnsi"/>
          <w:sz w:val="22"/>
          <w:szCs w:val="22"/>
        </w:rPr>
      </w:pPr>
      <w:r>
        <w:rPr>
          <w:rFonts w:cs="Cambria" w:cstheme="minorHAnsi" w:ascii="Linux Libertine G" w:hAnsi="Linux Libertine G"/>
          <w:sz w:val="22"/>
          <w:szCs w:val="22"/>
          <w:lang w:val="en-GB"/>
        </w:rPr>
      </w:r>
    </w:p>
    <w:p>
      <w:pPr>
        <w:pStyle w:val="NormalCustom"/>
        <w:spacing w:before="0" w:after="29"/>
        <w:rPr>
          <w:lang w:val="en-GB"/>
        </w:rPr>
      </w:pPr>
      <w:r>
        <w:rPr>
          <w:rFonts w:ascii="Linux Libertine G" w:hAnsi="Linux Libertine G"/>
          <w:color w:val="2A6099"/>
          <w:sz w:val="22"/>
          <w:szCs w:val="22"/>
          <w:lang w:val="en-GB"/>
        </w:rPr>
        <w:t>8.</w:t>
      </w:r>
      <w:r>
        <w:rPr>
          <w:rFonts w:ascii="Linux Libertine G" w:hAnsi="Linux Libertine G"/>
          <w:color w:val="2A6099"/>
          <w:sz w:val="22"/>
          <w:szCs w:val="22"/>
          <w:lang w:val="en-GB"/>
        </w:rPr>
        <w:t xml:space="preserve"> DESIGNATED SAFEGUARDING LEAD (DSL)</w:t>
      </w:r>
      <w:r>
        <w:rPr>
          <w:rFonts w:ascii="Linux Libertine G" w:hAnsi="Linux Libertine G"/>
          <w:sz w:val="22"/>
          <w:szCs w:val="22"/>
          <w:lang w:val="en-GB"/>
        </w:rPr>
        <w:br/>
      </w:r>
      <w:r>
        <w:rPr>
          <w:rFonts w:ascii="Linux Libertine G" w:hAnsi="Linux Libertine G"/>
          <w:b/>
          <w:bCs/>
          <w:color w:val="000000"/>
          <w:sz w:val="22"/>
          <w:szCs w:val="22"/>
          <w:lang w:val="en-GB"/>
        </w:rPr>
        <w:t>CONTACTS</w:t>
      </w:r>
    </w:p>
    <w:p>
      <w:pPr>
        <w:pStyle w:val="Normal"/>
        <w:rPr>
          <w:rFonts w:ascii="Linux Libertine G" w:hAnsi="Linux Libertine G"/>
          <w:b/>
          <w:bCs/>
          <w:color w:val="000000"/>
          <w:sz w:val="22"/>
          <w:szCs w:val="22"/>
          <w:lang w:val="en-GB"/>
        </w:rPr>
      </w:pPr>
      <w:r>
        <w:rPr>
          <w:rFonts w:ascii="Linux Libertine G" w:hAnsi="Linux Libertine G"/>
          <w:b/>
          <w:bCs/>
          <w:color w:val="000000"/>
          <w:sz w:val="22"/>
          <w:szCs w:val="22"/>
          <w:lang w:val="en-GB"/>
        </w:rPr>
        <w:t xml:space="preserve">Internal Safeguarding Contacts </w:t>
      </w:r>
    </w:p>
    <w:p>
      <w:pPr>
        <w:pStyle w:val="NormalCustom"/>
        <w:rPr>
          <w:lang w:val="en-GB"/>
        </w:rPr>
      </w:pPr>
      <w:r>
        <w:rPr>
          <w:rFonts w:eastAsia="Calibri" w:cs="Cambria" w:ascii="Linux Libertine G" w:hAnsi="Linux Libertine G" w:cstheme="minorHAnsi"/>
          <w:sz w:val="22"/>
          <w:szCs w:val="22"/>
          <w:lang w:val="en-GB"/>
        </w:rPr>
        <w:t xml:space="preserve">CSET Designated Safeguarding </w:t>
      </w:r>
      <w:r>
        <w:rPr>
          <w:rFonts w:eastAsia="Calibri" w:cs="Cambria" w:ascii="Linux Libertine G" w:hAnsi="Linux Libertine G" w:cstheme="minorHAnsi"/>
          <w:sz w:val="22"/>
          <w:szCs w:val="22"/>
          <w:lang w:val="en-GB"/>
        </w:rPr>
        <w:t>Lead (DSL)</w:t>
      </w:r>
      <w:r>
        <w:rPr>
          <w:rFonts w:eastAsia="Calibri" w:cs="Cambria" w:ascii="Linux Libertine G" w:hAnsi="Linux Libertine G" w:cstheme="minorHAnsi"/>
          <w:sz w:val="22"/>
          <w:szCs w:val="22"/>
          <w:lang w:val="en-GB"/>
        </w:rPr>
        <w:t xml:space="preserve"> </w:t>
      </w:r>
    </w:p>
    <w:p>
      <w:pPr>
        <w:pStyle w:val="NormalCustom"/>
        <w:rPr>
          <w:lang w:val="en-GB"/>
        </w:rPr>
      </w:pPr>
      <w:r>
        <w:rPr>
          <w:rFonts w:eastAsia="Calibri" w:cs="Cambria" w:ascii="Linux Libertine G" w:hAnsi="Linux Libertine G" w:cstheme="minorHAnsi"/>
          <w:b/>
          <w:bCs/>
          <w:sz w:val="22"/>
          <w:szCs w:val="22"/>
          <w:lang w:val="en-GB"/>
        </w:rPr>
        <w:t>Claire Kellaway-Moore</w:t>
      </w:r>
      <w:r>
        <w:rPr>
          <w:rFonts w:eastAsia="Calibri" w:cs="Cambria" w:ascii="Linux Libertine G" w:hAnsi="Linux Libertine G" w:cstheme="minorHAnsi"/>
          <w:sz w:val="22"/>
          <w:szCs w:val="22"/>
          <w:lang w:val="en-GB"/>
        </w:rPr>
        <w:t xml:space="preserve"> – C</w:t>
      </w:r>
      <w:r>
        <w:rPr>
          <w:rFonts w:eastAsia="Calibri" w:cs="Cambria" w:ascii="Linux Libertine G" w:hAnsi="Linux Libertine G" w:cstheme="minorHAnsi"/>
          <w:sz w:val="22"/>
          <w:szCs w:val="22"/>
          <w:lang w:val="en-GB"/>
        </w:rPr>
        <w:t>hief Executive Officer</w:t>
      </w:r>
      <w:r>
        <w:rPr>
          <w:rFonts w:eastAsia="Calibri" w:cs="Cambria" w:ascii="Linux Libertine G" w:hAnsi="Linux Libertine G" w:cstheme="minorHAnsi"/>
          <w:sz w:val="22"/>
          <w:szCs w:val="22"/>
          <w:lang w:val="en-GB"/>
        </w:rPr>
        <w:t xml:space="preserve"> and Programme Lead </w:t>
      </w:r>
    </w:p>
    <w:p>
      <w:pPr>
        <w:pStyle w:val="NormalCustom"/>
        <w:rPr>
          <w:rFonts w:ascii="Linux Libertine G" w:hAnsi="Linux Libertine G" w:eastAsia="Calibri" w:cs="Cambria" w:cstheme="minorHAnsi"/>
          <w:sz w:val="22"/>
          <w:szCs w:val="22"/>
          <w:lang w:val="en-GB"/>
        </w:rPr>
      </w:pPr>
      <w:r>
        <w:rPr>
          <w:rFonts w:eastAsia="Calibri" w:cs="Cambria" w:cstheme="minorHAnsi" w:ascii="Linux Libertine G" w:hAnsi="Linux Libertine G"/>
          <w:sz w:val="22"/>
          <w:szCs w:val="22"/>
          <w:lang w:val="en-GB"/>
        </w:rPr>
        <w:t xml:space="preserve">(level 3 safeguarding training).  </w:t>
      </w:r>
    </w:p>
    <w:p>
      <w:pPr>
        <w:pStyle w:val="NormalCustom"/>
        <w:rPr>
          <w:rFonts w:ascii="Linux Libertine G" w:hAnsi="Linux Libertine G" w:eastAsia="Calibri" w:cs="Cambria" w:cstheme="minorHAnsi"/>
          <w:sz w:val="22"/>
          <w:szCs w:val="22"/>
          <w:lang w:val="en-GB"/>
        </w:rPr>
      </w:pPr>
      <w:r>
        <w:rPr>
          <w:rFonts w:eastAsia="Calibri" w:cs="Cambria" w:cstheme="minorHAnsi" w:ascii="Linux Libertine G" w:hAnsi="Linux Libertine G"/>
          <w:sz w:val="22"/>
          <w:szCs w:val="22"/>
          <w:lang w:val="en-GB"/>
        </w:rPr>
        <w:t xml:space="preserve">Contact details </w:t>
      </w:r>
    </w:p>
    <w:p>
      <w:pPr>
        <w:pStyle w:val="NormalCustom"/>
        <w:rPr>
          <w:rFonts w:ascii="Linux Libertine G" w:hAnsi="Linux Libertine G" w:eastAsia="Calibri" w:cs="Cambria" w:cstheme="minorHAnsi"/>
          <w:sz w:val="22"/>
          <w:szCs w:val="22"/>
          <w:lang w:val="en-GB"/>
        </w:rPr>
      </w:pPr>
      <w:r>
        <w:rPr>
          <w:rFonts w:eastAsia="Calibri" w:cs="Cambria" w:cstheme="minorHAnsi" w:ascii="Linux Libertine G" w:hAnsi="Linux Libertine G"/>
          <w:sz w:val="22"/>
          <w:szCs w:val="22"/>
          <w:lang w:val="en-GB"/>
        </w:rPr>
        <w:t>07766494216</w:t>
      </w:r>
    </w:p>
    <w:p>
      <w:pPr>
        <w:pStyle w:val="NormalCustom"/>
        <w:rPr/>
      </w:pPr>
      <w:r>
        <w:rPr>
          <w:rStyle w:val="Hyperlink"/>
          <w:rFonts w:eastAsia="Calibri" w:cs="Cambria" w:ascii="Linux Libertine G" w:hAnsi="Linux Libertine G" w:cstheme="minorHAnsi"/>
          <w:color w:val="auto"/>
          <w:sz w:val="22"/>
          <w:szCs w:val="22"/>
          <w:u w:val="none"/>
          <w:lang w:val="en-GB"/>
        </w:rPr>
        <w:t>changingstridesequinetherapies@gmail.com</w:t>
      </w:r>
    </w:p>
    <w:p>
      <w:pPr>
        <w:pStyle w:val="Normal"/>
        <w:spacing w:lineRule="auto" w:line="240" w:before="0" w:after="0"/>
        <w:rPr>
          <w:rFonts w:ascii="Linux Libertine G" w:hAnsi="Linux Libertine G"/>
        </w:rPr>
      </w:pPr>
      <w:r>
        <w:rPr>
          <w:rFonts w:eastAsia="Calibri" w:cs="Cambria" w:ascii="Linux Libertine G" w:hAnsi="Linux Libertine G" w:cstheme="minorHAnsi"/>
          <w:sz w:val="22"/>
          <w:szCs w:val="22"/>
          <w:lang w:val="en-GB"/>
        </w:rPr>
        <w:t>T</w:t>
      </w:r>
      <w:r>
        <w:rPr>
          <w:rFonts w:eastAsia="Calibri" w:cs="Cambria" w:ascii="Linux Libertine G" w:hAnsi="Linux Libertine G" w:cstheme="minorHAnsi"/>
          <w:sz w:val="22"/>
          <w:szCs w:val="22"/>
          <w:lang w:val="en-GB"/>
        </w:rPr>
        <w:t xml:space="preserve">rustee with </w:t>
      </w:r>
      <w:r>
        <w:rPr>
          <w:rFonts w:eastAsia="Calibri" w:cs="Cambria" w:ascii="Linux Libertine G" w:hAnsi="Linux Libertine G" w:cstheme="minorHAnsi"/>
          <w:sz w:val="22"/>
          <w:szCs w:val="22"/>
          <w:lang w:val="en-GB"/>
        </w:rPr>
        <w:t>Board</w:t>
      </w:r>
      <w:r>
        <w:rPr>
          <w:rFonts w:eastAsia="Calibri" w:cs="Cambria" w:ascii="Linux Libertine G" w:hAnsi="Linux Libertine G" w:cstheme="minorHAnsi"/>
          <w:sz w:val="22"/>
          <w:szCs w:val="22"/>
          <w:lang w:val="en-GB"/>
        </w:rPr>
        <w:t xml:space="preserve"> </w:t>
      </w:r>
      <w:r>
        <w:rPr>
          <w:rFonts w:eastAsia="Calibri" w:cs="Cambria" w:ascii="Linux Libertine G" w:hAnsi="Linux Libertine G" w:cstheme="minorHAnsi"/>
          <w:sz w:val="22"/>
          <w:szCs w:val="22"/>
          <w:lang w:val="en-GB"/>
        </w:rPr>
        <w:t>R</w:t>
      </w:r>
      <w:r>
        <w:rPr>
          <w:rFonts w:eastAsia="Calibri" w:cs="Cambria" w:ascii="Linux Libertine G" w:hAnsi="Linux Libertine G" w:cstheme="minorHAnsi"/>
          <w:sz w:val="22"/>
          <w:szCs w:val="22"/>
          <w:lang w:val="en-GB"/>
        </w:rPr>
        <w:t xml:space="preserve">esponsibility for </w:t>
      </w:r>
      <w:r>
        <w:rPr>
          <w:rFonts w:eastAsia="Calibri" w:cs="Cambria" w:ascii="Linux Libertine G" w:hAnsi="Linux Libertine G" w:cstheme="minorHAnsi"/>
          <w:sz w:val="22"/>
          <w:szCs w:val="22"/>
          <w:lang w:val="en-GB"/>
        </w:rPr>
        <w:t>S</w:t>
      </w:r>
      <w:r>
        <w:rPr>
          <w:rFonts w:eastAsia="Calibri" w:cs="Cambria" w:ascii="Linux Libertine G" w:hAnsi="Linux Libertine G" w:cstheme="minorHAnsi"/>
          <w:sz w:val="22"/>
          <w:szCs w:val="22"/>
          <w:lang w:val="en-GB"/>
        </w:rPr>
        <w:t>afeguarding</w:t>
      </w:r>
    </w:p>
    <w:p>
      <w:pPr>
        <w:pStyle w:val="NormalCustom"/>
        <w:rPr/>
      </w:pPr>
      <w:r>
        <w:rPr>
          <w:rFonts w:eastAsia="Calibri" w:cs="Cambria" w:ascii="Linux Libertine G" w:hAnsi="Linux Libertine G" w:cstheme="minorHAnsi"/>
          <w:b/>
          <w:bCs/>
          <w:sz w:val="22"/>
          <w:szCs w:val="22"/>
          <w:lang w:val="en-GB"/>
        </w:rPr>
        <w:t>Hann</w:t>
      </w:r>
      <w:r>
        <w:rPr>
          <w:rFonts w:eastAsia="Calibri" w:cs="Cambria" w:ascii="Linux Libertine G" w:hAnsi="Linux Libertine G" w:cstheme="minorHAnsi"/>
          <w:b/>
          <w:bCs/>
          <w:color w:val="000000"/>
          <w:sz w:val="22"/>
          <w:szCs w:val="22"/>
          <w:lang w:val="en-GB"/>
        </w:rPr>
        <w:t xml:space="preserve">ah </w:t>
      </w:r>
      <w:r>
        <w:rPr>
          <w:rStyle w:val="Hyperlink"/>
          <w:rFonts w:eastAsia="Calibri" w:cs="Cambria" w:ascii="Linux Libertine G" w:hAnsi="Linux Libertine G" w:cstheme="minorHAnsi"/>
          <w:b/>
          <w:bCs/>
          <w:color w:val="000000"/>
          <w:u w:val="none"/>
          <w:lang w:val="en-GB"/>
        </w:rPr>
        <w:t>Fonteneau</w:t>
      </w:r>
    </w:p>
    <w:p>
      <w:pPr>
        <w:pStyle w:val="Normal"/>
        <w:spacing w:lineRule="auto" w:line="240" w:before="0" w:after="0"/>
        <w:rPr>
          <w:rFonts w:ascii="Linux Libertine G" w:hAnsi="Linux Libertine G"/>
        </w:rPr>
      </w:pPr>
      <w:r>
        <w:rPr>
          <w:rFonts w:eastAsia="Calibri" w:cs="Cambria" w:cstheme="minorHAnsi" w:ascii="Linux Libertine G" w:hAnsi="Linux Libertine G"/>
          <w:sz w:val="22"/>
          <w:szCs w:val="22"/>
          <w:lang w:val="en-GB"/>
        </w:rPr>
        <w:t>level 3 safeguarding training and holds safeguarding responsibility at board level.</w:t>
      </w:r>
    </w:p>
    <w:p>
      <w:pPr>
        <w:pStyle w:val="Normal"/>
        <w:spacing w:lineRule="auto" w:line="240" w:before="0" w:after="0"/>
        <w:rPr>
          <w:rFonts w:ascii="Linux Libertine G" w:hAnsi="Linux Libertine G"/>
        </w:rPr>
      </w:pPr>
      <w:r>
        <w:rPr>
          <w:rFonts w:eastAsia="Calibri" w:cs="Cambria" w:cstheme="minorHAnsi" w:ascii="Linux Libertine G" w:hAnsi="Linux Libertine G"/>
          <w:sz w:val="22"/>
          <w:szCs w:val="22"/>
          <w:lang w:val="en-GB"/>
        </w:rPr>
      </w:r>
    </w:p>
    <w:p>
      <w:pPr>
        <w:pStyle w:val="Normal"/>
        <w:spacing w:lineRule="auto" w:line="240" w:before="0" w:after="0"/>
        <w:rPr>
          <w:rFonts w:ascii="Linux Libertine G" w:hAnsi="Linux Libertine G"/>
        </w:rPr>
      </w:pPr>
      <w:r>
        <w:rPr>
          <w:rFonts w:eastAsia="Calibri" w:cs="Cambria" w:cstheme="minorHAnsi" w:ascii="Linux Libertine G" w:hAnsi="Linux Libertine G"/>
          <w:sz w:val="22"/>
          <w:szCs w:val="22"/>
          <w:lang w:val="en-GB"/>
        </w:rPr>
        <w:t xml:space="preserve">Contact details                                    </w:t>
      </w:r>
    </w:p>
    <w:p>
      <w:pPr>
        <w:pStyle w:val="Normal"/>
        <w:spacing w:lineRule="auto" w:line="240" w:before="0" w:after="0"/>
        <w:rPr>
          <w:rFonts w:ascii="Linux Libertine G" w:hAnsi="Linux Libertine G"/>
          <w:sz w:val="22"/>
          <w:szCs w:val="22"/>
        </w:rPr>
      </w:pPr>
      <w:hyperlink r:id="rId4">
        <w:r>
          <w:rPr>
            <w:rStyle w:val="Hyperlink"/>
            <w:rFonts w:ascii="Linux Libertine G" w:hAnsi="Linux Libertine G"/>
            <w:sz w:val="22"/>
            <w:szCs w:val="22"/>
            <w:lang w:val="en-GB"/>
          </w:rPr>
          <w:t>hannahfonteneau1@gmail.com</w:t>
        </w:r>
      </w:hyperlink>
    </w:p>
    <w:p>
      <w:pPr>
        <w:pStyle w:val="Normal"/>
        <w:spacing w:lineRule="auto" w:line="240" w:before="0" w:after="0"/>
        <w:rPr>
          <w:rFonts w:ascii="Linux Libertine G" w:hAnsi="Linux Libertine G" w:eastAsia="Calibri" w:cs="Cambria" w:cstheme="minorHAnsi"/>
          <w:sz w:val="22"/>
          <w:szCs w:val="22"/>
          <w:lang w:val="en-GB"/>
        </w:rPr>
      </w:pPr>
      <w:r>
        <w:rPr>
          <w:rFonts w:eastAsia="Calibri" w:cs="Cambria" w:cstheme="minorHAnsi" w:ascii="Linux Libertine G" w:hAnsi="Linux Libertine G"/>
          <w:sz w:val="22"/>
          <w:szCs w:val="22"/>
          <w:lang w:val="en-GB"/>
        </w:rPr>
      </w:r>
    </w:p>
    <w:p>
      <w:pPr>
        <w:pStyle w:val="Normal"/>
        <w:spacing w:lineRule="auto" w:line="240" w:before="0" w:after="0"/>
        <w:rPr>
          <w:rFonts w:ascii="Linux Libertine G" w:hAnsi="Linux Libertine G" w:eastAsia="Calibri" w:cs="Cambria" w:cstheme="minorHAnsi"/>
          <w:sz w:val="22"/>
          <w:szCs w:val="22"/>
          <w:lang w:val="en-GB"/>
        </w:rPr>
      </w:pPr>
      <w:r>
        <w:rPr>
          <w:rFonts w:eastAsia="Calibri" w:cs="Cambria" w:cstheme="minorHAnsi" w:ascii="Linux Libertine G" w:hAnsi="Linux Libertine G"/>
          <w:sz w:val="22"/>
          <w:szCs w:val="22"/>
          <w:lang w:val="en-GB"/>
        </w:rPr>
        <w:t>Luccombe Riding Centre Manager, CSET Partner</w:t>
      </w:r>
    </w:p>
    <w:p>
      <w:pPr>
        <w:pStyle w:val="Normal"/>
        <w:spacing w:lineRule="auto" w:line="240" w:before="0" w:after="0"/>
        <w:rPr>
          <w:rFonts w:ascii="Linux Libertine G" w:hAnsi="Linux Libertine G" w:eastAsia="Calibri" w:cs="Cambria" w:cstheme="minorHAnsi"/>
          <w:sz w:val="22"/>
          <w:szCs w:val="22"/>
          <w:lang w:val="en-GB"/>
        </w:rPr>
      </w:pPr>
      <w:r>
        <w:rPr>
          <w:rFonts w:eastAsia="Calibri" w:cs="Cambria" w:cstheme="minorHAnsi" w:ascii="Linux Libertine G" w:hAnsi="Linux Libertine G"/>
          <w:sz w:val="22"/>
          <w:szCs w:val="22"/>
          <w:lang w:val="en-GB"/>
        </w:rPr>
      </w:r>
    </w:p>
    <w:p>
      <w:pPr>
        <w:pStyle w:val="Normal"/>
        <w:spacing w:lineRule="auto" w:line="240" w:before="0" w:after="0"/>
        <w:rPr>
          <w:rFonts w:ascii="Linux Libertine G" w:hAnsi="Linux Libertine G" w:eastAsia="Calibri" w:cs="Cambria" w:cstheme="minorHAnsi"/>
          <w:sz w:val="22"/>
          <w:szCs w:val="22"/>
          <w:lang w:val="en-GB"/>
        </w:rPr>
      </w:pPr>
      <w:r>
        <w:rPr>
          <w:rFonts w:eastAsia="Calibri" w:cs="Cambria" w:cstheme="minorHAnsi" w:ascii="Linux Libertine G" w:hAnsi="Linux Libertine G"/>
          <w:sz w:val="22"/>
          <w:szCs w:val="22"/>
          <w:lang w:val="en-GB"/>
        </w:rPr>
        <w:t xml:space="preserve">Terri Cook, </w:t>
      </w:r>
      <w:r>
        <w:rPr>
          <w:rFonts w:eastAsia="Calibri" w:cs="Cambria" w:cstheme="minorHAnsi" w:ascii="Linux Libertine G" w:hAnsi="Linux Libertine G"/>
          <w:sz w:val="22"/>
          <w:szCs w:val="22"/>
          <w:lang w:val="en-GB"/>
        </w:rPr>
        <w:t xml:space="preserve">Deputy Designated Safeguarding Lead </w:t>
      </w:r>
    </w:p>
    <w:p>
      <w:pPr>
        <w:pStyle w:val="Normal"/>
        <w:spacing w:lineRule="auto" w:line="240" w:before="0" w:after="0"/>
        <w:rPr>
          <w:rFonts w:ascii="Linux Libertine G" w:hAnsi="Linux Libertine G" w:eastAsia="Calibri" w:cs="Cambria" w:cstheme="minorHAnsi"/>
          <w:sz w:val="22"/>
          <w:szCs w:val="22"/>
          <w:lang w:val="en-GB"/>
        </w:rPr>
      </w:pPr>
      <w:r>
        <w:rPr>
          <w:rFonts w:eastAsia="Calibri" w:cs="Cambria" w:cstheme="minorHAnsi" w:ascii="Linux Libertine G" w:hAnsi="Linux Libertine G"/>
          <w:sz w:val="22"/>
          <w:szCs w:val="22"/>
          <w:lang w:val="en-GB"/>
        </w:rPr>
        <w:t>Level 3 safeguarding training)</w:t>
      </w:r>
    </w:p>
    <w:p>
      <w:pPr>
        <w:pStyle w:val="Normal"/>
        <w:spacing w:lineRule="auto" w:line="240" w:before="0" w:after="0"/>
        <w:rPr>
          <w:rFonts w:ascii="Linux Libertine G" w:hAnsi="Linux Libertine G" w:eastAsia="Calibri" w:cs="Cambria" w:cstheme="minorHAnsi"/>
          <w:sz w:val="22"/>
          <w:szCs w:val="22"/>
          <w:lang w:val="en-GB"/>
        </w:rPr>
      </w:pPr>
      <w:r>
        <w:rPr>
          <w:rFonts w:eastAsia="Calibri" w:cs="Cambria" w:cstheme="minorHAnsi" w:ascii="Linux Libertine G" w:hAnsi="Linux Libertine G"/>
          <w:sz w:val="22"/>
          <w:szCs w:val="22"/>
          <w:lang w:val="en-GB"/>
        </w:rPr>
      </w:r>
    </w:p>
    <w:p>
      <w:pPr>
        <w:pStyle w:val="Normal"/>
        <w:spacing w:lineRule="auto" w:line="240" w:before="0" w:after="0"/>
        <w:rPr>
          <w:rFonts w:ascii="Linux Libertine G" w:hAnsi="Linux Libertine G" w:eastAsia="Calibri" w:cs="Cambria" w:cstheme="minorHAnsi"/>
          <w:sz w:val="22"/>
          <w:szCs w:val="22"/>
          <w:lang w:val="en-GB"/>
        </w:rPr>
      </w:pPr>
      <w:r>
        <w:rPr>
          <w:rFonts w:eastAsia="Calibri" w:cs="Cambria" w:cstheme="minorHAnsi" w:ascii="Linux Libertine G" w:hAnsi="Linux Libertine G"/>
          <w:sz w:val="22"/>
          <w:szCs w:val="22"/>
          <w:lang w:val="en-GB"/>
        </w:rPr>
      </w:r>
    </w:p>
    <w:p>
      <w:pPr>
        <w:pStyle w:val="Normal"/>
        <w:spacing w:lineRule="auto" w:line="240" w:before="0" w:after="0"/>
        <w:rPr>
          <w:lang w:val="en-GB"/>
        </w:rPr>
      </w:pPr>
      <w:r>
        <w:rPr>
          <w:rFonts w:eastAsia="Calibri" w:cs="Cambria" w:ascii="Linux Libertine G" w:hAnsi="Linux Libertine G" w:cstheme="minorHAnsi"/>
          <w:sz w:val="22"/>
          <w:szCs w:val="22"/>
          <w:lang w:val="en-GB"/>
        </w:rPr>
        <w:t xml:space="preserve">contact </w:t>
      </w:r>
      <w:r>
        <w:rPr>
          <w:rFonts w:eastAsia="Calibri" w:cs="Cambria" w:ascii="Linux Libertine G" w:hAnsi="Linux Libertine G" w:cstheme="minorHAnsi"/>
          <w:sz w:val="22"/>
          <w:szCs w:val="22"/>
          <w:lang w:val="en-GB"/>
        </w:rPr>
        <w:t>details</w:t>
      </w:r>
    </w:p>
    <w:p>
      <w:pPr>
        <w:pStyle w:val="Normal"/>
        <w:spacing w:lineRule="auto" w:line="240" w:before="0" w:after="0"/>
        <w:rPr>
          <w:lang w:val="en-GB"/>
        </w:rPr>
      </w:pPr>
      <w:r>
        <w:rPr>
          <w:lang w:val="en-GB"/>
        </w:rPr>
        <w:t xml:space="preserve"> </w:t>
      </w:r>
      <w:r>
        <w:rPr>
          <w:lang w:val="en-GB"/>
        </w:rPr>
        <w:t>07585392234</w:t>
      </w:r>
    </w:p>
    <w:p>
      <w:pPr>
        <w:pStyle w:val="Normal"/>
        <w:spacing w:lineRule="auto" w:line="240" w:before="0" w:after="0"/>
        <w:rPr/>
      </w:pPr>
      <w:hyperlink r:id="rId5">
        <w:r>
          <w:rPr>
            <w:rStyle w:val="Hyperlink"/>
            <w:rFonts w:eastAsia="Calibri" w:cs="Cambria" w:ascii="Linux Libertine G" w:hAnsi="Linux Libertine G" w:cstheme="minorHAnsi"/>
            <w:sz w:val="22"/>
            <w:szCs w:val="22"/>
            <w:lang w:val="en-GB"/>
          </w:rPr>
          <w:t>luccomeridingcentre@gmail.com</w:t>
        </w:r>
      </w:hyperlink>
    </w:p>
    <w:p>
      <w:pPr>
        <w:pStyle w:val="Normal"/>
        <w:spacing w:lineRule="auto" w:line="240" w:before="0" w:after="0"/>
        <w:rPr>
          <w:rStyle w:val="Hyperlink"/>
          <w:rFonts w:ascii="Linux Libertine G" w:hAnsi="Linux Libertine G" w:eastAsia="Calibri" w:cs="Cambria" w:cstheme="minorHAnsi"/>
          <w:sz w:val="22"/>
          <w:szCs w:val="22"/>
          <w:lang w:val="en-GB"/>
        </w:rPr>
      </w:pPr>
      <w:r>
        <w:rPr/>
      </w:r>
    </w:p>
    <w:p>
      <w:pPr>
        <w:pStyle w:val="Normal"/>
        <w:spacing w:lineRule="auto" w:line="240" w:before="0" w:after="0"/>
        <w:rPr/>
      </w:pPr>
      <w:r>
        <w:rPr>
          <w:rStyle w:val="Hyperlink"/>
          <w:rFonts w:eastAsia="Calibri" w:cs="Cambria" w:ascii="Linux Libertine G" w:hAnsi="Linux Libertine G" w:cstheme="minorHAnsi"/>
          <w:color w:val="000000"/>
          <w:sz w:val="22"/>
          <w:szCs w:val="22"/>
          <w:u w:val="none"/>
          <w:lang w:val="en-GB"/>
        </w:rPr>
        <w:t>Chair of Trustees</w:t>
      </w:r>
    </w:p>
    <w:p>
      <w:pPr>
        <w:pStyle w:val="Normal"/>
        <w:spacing w:lineRule="auto" w:line="240" w:before="0" w:after="0"/>
        <w:rPr/>
      </w:pPr>
      <w:r>
        <w:rPr>
          <w:rStyle w:val="Hyperlink"/>
          <w:rFonts w:eastAsia="Calibri" w:cs="Cambria" w:ascii="Linux Libertine G" w:hAnsi="Linux Libertine G" w:cstheme="minorHAnsi"/>
          <w:color w:val="000000"/>
          <w:sz w:val="22"/>
          <w:szCs w:val="22"/>
          <w:u w:val="none"/>
          <w:lang w:val="en-GB"/>
        </w:rPr>
        <w:t>Susan Hodder</w:t>
      </w:r>
    </w:p>
    <w:p>
      <w:pPr>
        <w:pStyle w:val="Normal"/>
        <w:spacing w:lineRule="auto" w:line="240" w:before="0" w:after="0"/>
        <w:rPr/>
      </w:pPr>
      <w:hyperlink r:id="rId6">
        <w:r>
          <w:rPr>
            <w:rStyle w:val="Hyperlink"/>
            <w:rFonts w:eastAsia="Calibri" w:cs="Cambria" w:ascii="Linux Libertine G" w:hAnsi="Linux Libertine G" w:cstheme="minorHAnsi"/>
            <w:color w:val="000000"/>
            <w:sz w:val="22"/>
            <w:szCs w:val="22"/>
            <w:u w:val="none"/>
            <w:lang w:val="en-GB"/>
          </w:rPr>
          <w:t>suehodder01@talktalk.net</w:t>
        </w:r>
      </w:hyperlink>
      <w:r>
        <w:rPr>
          <w:rStyle w:val="Hyperlink"/>
          <w:rFonts w:eastAsia="Calibri" w:cs="Cambria" w:ascii="Linux Libertine G" w:hAnsi="Linux Libertine G" w:cstheme="minorHAnsi"/>
          <w:color w:val="000000"/>
          <w:sz w:val="22"/>
          <w:szCs w:val="22"/>
          <w:u w:val="none"/>
          <w:lang w:val="en-GB"/>
        </w:rPr>
        <w:t xml:space="preserve"> </w:t>
      </w:r>
    </w:p>
    <w:p>
      <w:pPr>
        <w:pStyle w:val="Normal"/>
        <w:spacing w:lineRule="auto" w:line="240" w:before="0" w:after="0"/>
        <w:rPr>
          <w:rStyle w:val="Hyperlink"/>
          <w:rFonts w:ascii="Linux Libertine G" w:hAnsi="Linux Libertine G" w:eastAsia="Calibri" w:cs="Cambria" w:cstheme="minorHAnsi"/>
          <w:color w:val="000000"/>
          <w:sz w:val="22"/>
          <w:szCs w:val="22"/>
          <w:u w:val="none"/>
          <w:lang w:val="en-GB"/>
        </w:rPr>
      </w:pPr>
      <w:r>
        <w:rPr/>
      </w:r>
    </w:p>
    <w:p>
      <w:pPr>
        <w:pStyle w:val="Normal"/>
        <w:spacing w:lineRule="auto" w:line="240" w:before="0" w:after="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rPr>
          <w:rFonts w:ascii="Linux Libertine G" w:hAnsi="Linux Libertine G"/>
        </w:rPr>
      </w:pPr>
      <w:r>
        <w:rPr>
          <w:rFonts w:eastAsia="Calibri" w:cs="Cambria" w:cstheme="minorHAnsi" w:ascii="Linux Libertine G" w:hAnsi="Linux Libertine G"/>
          <w:b/>
          <w:sz w:val="22"/>
          <w:szCs w:val="22"/>
          <w:lang w:val="en-GB"/>
        </w:rPr>
        <w:t>If concerns need to be raised outside the organisation report to:</w:t>
      </w:r>
    </w:p>
    <w:p>
      <w:pPr>
        <w:pStyle w:val="Normal"/>
        <w:spacing w:lineRule="auto" w:line="240" w:before="0" w:after="0"/>
        <w:rPr>
          <w:rFonts w:ascii="Linux Libertine G" w:hAnsi="Linux Libertine G"/>
        </w:rPr>
      </w:pPr>
      <w:r>
        <w:rPr>
          <w:rFonts w:eastAsia="Calibri" w:cs="Cambria" w:cstheme="minorHAnsi" w:ascii="Linux Libertine G" w:hAnsi="Linux Libertine G"/>
          <w:b/>
          <w:sz w:val="22"/>
          <w:szCs w:val="22"/>
          <w:lang w:val="en-GB"/>
        </w:rPr>
      </w:r>
    </w:p>
    <w:p>
      <w:pPr>
        <w:pStyle w:val="Normal"/>
        <w:spacing w:lineRule="auto" w:line="240" w:before="0" w:after="0"/>
        <w:rPr>
          <w:rFonts w:ascii="Linux Libertine G" w:hAnsi="Linux Libertine G"/>
        </w:rPr>
      </w:pPr>
      <w:r>
        <w:rPr>
          <w:rFonts w:eastAsia="Calibri" w:cs="Cambria" w:cstheme="minorHAnsi" w:ascii="Linux Libertine G" w:hAnsi="Linux Libertine G"/>
          <w:b/>
          <w:sz w:val="22"/>
          <w:szCs w:val="22"/>
          <w:lang w:val="en-GB"/>
        </w:rPr>
        <w:t>External Safeguarding Contacts – Children and young People</w:t>
      </w:r>
    </w:p>
    <w:p>
      <w:pPr>
        <w:pStyle w:val="Normal"/>
        <w:spacing w:lineRule="auto" w:line="240" w:before="0" w:after="0"/>
        <w:rPr>
          <w:rFonts w:ascii="Linux Libertine G" w:hAnsi="Linux Libertine G" w:eastAsia="Calibri" w:cs="Cambria" w:cstheme="minorHAnsi"/>
          <w:b/>
          <w:sz w:val="22"/>
          <w:szCs w:val="22"/>
        </w:rPr>
      </w:pPr>
      <w:r>
        <w:rPr>
          <w:rFonts w:eastAsia="Calibri" w:cs="Cambria" w:cstheme="minorHAnsi" w:ascii="Linux Libertine G" w:hAnsi="Linux Libertine G"/>
          <w:b/>
          <w:sz w:val="22"/>
          <w:szCs w:val="22"/>
          <w:lang w:val="en-GB"/>
        </w:rPr>
      </w:r>
    </w:p>
    <w:p>
      <w:pPr>
        <w:pStyle w:val="Normal"/>
        <w:spacing w:lineRule="auto" w:line="240" w:before="0" w:after="0"/>
        <w:rPr>
          <w:b w:val="false"/>
          <w:bCs w:val="false"/>
          <w:i w:val="false"/>
          <w:iCs w:val="false"/>
          <w:lang w:val="en-GB"/>
        </w:rPr>
      </w:pPr>
      <w:r>
        <w:rPr>
          <w:rFonts w:eastAsia="Calibri" w:cs="Cambria" w:ascii="Linux Libertine G" w:hAnsi="Linux Libertine G" w:cstheme="minorHAnsi"/>
          <w:b w:val="false"/>
          <w:bCs w:val="false"/>
          <w:i w:val="false"/>
          <w:iCs w:val="false"/>
          <w:caps w:val="false"/>
          <w:smallCaps w:val="false"/>
          <w:color w:val="000000"/>
          <w:spacing w:val="0"/>
          <w:sz w:val="22"/>
          <w:szCs w:val="22"/>
          <w:u w:val="none"/>
          <w:lang w:val="en-GB"/>
        </w:rPr>
        <w:t>Dorset Family Support and Advice Line. 01305 228558</w:t>
      </w:r>
    </w:p>
    <w:p>
      <w:pPr>
        <w:pStyle w:val="Normal"/>
        <w:spacing w:lineRule="auto" w:line="240" w:before="0" w:after="0"/>
        <w:rPr>
          <w:rFonts w:ascii="Linux Libertine G" w:hAnsi="Linux Libertine G"/>
          <w:b w:val="false"/>
          <w:bCs w:val="false"/>
          <w:i w:val="false"/>
          <w:iCs w:val="false"/>
          <w:lang w:val="en-GB"/>
        </w:rPr>
      </w:pPr>
      <w:r>
        <w:rPr>
          <w:rFonts w:ascii="Linux Libertine G" w:hAnsi="Linux Libertine G"/>
          <w:b w:val="false"/>
          <w:bCs w:val="false"/>
          <w:i w:val="false"/>
          <w:iCs w:val="false"/>
          <w:lang w:val="en-GB"/>
        </w:rPr>
      </w:r>
    </w:p>
    <w:p>
      <w:pPr>
        <w:pStyle w:val="Normal"/>
        <w:spacing w:lineRule="auto" w:line="240" w:before="0" w:after="0"/>
        <w:rPr>
          <w:b w:val="false"/>
          <w:bCs w:val="false"/>
          <w:i w:val="false"/>
          <w:iCs w:val="false"/>
          <w:lang w:val="en-GB"/>
        </w:rPr>
      </w:pPr>
      <w:r>
        <w:rPr>
          <w:rFonts w:eastAsia="Calibri" w:cs="Cambria" w:ascii="Linux Libertine G" w:hAnsi="Linux Libertine G" w:cstheme="minorHAnsi"/>
          <w:b w:val="false"/>
          <w:bCs w:val="false"/>
          <w:i w:val="false"/>
          <w:iCs w:val="false"/>
          <w:sz w:val="22"/>
          <w:szCs w:val="22"/>
          <w:lang w:val="en-GB"/>
        </w:rPr>
        <w:t>Out of hours emergencies: 01305 221000</w:t>
      </w:r>
    </w:p>
    <w:p>
      <w:pPr>
        <w:pStyle w:val="Normal"/>
        <w:spacing w:lineRule="auto" w:line="240" w:before="0" w:after="0"/>
        <w:rPr>
          <w:rFonts w:ascii="Linux Libertine G" w:hAnsi="Linux Libertine G"/>
        </w:rPr>
      </w:pPr>
      <w:r>
        <w:rPr>
          <w:rFonts w:ascii="Linux Libertine G" w:hAnsi="Linux Libertine G"/>
          <w:lang w:val="en-GB"/>
        </w:rPr>
      </w:r>
    </w:p>
    <w:p>
      <w:pPr>
        <w:pStyle w:val="Normal"/>
        <w:spacing w:lineRule="auto" w:line="240" w:before="0" w:after="0"/>
        <w:rPr>
          <w:lang w:val="en-GB"/>
        </w:rPr>
      </w:pPr>
      <w:r>
        <w:rPr>
          <w:rFonts w:eastAsia="Calibri" w:cs="Cambria" w:ascii="Linux Libertine G" w:hAnsi="Linux Libertine G" w:cstheme="minorHAnsi"/>
          <w:sz w:val="22"/>
          <w:szCs w:val="22"/>
          <w:lang w:val="en-GB"/>
        </w:rPr>
        <w:t>Local Authority Designated Officer (LADO)</w:t>
      </w:r>
      <w:r>
        <w:rPr>
          <w:rFonts w:ascii="Linux Libertine G" w:hAnsi="Linux Libertine G"/>
          <w:lang w:val="en-GB"/>
        </w:rPr>
        <w:t xml:space="preserve">should be contacted where there are concerns or allegations that a person working or volunteering with children has: </w:t>
      </w:r>
      <w:r>
        <w:rPr>
          <w:rFonts w:eastAsia="Calibri" w:cs="Cambria" w:ascii="Linux Libertine G" w:hAnsi="Linux Libertine G" w:cstheme="minorHAnsi"/>
          <w:sz w:val="22"/>
          <w:szCs w:val="22"/>
          <w:lang w:val="en-GB"/>
        </w:rPr>
        <w:t xml:space="preserve"> </w:t>
      </w:r>
    </w:p>
    <w:p>
      <w:pPr>
        <w:pStyle w:val="BodyText"/>
        <w:numPr>
          <w:ilvl w:val="0"/>
          <w:numId w:val="33"/>
        </w:numPr>
        <w:tabs>
          <w:tab w:val="clear" w:pos="720"/>
          <w:tab w:val="left" w:pos="0" w:leader="none"/>
        </w:tabs>
        <w:spacing w:lineRule="auto" w:line="240" w:before="0" w:after="0"/>
        <w:ind w:hanging="283" w:left="709"/>
        <w:rPr>
          <w:rFonts w:ascii="Linux Libertine G" w:hAnsi="Linux Libertine G" w:eastAsia="Calibri" w:cs="Cambria" w:cstheme="minorHAnsi"/>
        </w:rPr>
      </w:pPr>
      <w:r>
        <w:rPr>
          <w:rFonts w:eastAsia="Calibri" w:cs="Cambria" w:ascii="Linux Libertine G" w:hAnsi="Linux Libertine G" w:cstheme="minorHAnsi"/>
          <w:lang w:val="en-GB"/>
        </w:rPr>
        <w:t xml:space="preserve">behaved in a way that has harmed, or may have harmed, a child; </w:t>
      </w:r>
    </w:p>
    <w:p>
      <w:pPr>
        <w:pStyle w:val="BodyText"/>
        <w:numPr>
          <w:ilvl w:val="0"/>
          <w:numId w:val="33"/>
        </w:numPr>
        <w:tabs>
          <w:tab w:val="clear" w:pos="720"/>
          <w:tab w:val="left" w:pos="0" w:leader="none"/>
        </w:tabs>
        <w:spacing w:lineRule="auto" w:line="240" w:before="0" w:after="0"/>
        <w:ind w:hanging="283" w:left="709"/>
        <w:rPr>
          <w:rFonts w:ascii="Linux Libertine G" w:hAnsi="Linux Libertine G" w:eastAsia="Calibri" w:cs="Cambria" w:cstheme="minorHAnsi"/>
        </w:rPr>
      </w:pPr>
      <w:r>
        <w:rPr>
          <w:rFonts w:eastAsia="Calibri" w:cs="Cambria" w:ascii="Linux Libertine G" w:hAnsi="Linux Libertine G" w:cstheme="minorHAnsi"/>
          <w:lang w:val="en-GB"/>
        </w:rPr>
        <w:t xml:space="preserve">possibly committed a criminal offence against or related to a child; or </w:t>
      </w:r>
    </w:p>
    <w:p>
      <w:pPr>
        <w:pStyle w:val="BodyText"/>
        <w:numPr>
          <w:ilvl w:val="0"/>
          <w:numId w:val="33"/>
        </w:numPr>
        <w:tabs>
          <w:tab w:val="clear" w:pos="720"/>
          <w:tab w:val="left" w:pos="0" w:leader="none"/>
        </w:tabs>
        <w:spacing w:lineRule="auto" w:line="240"/>
        <w:ind w:hanging="283" w:left="709"/>
        <w:rPr>
          <w:rFonts w:ascii="Linux Libertine G" w:hAnsi="Linux Libertine G" w:eastAsia="Calibri" w:cs="Cambria" w:cstheme="minorHAnsi"/>
        </w:rPr>
      </w:pPr>
      <w:r>
        <w:rPr>
          <w:rFonts w:eastAsia="Calibri" w:cs="Cambria" w:cstheme="minorHAnsi" w:ascii="Linux Libertine G" w:hAnsi="Linux Libertine G"/>
          <w:lang w:val="en-GB"/>
        </w:rPr>
        <w:t xml:space="preserve">behaved towards a child or children in a way that indicates they may pose a risk of harm to children, </w:t>
      </w:r>
    </w:p>
    <w:p>
      <w:pPr>
        <w:pStyle w:val="BodyText"/>
        <w:numPr>
          <w:ilvl w:val="0"/>
          <w:numId w:val="0"/>
        </w:numPr>
        <w:tabs>
          <w:tab w:val="clear" w:pos="720"/>
          <w:tab w:val="left" w:pos="0" w:leader="none"/>
        </w:tabs>
        <w:spacing w:lineRule="auto" w:line="240"/>
        <w:ind w:hanging="0" w:left="0"/>
        <w:rPr>
          <w:rFonts w:ascii="Linux Libertine G" w:hAnsi="Linux Libertine G" w:eastAsia="Calibri" w:cs="Cambria" w:cstheme="minorHAnsi"/>
          <w:lang w:val="en-GB"/>
        </w:rPr>
      </w:pPr>
      <w:r>
        <w:rPr>
          <w:rFonts w:eastAsia="Calibri" w:cs="Cambria" w:cstheme="minorHAnsi" w:ascii="Linux Libertine G" w:hAnsi="Linux Libertine G"/>
          <w:lang w:val="en-GB"/>
        </w:rPr>
        <w:t xml:space="preserve">Such concerns must be reported immediately to the Designated Safeguarding Lead. The DSL ( or chair of Trustees if the concern relates to the DSL) will consult with the LADO before and internal investigation is undertaken. </w:t>
      </w:r>
    </w:p>
    <w:p>
      <w:pPr>
        <w:pStyle w:val="Normal"/>
        <w:numPr>
          <w:ilvl w:val="0"/>
          <w:numId w:val="0"/>
        </w:numPr>
        <w:spacing w:lineRule="auto" w:line="240" w:before="0" w:after="0"/>
        <w:ind w:hanging="0" w:left="0"/>
        <w:rPr>
          <w:rFonts w:ascii="Linux Libertine G" w:hAnsi="Linux Libertine G" w:eastAsia="Calibri" w:cs="Cambria" w:cstheme="minorHAnsi"/>
          <w:sz w:val="22"/>
          <w:szCs w:val="22"/>
        </w:rPr>
      </w:pPr>
      <w:r>
        <w:rPr>
          <w:rFonts w:eastAsia="Calibri" w:cs="Cambria" w:ascii="Linux Libertine G" w:hAnsi="Linux Libertine G" w:cstheme="minorHAnsi"/>
          <w:b/>
          <w:i w:val="false"/>
          <w:caps w:val="false"/>
          <w:smallCaps w:val="false"/>
          <w:color w:val="3A3A3A"/>
          <w:spacing w:val="0"/>
          <w:sz w:val="22"/>
          <w:szCs w:val="22"/>
          <w:lang w:val="en-GB"/>
        </w:rPr>
        <w:t>contact </w:t>
      </w:r>
      <w:r>
        <w:rPr>
          <w:rStyle w:val="StrongEmphasis"/>
          <w:rFonts w:eastAsia="Calibri" w:cs="Cambria" w:ascii="Linux Libertine G" w:hAnsi="Linux Libertine G" w:cstheme="minorHAnsi"/>
          <w:b w:val="false"/>
          <w:i w:val="false"/>
          <w:caps w:val="false"/>
          <w:smallCaps w:val="false"/>
          <w:color w:val="3A3A3A"/>
          <w:spacing w:val="0"/>
          <w:sz w:val="22"/>
          <w:szCs w:val="22"/>
          <w:lang w:val="en-GB"/>
        </w:rPr>
        <w:t>01305 221122 or </w:t>
      </w:r>
      <w:hyperlink r:id="rId7">
        <w:r>
          <w:rPr>
            <w:rStyle w:val="Hyperlink"/>
            <w:rFonts w:eastAsia="Calibri" w:cs="Cambria" w:ascii="Linux Libertine G" w:hAnsi="Linux Libertine G" w:cstheme="minorHAnsi"/>
            <w:b w:val="false"/>
            <w:bCs/>
            <w:i w:val="false"/>
            <w:caps w:val="false"/>
            <w:smallCaps w:val="false"/>
            <w:strike w:val="false"/>
            <w:dstrike w:val="false"/>
            <w:color w:val="347ECD"/>
            <w:spacing w:val="0"/>
            <w:sz w:val="22"/>
            <w:szCs w:val="22"/>
            <w:u w:val="none"/>
            <w:effect w:val="none"/>
            <w:shd w:fill="auto" w:val="clear"/>
            <w:lang w:val="en-GB"/>
          </w:rPr>
          <w:t>LADO@dorsetcouncil.gov.uk</w:t>
        </w:r>
      </w:hyperlink>
    </w:p>
    <w:p>
      <w:pPr>
        <w:pStyle w:val="BodyText"/>
        <w:numPr>
          <w:ilvl w:val="0"/>
          <w:numId w:val="0"/>
        </w:numPr>
        <w:spacing w:lineRule="auto" w:line="240" w:before="0" w:after="0"/>
        <w:ind w:hanging="0" w:left="0"/>
        <w:rPr>
          <w:rFonts w:ascii="Linux Libertine G" w:hAnsi="Linux Libertine G" w:eastAsia="Calibri" w:cs="Cambria" w:cstheme="minorHAnsi"/>
          <w:sz w:val="22"/>
          <w:szCs w:val="22"/>
        </w:rPr>
      </w:pPr>
      <w:r>
        <w:rPr/>
      </w:r>
    </w:p>
    <w:p>
      <w:pPr>
        <w:pStyle w:val="BodyText"/>
        <w:spacing w:lineRule="auto" w:line="240"/>
        <w:rPr>
          <w:rFonts w:ascii="Linux Libertine G" w:hAnsi="Linux Libertine G" w:eastAsia="Calibri" w:cs="Cambria" w:cstheme="minorHAnsi"/>
        </w:rPr>
      </w:pPr>
      <w:r>
        <w:rPr/>
      </w:r>
    </w:p>
    <w:p>
      <w:pPr>
        <w:pStyle w:val="Normal"/>
        <w:spacing w:lineRule="auto" w:line="240" w:before="0" w:after="0"/>
        <w:rPr>
          <w:rFonts w:ascii="Linux Libertine G" w:hAnsi="Linux Libertine G" w:eastAsia="Calibri" w:cs="Cambria" w:cstheme="minorHAnsi"/>
          <w:b/>
          <w:bCs/>
          <w:sz w:val="22"/>
          <w:szCs w:val="22"/>
          <w:lang w:val="en-GB"/>
        </w:rPr>
      </w:pPr>
      <w:r>
        <w:rPr>
          <w:rFonts w:eastAsia="Calibri" w:cs="Cambria" w:cstheme="minorHAnsi" w:ascii="Linux Libertine G" w:hAnsi="Linux Libertine G"/>
          <w:b/>
          <w:bCs/>
          <w:sz w:val="22"/>
          <w:szCs w:val="22"/>
          <w:lang w:val="en-GB"/>
        </w:rPr>
        <w:t xml:space="preserve">External Safeguarding Contacts – Adults </w:t>
      </w:r>
    </w:p>
    <w:p>
      <w:pPr>
        <w:pStyle w:val="Normal"/>
        <w:spacing w:lineRule="auto" w:line="240" w:before="0" w:after="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rPr>
          <w:lang w:val="en-GB"/>
        </w:rPr>
      </w:pPr>
      <w:r>
        <w:rPr>
          <w:rFonts w:eastAsia="Calibri" w:cs="Cambria" w:ascii="Linux Libertine G" w:hAnsi="Linux Libertine G" w:cstheme="minorHAnsi"/>
          <w:b/>
          <w:i w:val="false"/>
          <w:iCs w:val="false"/>
          <w:sz w:val="22"/>
          <w:szCs w:val="22"/>
          <w:lang w:val="en-GB"/>
        </w:rPr>
        <w:t>Dorset Adult Social Care</w:t>
      </w:r>
    </w:p>
    <w:p>
      <w:pPr>
        <w:pStyle w:val="Normal"/>
        <w:spacing w:lineRule="auto" w:line="240" w:before="0" w:after="0"/>
        <w:rPr>
          <w:rFonts w:ascii="Linux Libertine G" w:hAnsi="Linux Libertine G"/>
        </w:rPr>
      </w:pPr>
      <w:r>
        <w:rPr>
          <w:rFonts w:cs="Cambria" w:ascii="Linux Libertine G" w:hAnsi="Linux Libertine G" w:cstheme="minorHAnsi"/>
          <w:sz w:val="22"/>
          <w:szCs w:val="22"/>
          <w:shd w:fill="FFFFFF" w:val="clear"/>
          <w:lang w:val="en-GB"/>
        </w:rPr>
        <w:t>01305 221016</w:t>
      </w:r>
    </w:p>
    <w:p>
      <w:pPr>
        <w:pStyle w:val="Normal"/>
        <w:spacing w:lineRule="auto" w:line="240" w:before="0" w:after="0"/>
        <w:rPr>
          <w:rFonts w:ascii="Linux Libertine G" w:hAnsi="Linux Libertine G"/>
        </w:rPr>
      </w:pPr>
      <w:r>
        <w:rPr>
          <w:rFonts w:cs="Cambria" w:cstheme="minorHAnsi" w:ascii="Linux Libertine G" w:hAnsi="Linux Libertine G"/>
          <w:sz w:val="22"/>
          <w:szCs w:val="22"/>
          <w:shd w:fill="FFFFFF" w:val="clear"/>
          <w:lang w:val="en-GB"/>
        </w:rPr>
        <w:t>(01305 221000 - Out of Hours)</w:t>
      </w:r>
    </w:p>
    <w:p>
      <w:pPr>
        <w:pStyle w:val="Normal"/>
        <w:spacing w:lineRule="auto" w:line="240" w:before="0" w:after="0"/>
        <w:rPr>
          <w:rFonts w:ascii="Linux Libertine G" w:hAnsi="Linux Libertine G"/>
        </w:rPr>
      </w:pPr>
      <w:r>
        <w:rPr>
          <w:rFonts w:cs="Cambria" w:cstheme="minorHAnsi" w:ascii="Linux Libertine G" w:hAnsi="Linux Libertine G"/>
          <w:sz w:val="22"/>
          <w:szCs w:val="22"/>
          <w:shd w:fill="FFFFFF" w:val="clear"/>
          <w:lang w:val="en-GB"/>
        </w:rPr>
      </w:r>
    </w:p>
    <w:p>
      <w:pPr>
        <w:pStyle w:val="Normal"/>
        <w:spacing w:lineRule="auto" w:line="240" w:before="0" w:after="0"/>
        <w:rPr>
          <w:rFonts w:ascii="Linux Libertine G" w:hAnsi="Linux Libertine G" w:cs="Cambria" w:cstheme="minorHAnsi"/>
          <w:b/>
          <w:bCs/>
          <w:sz w:val="22"/>
          <w:szCs w:val="22"/>
          <w:shd w:fill="FFFFFF" w:val="clear"/>
          <w:lang w:val="en-GB"/>
        </w:rPr>
      </w:pPr>
      <w:r>
        <w:rPr>
          <w:rFonts w:cs="Cambria" w:cstheme="minorHAnsi" w:ascii="Linux Libertine G" w:hAnsi="Linux Libertine G"/>
          <w:b/>
          <w:bCs/>
          <w:sz w:val="22"/>
          <w:szCs w:val="22"/>
          <w:shd w:fill="FFFFFF" w:val="clear"/>
          <w:lang w:val="en-GB"/>
        </w:rPr>
        <w:t xml:space="preserve">Online Safety and Child Exploitation </w:t>
      </w:r>
    </w:p>
    <w:p>
      <w:pPr>
        <w:pStyle w:val="Normal"/>
        <w:spacing w:lineRule="auto" w:line="240" w:before="0" w:after="0"/>
        <w:rPr>
          <w:rFonts w:ascii="Linux Libertine G" w:hAnsi="Linux Libertine G" w:cs="Cambria" w:cstheme="minorHAnsi"/>
          <w:sz w:val="22"/>
          <w:szCs w:val="22"/>
          <w:shd w:fill="FFFFFF" w:val="clear"/>
        </w:rPr>
      </w:pPr>
      <w:r>
        <w:rPr>
          <w:rFonts w:cs="Cambria" w:cstheme="minorHAnsi" w:ascii="Linux Libertine G" w:hAnsi="Linux Libertine G"/>
          <w:sz w:val="22"/>
          <w:szCs w:val="22"/>
          <w:shd w:fill="FFFFFF" w:val="clear"/>
          <w:lang w:val="en-GB"/>
        </w:rPr>
      </w:r>
    </w:p>
    <w:p>
      <w:pPr>
        <w:pStyle w:val="Normal"/>
        <w:spacing w:lineRule="auto" w:line="240" w:before="0" w:after="0"/>
        <w:rPr>
          <w:rFonts w:ascii="Linux Libertine G" w:hAnsi="Linux Libertine G"/>
        </w:rPr>
      </w:pPr>
      <w:r>
        <w:rPr>
          <w:rFonts w:cs="Cambria" w:ascii="Linux Libertine G" w:hAnsi="Linux Libertine G" w:cstheme="minorHAnsi"/>
          <w:b/>
          <w:bCs/>
          <w:sz w:val="22"/>
          <w:szCs w:val="22"/>
          <w:shd w:fill="FFFFFF" w:val="clear"/>
          <w:lang w:val="en-GB"/>
        </w:rPr>
        <w:t>The Professionals Online Safety Helpline</w:t>
      </w:r>
    </w:p>
    <w:p>
      <w:pPr>
        <w:pStyle w:val="Normal"/>
        <w:spacing w:lineRule="auto" w:line="240" w:before="0" w:after="0"/>
        <w:rPr>
          <w:rFonts w:ascii="Linux Libertine G" w:hAnsi="Linux Libertine G"/>
        </w:rPr>
      </w:pPr>
      <w:r>
        <w:rPr>
          <w:rFonts w:cs="Cambria" w:ascii="Linux Libertine G" w:hAnsi="Linux Libertine G" w:cstheme="minorHAnsi"/>
          <w:sz w:val="22"/>
          <w:szCs w:val="22"/>
          <w:shd w:fill="FFFFFF" w:val="clear"/>
          <w:lang w:val="en-GB"/>
        </w:rPr>
        <w:t>This is available for any professionals working with young people for support and a</w:t>
      </w:r>
      <w:r>
        <w:rPr>
          <w:rFonts w:cs="Cambria" w:ascii="Linux Libertine G" w:hAnsi="Linux Libertine G" w:cstheme="minorHAnsi"/>
          <w:sz w:val="22"/>
          <w:szCs w:val="22"/>
          <w:shd w:fill="FFFFFF" w:val="clear"/>
          <w:lang w:val="en-GB"/>
        </w:rPr>
        <w:t>dvice</w:t>
      </w:r>
      <w:r>
        <w:rPr>
          <w:rFonts w:cs="Cambria" w:ascii="Linux Libertine G" w:hAnsi="Linux Libertine G" w:cstheme="minorHAnsi"/>
          <w:sz w:val="22"/>
          <w:szCs w:val="22"/>
          <w:shd w:fill="FFFFFF" w:val="clear"/>
          <w:lang w:val="en-GB"/>
        </w:rPr>
        <w:t xml:space="preserve"> in dealing with </w:t>
      </w:r>
      <w:r>
        <w:rPr>
          <w:rFonts w:cs="Cambria" w:ascii="Linux Libertine G" w:hAnsi="Linux Libertine G" w:cstheme="minorHAnsi"/>
          <w:sz w:val="22"/>
          <w:szCs w:val="22"/>
          <w:shd w:fill="FFFFFF" w:val="clear"/>
          <w:lang w:val="en-GB"/>
        </w:rPr>
        <w:t>online safety concerns</w:t>
      </w:r>
      <w:r>
        <w:rPr>
          <w:rFonts w:cs="Cambria" w:ascii="Linux Libertine G" w:hAnsi="Linux Libertine G" w:cstheme="minorHAnsi"/>
          <w:sz w:val="22"/>
          <w:szCs w:val="22"/>
          <w:shd w:fill="FFFFFF" w:val="clear"/>
          <w:lang w:val="en-GB"/>
        </w:rPr>
        <w:t xml:space="preserve"> involving young people, staff or volunteers.</w:t>
      </w:r>
    </w:p>
    <w:p>
      <w:pPr>
        <w:pStyle w:val="Normal"/>
        <w:spacing w:lineRule="auto" w:line="240" w:before="0" w:after="0"/>
        <w:rPr>
          <w:rFonts w:ascii="Linux Libertine G" w:hAnsi="Linux Libertine G"/>
        </w:rPr>
      </w:pPr>
      <w:r>
        <w:rPr>
          <w:rFonts w:cs="Cambria" w:cstheme="minorHAnsi" w:ascii="Linux Libertine G" w:hAnsi="Linux Libertine G"/>
          <w:sz w:val="22"/>
          <w:szCs w:val="22"/>
          <w:shd w:fill="FFFFFF" w:val="clear"/>
          <w:lang w:val="en-GB"/>
        </w:rPr>
      </w:r>
    </w:p>
    <w:p>
      <w:pPr>
        <w:pStyle w:val="Normal"/>
        <w:spacing w:lineRule="auto" w:line="240" w:before="0" w:after="0"/>
        <w:rPr>
          <w:rFonts w:ascii="Linux Libertine G" w:hAnsi="Linux Libertine G"/>
        </w:rPr>
      </w:pPr>
      <w:r>
        <w:rPr>
          <w:rFonts w:cs="Cambria" w:cstheme="minorHAnsi" w:ascii="Linux Libertine G" w:hAnsi="Linux Libertine G"/>
          <w:sz w:val="22"/>
          <w:szCs w:val="22"/>
          <w:shd w:fill="FFFFFF" w:val="clear"/>
          <w:lang w:val="en-GB"/>
        </w:rPr>
        <w:t>Tel: 0344 381 4772</w:t>
      </w:r>
    </w:p>
    <w:p>
      <w:pPr>
        <w:pStyle w:val="Normal"/>
        <w:spacing w:lineRule="auto" w:line="240" w:before="0" w:after="0"/>
        <w:rPr/>
      </w:pPr>
      <w:hyperlink r:id="rId8">
        <w:r>
          <w:rPr>
            <w:rStyle w:val="Hyperlink"/>
            <w:rFonts w:eastAsia="Calibri" w:cs="Cambria" w:ascii="Linux Libertine G" w:hAnsi="Linux Libertine G" w:cstheme="minorHAnsi"/>
            <w:b/>
            <w:bCs/>
            <w:sz w:val="22"/>
            <w:szCs w:val="22"/>
            <w:shd w:fill="FFFFFF" w:val="clear"/>
            <w:lang w:val="en-GB"/>
          </w:rPr>
          <w:t>helpline@saferinternet.org.uk</w:t>
        </w:r>
      </w:hyperlink>
    </w:p>
    <w:p>
      <w:pPr>
        <w:pStyle w:val="Normal"/>
        <w:spacing w:lineRule="auto" w:line="240" w:before="0" w:after="0"/>
        <w:rPr>
          <w:rStyle w:val="Hyperlink"/>
          <w:rFonts w:ascii="Linux Libertine G" w:hAnsi="Linux Libertine G" w:eastAsia="Calibri" w:cs="Cambria" w:cstheme="minorHAnsi"/>
          <w:b/>
          <w:bCs/>
          <w:color w:val="000000"/>
          <w:sz w:val="22"/>
          <w:szCs w:val="22"/>
          <w:u w:val="none"/>
          <w:shd w:fill="FFFFFF" w:val="clear"/>
          <w:lang w:val="en-GB"/>
        </w:rPr>
      </w:pPr>
      <w:r>
        <w:rPr/>
      </w:r>
    </w:p>
    <w:p>
      <w:pPr>
        <w:pStyle w:val="Normal"/>
        <w:spacing w:lineRule="auto" w:line="240" w:before="0" w:after="0"/>
        <w:rPr/>
      </w:pPr>
      <w:r>
        <w:rPr>
          <w:rStyle w:val="Hyperlink"/>
          <w:rFonts w:eastAsia="Calibri" w:cs="Cambria" w:ascii="Linux Libertine G" w:hAnsi="Linux Libertine G" w:cstheme="minorHAnsi"/>
          <w:b/>
          <w:bCs/>
          <w:color w:val="000000"/>
          <w:sz w:val="22"/>
          <w:szCs w:val="22"/>
          <w:u w:val="none"/>
          <w:shd w:fill="FFFFFF" w:val="clear"/>
          <w:lang w:val="en-GB"/>
        </w:rPr>
        <w:t xml:space="preserve">Emergency Contacts </w:t>
      </w:r>
    </w:p>
    <w:p>
      <w:pPr>
        <w:pStyle w:val="Normal"/>
        <w:spacing w:lineRule="auto" w:line="240" w:before="0" w:after="0"/>
        <w:rPr>
          <w:rFonts w:ascii="Linux Libertine G" w:hAnsi="Linux Libertine G"/>
          <w:sz w:val="22"/>
          <w:szCs w:val="22"/>
        </w:rPr>
      </w:pPr>
      <w:r>
        <w:rPr>
          <w:rFonts w:ascii="Linux Libertine G" w:hAnsi="Linux Libertine G"/>
          <w:sz w:val="22"/>
          <w:szCs w:val="22"/>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b/>
          <w:bCs/>
          <w:sz w:val="22"/>
          <w:szCs w:val="22"/>
          <w:lang w:val="en-GB"/>
        </w:rPr>
        <w:t>If you believe a child, young person or adult is in immediate danger, then please call 999.</w:t>
      </w:r>
    </w:p>
    <w:p>
      <w:pPr>
        <w:pStyle w:val="Normal"/>
        <w:spacing w:lineRule="auto" w:line="240" w:before="0" w:after="0"/>
        <w:rPr>
          <w:rFonts w:ascii="Linux Libertine G" w:hAnsi="Linux Libertine G"/>
        </w:rPr>
      </w:pPr>
      <w:r>
        <w:rPr>
          <w:rFonts w:ascii="Linux Libertine G" w:hAnsi="Linux Libertine G"/>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b w:val="false"/>
          <w:bCs w:val="false"/>
          <w:sz w:val="22"/>
          <w:szCs w:val="22"/>
          <w:lang w:val="en-GB"/>
        </w:rPr>
        <w:t xml:space="preserve">If a crime has been committed but there is no immediate danger, contact </w:t>
      </w:r>
      <w:r>
        <w:rPr>
          <w:rFonts w:eastAsia="Calibri" w:cs="Cambria" w:ascii="Linux Libertine G" w:hAnsi="Linux Libertine G" w:cstheme="minorHAnsi"/>
          <w:b/>
          <w:bCs/>
          <w:sz w:val="22"/>
          <w:szCs w:val="22"/>
          <w:lang w:val="en-GB"/>
        </w:rPr>
        <w:t>Dorset Police on 101.</w:t>
      </w:r>
    </w:p>
    <w:p>
      <w:pPr>
        <w:pStyle w:val="Normal"/>
        <w:spacing w:lineRule="auto" w:line="240" w:before="0" w:after="0"/>
        <w:rPr>
          <w:rFonts w:ascii="Linux Libertine G" w:hAnsi="Linux Libertine G"/>
        </w:rPr>
      </w:pPr>
      <w:r>
        <w:rPr>
          <w:rFonts w:ascii="Linux Libertine G" w:hAnsi="Linux Libertine G"/>
          <w:lang w:val="en-GB"/>
        </w:rPr>
      </w:r>
    </w:p>
    <w:p>
      <w:pPr>
        <w:pStyle w:val="BodyText"/>
        <w:spacing w:lineRule="auto" w:line="240" w:before="0" w:after="0"/>
        <w:rPr>
          <w:rFonts w:ascii="Linux Libertine G" w:hAnsi="Linux Libertine G"/>
        </w:rPr>
      </w:pPr>
      <w:r>
        <w:rPr>
          <w:rStyle w:val="Strong"/>
          <w:rFonts w:eastAsia="Calibri" w:cs="Cambria" w:ascii="Linux Libertine G" w:hAnsi="Linux Libertine G" w:cstheme="minorHAnsi"/>
          <w:sz w:val="22"/>
          <w:szCs w:val="22"/>
          <w:lang w:val="en-GB"/>
        </w:rPr>
        <w:t>Child Exploitation and Online Protection (CEOP)</w:t>
      </w:r>
    </w:p>
    <w:p>
      <w:pPr>
        <w:pStyle w:val="BodyText"/>
        <w:spacing w:lineRule="auto" w:line="240"/>
        <w:rPr>
          <w:rFonts w:ascii="Linux Libertine G" w:hAnsi="Linux Libertine G" w:eastAsia="Calibri" w:cs="Cambria" w:cstheme="minorHAnsi"/>
          <w:b/>
          <w:bCs/>
        </w:rPr>
      </w:pPr>
      <w:r>
        <w:rPr>
          <w:rFonts w:eastAsia="Calibri" w:cs="Cambria" w:ascii="Linux Libertine G" w:hAnsi="Linux Libertine G" w:cstheme="minorHAnsi"/>
          <w:b w:val="false"/>
          <w:bCs w:val="false"/>
          <w:lang w:val="en-GB"/>
        </w:rPr>
        <w:t xml:space="preserve">CEOP is the National Crime Agency's Child Exploitation and Online Protection Command. Concerns about </w:t>
      </w:r>
      <w:r>
        <w:rPr>
          <w:rStyle w:val="Strong"/>
          <w:rFonts w:eastAsia="Calibri" w:cs="Cambria" w:ascii="Linux Libertine G" w:hAnsi="Linux Libertine G" w:cstheme="minorHAnsi"/>
          <w:b w:val="false"/>
          <w:bCs w:val="false"/>
          <w:lang w:val="en-GB"/>
        </w:rPr>
        <w:t>online child sexual abuse, online grooming or sexual exploitation</w:t>
      </w:r>
      <w:r>
        <w:rPr>
          <w:rFonts w:eastAsia="Calibri" w:cs="Cambria" w:ascii="Linux Libertine G" w:hAnsi="Linux Libertine G" w:cstheme="minorHAnsi"/>
          <w:b w:val="false"/>
          <w:bCs w:val="false"/>
          <w:lang w:val="en-GB"/>
        </w:rPr>
        <w:t xml:space="preserve"> can be reported securely through the </w:t>
      </w:r>
      <w:hyperlink r:id="rId9" w:tgtFrame="_blank">
        <w:r>
          <w:rPr>
            <w:rStyle w:val="Hyperlink"/>
            <w:rFonts w:eastAsia="Calibri" w:cs="Cambria" w:ascii="Linux Libertine G" w:hAnsi="Linux Libertine G" w:cstheme="minorHAnsi"/>
            <w:b w:val="false"/>
            <w:bCs w:val="false"/>
            <w:lang w:val="en-GB"/>
          </w:rPr>
          <w:t>CEOP Safety Centre</w:t>
        </w:r>
      </w:hyperlink>
      <w:r>
        <w:rPr>
          <w:rFonts w:eastAsia="Calibri" w:cs="Cambria" w:ascii="Linux Libertine G" w:hAnsi="Linux Libertine G" w:cstheme="minorHAnsi"/>
          <w:b w:val="false"/>
          <w:bCs w:val="false"/>
          <w:lang w:val="en-GB"/>
        </w:rPr>
        <w:t>.</w:t>
      </w:r>
    </w:p>
    <w:p>
      <w:pPr>
        <w:pStyle w:val="BodyText"/>
        <w:spacing w:lineRule="auto" w:line="240"/>
        <w:rPr>
          <w:rFonts w:ascii="Linux Libertine G" w:hAnsi="Linux Libertine G" w:eastAsia="Calibri" w:cs="Cambria" w:cstheme="minorHAnsi"/>
          <w:b/>
          <w:bCs/>
        </w:rPr>
      </w:pPr>
      <w:r>
        <w:rPr>
          <w:rStyle w:val="Strong"/>
          <w:rFonts w:eastAsia="Calibri" w:cs="Cambria" w:ascii="Linux Libertine G" w:hAnsi="Linux Libertine G" w:cstheme="minorHAnsi"/>
          <w:b w:val="false"/>
          <w:bCs w:val="false"/>
          <w:lang w:val="en-GB"/>
        </w:rPr>
        <w:t>Professionals should continue to follow local safeguarding procedures and report concerns to the Designated Safeguarding Lead, Children's Social Care and/or the Police where appropriate.</w:t>
      </w:r>
      <w:r>
        <w:rPr>
          <w:rFonts w:eastAsia="Calibri" w:cs="Cambria" w:ascii="Linux Libertine G" w:hAnsi="Linux Libertine G" w:cstheme="minorHAnsi"/>
          <w:b w:val="false"/>
          <w:bCs w:val="false"/>
          <w:lang w:val="en-GB"/>
        </w:rPr>
        <w:t xml:space="preserve"> CEOP reporting is primarily intended for children, young people, parents and carers</w:t>
      </w:r>
      <w:r>
        <w:rPr>
          <w:rFonts w:eastAsia="Calibri" w:cs="Cambria" w:ascii="Linux Libertine G" w:hAnsi="Linux Libertine G" w:cstheme="minorHAnsi"/>
          <w:b/>
          <w:bCs/>
          <w:lang w:val="en-GB"/>
        </w:rPr>
        <w:t>.</w:t>
      </w:r>
    </w:p>
    <w:p>
      <w:pPr>
        <w:pStyle w:val="BodyText"/>
        <w:spacing w:lineRule="auto" w:line="240" w:before="0" w:after="0"/>
        <w:rPr>
          <w:rFonts w:ascii="Linux Libertine G" w:hAnsi="Linux Libertine G"/>
        </w:rPr>
      </w:pPr>
      <w:r>
        <w:rPr/>
      </w:r>
    </w:p>
    <w:p>
      <w:pPr>
        <w:pStyle w:val="BodyText"/>
        <w:spacing w:lineRule="auto" w:line="240" w:before="0" w:after="0"/>
        <w:rPr>
          <w:rFonts w:ascii="Linux Libertine G" w:hAnsi="Linux Libertine G"/>
        </w:rPr>
      </w:pPr>
      <w:r>
        <w:rPr>
          <w:rStyle w:val="Strong"/>
          <w:rFonts w:eastAsia="Calibri" w:cs="Cambria" w:ascii="Linux Libertine G" w:hAnsi="Linux Libertine G" w:cstheme="minorHAnsi"/>
          <w:sz w:val="22"/>
          <w:szCs w:val="22"/>
          <w:lang w:val="en-GB"/>
        </w:rPr>
        <w:t>Emergency</w:t>
      </w:r>
    </w:p>
    <w:p>
      <w:pPr>
        <w:pStyle w:val="BodyText"/>
        <w:numPr>
          <w:ilvl w:val="0"/>
          <w:numId w:val="34"/>
        </w:numPr>
        <w:tabs>
          <w:tab w:val="clear" w:pos="720"/>
          <w:tab w:val="left" w:pos="0" w:leader="none"/>
        </w:tabs>
        <w:spacing w:lineRule="auto" w:line="240" w:before="0" w:after="0"/>
        <w:ind w:hanging="283" w:left="709"/>
        <w:rPr>
          <w:rFonts w:ascii="Linux Libertine G" w:hAnsi="Linux Libertine G" w:eastAsia="Calibri" w:cs="Cambria" w:cstheme="minorHAnsi"/>
          <w:b/>
          <w:bCs/>
        </w:rPr>
      </w:pPr>
      <w:r>
        <w:rPr>
          <w:rFonts w:eastAsia="Calibri" w:cs="Cambria" w:ascii="Linux Libertine G" w:hAnsi="Linux Libertine G" w:cstheme="minorHAnsi"/>
          <w:b/>
          <w:bCs/>
          <w:lang w:val="en-GB"/>
        </w:rPr>
        <w:t xml:space="preserve">Police, Fire or Ambulance: </w:t>
      </w:r>
      <w:r>
        <w:rPr>
          <w:rStyle w:val="Strong"/>
          <w:rFonts w:eastAsia="Calibri" w:cs="Cambria" w:ascii="Linux Libertine G" w:hAnsi="Linux Libertine G" w:cstheme="minorHAnsi"/>
          <w:lang w:val="en-GB"/>
        </w:rPr>
        <w:t>999</w:t>
      </w:r>
      <w:r>
        <w:rPr>
          <w:rFonts w:eastAsia="Calibri" w:cs="Cambria" w:ascii="Linux Libertine G" w:hAnsi="Linux Libertine G" w:cstheme="minorHAnsi"/>
          <w:b/>
          <w:bCs/>
          <w:lang w:val="en-GB"/>
        </w:rPr>
        <w:t xml:space="preserve"> </w:t>
      </w:r>
    </w:p>
    <w:p>
      <w:pPr>
        <w:pStyle w:val="BodyText"/>
        <w:numPr>
          <w:ilvl w:val="0"/>
          <w:numId w:val="34"/>
        </w:numPr>
        <w:tabs>
          <w:tab w:val="clear" w:pos="720"/>
          <w:tab w:val="left" w:pos="0" w:leader="none"/>
        </w:tabs>
        <w:spacing w:lineRule="auto" w:line="240"/>
        <w:ind w:hanging="283" w:left="709"/>
        <w:rPr>
          <w:rFonts w:ascii="Linux Libertine G" w:hAnsi="Linux Libertine G" w:eastAsia="Calibri" w:cs="Cambria" w:cstheme="minorHAnsi"/>
          <w:b/>
          <w:bCs/>
        </w:rPr>
      </w:pPr>
      <w:r>
        <w:rPr>
          <w:rFonts w:eastAsia="Calibri" w:cs="Cambria" w:ascii="Linux Libertine G" w:hAnsi="Linux Libertine G" w:cstheme="minorHAnsi"/>
          <w:b/>
          <w:bCs/>
          <w:lang w:val="en-GB"/>
        </w:rPr>
        <w:t xml:space="preserve">Non-emergency Police: </w:t>
      </w:r>
      <w:r>
        <w:rPr>
          <w:rStyle w:val="Strong"/>
          <w:rFonts w:eastAsia="Calibri" w:cs="Cambria" w:ascii="Linux Libertine G" w:hAnsi="Linux Libertine G" w:cstheme="minorHAnsi"/>
          <w:lang w:val="en-GB"/>
        </w:rPr>
        <w:t>101</w:t>
      </w:r>
      <w:r>
        <w:rPr>
          <w:rFonts w:eastAsia="Calibri" w:cs="Cambria" w:ascii="Linux Libertine G" w:hAnsi="Linux Libertine G" w:cstheme="minorHAnsi"/>
          <w:b/>
          <w:bCs/>
          <w:lang w:val="en-GB"/>
        </w:rPr>
        <w:t xml:space="preserve"> </w:t>
      </w:r>
    </w:p>
    <w:p>
      <w:pPr>
        <w:pStyle w:val="BodyText"/>
        <w:numPr>
          <w:ilvl w:val="0"/>
          <w:numId w:val="0"/>
        </w:numPr>
        <w:tabs>
          <w:tab w:val="clear" w:pos="720"/>
          <w:tab w:val="left" w:pos="0" w:leader="none"/>
        </w:tabs>
        <w:spacing w:lineRule="auto" w:line="240"/>
        <w:ind w:hanging="0" w:left="0"/>
        <w:rPr>
          <w:rFonts w:ascii="Linux Libertine G" w:hAnsi="Linux Libertine G" w:eastAsia="Calibri" w:cs="Cambria" w:cstheme="minorHAnsi"/>
          <w:b/>
          <w:bCs/>
          <w:lang w:val="en-GB"/>
        </w:rPr>
      </w:pPr>
      <w:r>
        <w:rPr>
          <w:rFonts w:eastAsia="Calibri" w:cs="Cambria" w:cstheme="minorHAnsi" w:ascii="Linux Libertine G" w:hAnsi="Linux Libertine G"/>
          <w:b/>
          <w:bCs/>
          <w:lang w:val="en-GB"/>
        </w:rPr>
        <w:t xml:space="preserve">For urgent medical advice or where medical attention is needed but the situation is not life threatening, contact NHS 111 or visit NHS 111 online. </w:t>
      </w:r>
    </w:p>
    <w:p>
      <w:pPr>
        <w:pStyle w:val="BodyText"/>
        <w:spacing w:lineRule="auto" w:line="240"/>
        <w:rPr>
          <w:rFonts w:ascii="Linux Libertine G" w:hAnsi="Linux Libertine G" w:eastAsia="Calibri" w:cs="Cambria" w:cstheme="minorHAnsi"/>
          <w:b/>
          <w:bCs/>
        </w:rPr>
      </w:pPr>
      <w:r>
        <w:rPr>
          <w:rStyle w:val="Strong"/>
          <w:rFonts w:eastAsia="Calibri" w:cs="Cambria" w:ascii="Linux Libertine G" w:hAnsi="Linux Libertine G" w:cstheme="minorHAnsi"/>
          <w:lang w:val="en-GB"/>
        </w:rPr>
        <w:t>Children's Safeguarding</w:t>
      </w:r>
    </w:p>
    <w:p>
      <w:pPr>
        <w:pStyle w:val="BodyText"/>
        <w:numPr>
          <w:ilvl w:val="0"/>
          <w:numId w:val="35"/>
        </w:numPr>
        <w:tabs>
          <w:tab w:val="clear" w:pos="720"/>
          <w:tab w:val="left" w:pos="0" w:leader="none"/>
        </w:tabs>
        <w:spacing w:lineRule="auto" w:line="240" w:before="0" w:after="0"/>
        <w:ind w:hanging="283" w:left="709"/>
        <w:rPr>
          <w:rFonts w:ascii="Linux Libertine G" w:hAnsi="Linux Libertine G" w:eastAsia="Calibri" w:cs="Cambria" w:cstheme="minorHAnsi"/>
          <w:b/>
          <w:bCs/>
        </w:rPr>
      </w:pPr>
      <w:r>
        <w:rPr>
          <w:rFonts w:eastAsia="Calibri" w:cs="Cambria" w:ascii="Linux Libertine G" w:hAnsi="Linux Libertine G" w:cstheme="minorHAnsi"/>
          <w:b/>
          <w:bCs/>
          <w:lang w:val="en-GB"/>
        </w:rPr>
        <w:t xml:space="preserve">Dorset Family Support and Advice Line (FSAL): </w:t>
      </w:r>
      <w:r>
        <w:rPr>
          <w:rStyle w:val="Strong"/>
          <w:rFonts w:eastAsia="Calibri" w:cs="Cambria" w:ascii="Linux Libertine G" w:hAnsi="Linux Libertine G" w:cstheme="minorHAnsi"/>
          <w:lang w:val="en-GB"/>
        </w:rPr>
        <w:t>01305 228558</w:t>
      </w:r>
      <w:r>
        <w:rPr>
          <w:rFonts w:eastAsia="Calibri" w:cs="Cambria" w:ascii="Linux Libertine G" w:hAnsi="Linux Libertine G" w:cstheme="minorHAnsi"/>
          <w:b/>
          <w:bCs/>
          <w:lang w:val="en-GB"/>
        </w:rPr>
        <w:t xml:space="preserve"> </w:t>
      </w:r>
    </w:p>
    <w:p>
      <w:pPr>
        <w:pStyle w:val="BodyText"/>
        <w:numPr>
          <w:ilvl w:val="0"/>
          <w:numId w:val="35"/>
        </w:numPr>
        <w:tabs>
          <w:tab w:val="clear" w:pos="720"/>
          <w:tab w:val="left" w:pos="0" w:leader="none"/>
        </w:tabs>
        <w:spacing w:lineRule="auto" w:line="240"/>
        <w:ind w:hanging="283" w:left="709"/>
        <w:rPr>
          <w:rFonts w:ascii="Linux Libertine G" w:hAnsi="Linux Libertine G" w:eastAsia="Calibri" w:cs="Cambria" w:cstheme="minorHAnsi"/>
          <w:b/>
          <w:bCs/>
        </w:rPr>
      </w:pPr>
      <w:r>
        <w:rPr>
          <w:rFonts w:eastAsia="Calibri" w:cs="Cambria" w:ascii="Linux Libertine G" w:hAnsi="Linux Libertine G" w:cstheme="minorHAnsi"/>
          <w:b/>
          <w:bCs/>
          <w:lang w:val="en-GB"/>
        </w:rPr>
        <w:t xml:space="preserve">Out of Hours: </w:t>
      </w:r>
      <w:r>
        <w:rPr>
          <w:rStyle w:val="Strong"/>
          <w:rFonts w:eastAsia="Calibri" w:cs="Cambria" w:ascii="Linux Libertine G" w:hAnsi="Linux Libertine G" w:cstheme="minorHAnsi"/>
          <w:lang w:val="en-GB"/>
        </w:rPr>
        <w:t>01305 221000</w:t>
      </w:r>
      <w:r>
        <w:rPr>
          <w:rFonts w:eastAsia="Calibri" w:cs="Cambria" w:ascii="Linux Libertine G" w:hAnsi="Linux Libertine G" w:cstheme="minorHAnsi"/>
          <w:b/>
          <w:bCs/>
          <w:lang w:val="en-GB"/>
        </w:rPr>
        <w:t xml:space="preserve"> </w:t>
      </w:r>
    </w:p>
    <w:p>
      <w:pPr>
        <w:pStyle w:val="BodyText"/>
        <w:spacing w:lineRule="auto" w:line="240"/>
        <w:rPr>
          <w:rFonts w:ascii="Linux Libertine G" w:hAnsi="Linux Libertine G" w:eastAsia="Calibri" w:cs="Cambria" w:cstheme="minorHAnsi"/>
          <w:b/>
          <w:bCs/>
        </w:rPr>
      </w:pPr>
      <w:r>
        <w:rPr>
          <w:lang w:val="en-GB"/>
        </w:rPr>
      </w:r>
    </w:p>
    <w:p>
      <w:pPr>
        <w:pStyle w:val="BodyText"/>
        <w:tabs>
          <w:tab w:val="clear" w:pos="720"/>
          <w:tab w:val="left" w:pos="0" w:leader="none"/>
        </w:tabs>
        <w:spacing w:lineRule="auto" w:line="240" w:before="0" w:after="0"/>
        <w:ind w:hanging="0" w:left="0"/>
        <w:rPr>
          <w:lang w:val="en-GB"/>
        </w:rPr>
      </w:pPr>
      <w:r>
        <w:rPr>
          <w:lang w:val="en-GB"/>
        </w:rPr>
      </w:r>
    </w:p>
    <w:p>
      <w:pPr>
        <w:pStyle w:val="NormalCustom"/>
        <w:spacing w:before="0" w:after="0"/>
        <w:rPr>
          <w:rFonts w:ascii="Linux Libertine G" w:hAnsi="Linux Libertine G"/>
        </w:rPr>
      </w:pPr>
      <w:r>
        <w:rPr>
          <w:rFonts w:ascii="Linux Libertine G" w:hAnsi="Linux Libertine G"/>
          <w:color w:val="2A6099"/>
          <w:sz w:val="22"/>
          <w:szCs w:val="22"/>
          <w:lang w:val="en-GB"/>
        </w:rPr>
        <w:t xml:space="preserve">9. </w:t>
      </w:r>
      <w:r>
        <w:rPr>
          <w:rFonts w:ascii="Linux Libertine G" w:hAnsi="Linux Libertine G"/>
          <w:color w:val="2A6099"/>
          <w:sz w:val="22"/>
          <w:szCs w:val="22"/>
          <w:lang w:val="en-GB"/>
        </w:rPr>
        <w:t>SAFER RECRUITMENT</w:t>
      </w:r>
    </w:p>
    <w:p>
      <w:pPr>
        <w:pStyle w:val="NormalCustom"/>
        <w:spacing w:before="0" w:after="0"/>
        <w:rPr>
          <w:rFonts w:ascii="Linux Libertine G" w:hAnsi="Linux Libertine G"/>
        </w:rPr>
      </w:pPr>
      <w:r>
        <w:rPr>
          <w:rFonts w:ascii="Linux Libertine G" w:hAnsi="Linux Libertine G"/>
          <w:sz w:val="22"/>
          <w:szCs w:val="22"/>
          <w:lang w:val="en-GB"/>
        </w:rPr>
        <w:br/>
      </w:r>
      <w:r>
        <w:rPr>
          <w:rFonts w:ascii="Linux Libertine G" w:hAnsi="Linux Libertine G"/>
          <w:lang w:val="en-GB"/>
        </w:rPr>
        <w:t>Changing Strides Equine Therapies is committed to ensuring that all reasonable steps are taken to prevent unsuitable people from working with children. Safer recruitment practices help protect children and reduce the risk of abuse occurring within the organisation.</w:t>
      </w:r>
    </w:p>
    <w:p>
      <w:pPr>
        <w:pStyle w:val="BodyText"/>
        <w:suppressAutoHyphens w:val="true"/>
        <w:rPr>
          <w:rFonts w:ascii="Linux Libertine G" w:hAnsi="Linux Libertine G"/>
        </w:rPr>
      </w:pPr>
      <w:r>
        <w:rPr>
          <w:rFonts w:ascii="Linux Libertine G" w:hAnsi="Linux Libertine G"/>
          <w:lang w:val="en-GB"/>
        </w:rPr>
        <w:t>Changing Strides Equine Therapies will:</w:t>
      </w:r>
    </w:p>
    <w:p>
      <w:pPr>
        <w:pStyle w:val="BodyText"/>
        <w:suppressAutoHyphens w:val="true"/>
        <w:rPr>
          <w:rFonts w:ascii="Linux Libertine G" w:hAnsi="Linux Libertine G"/>
        </w:rPr>
      </w:pPr>
      <w:r>
        <w:rPr>
          <w:rFonts w:ascii="Linux Libertine G" w:hAnsi="Linux Libertine G"/>
          <w:lang w:val="en-GB"/>
        </w:rPr>
        <w:t xml:space="preserve">Ensure that all staff, volunteers, contractors and trustees are recruited or appointed through fair, consistent and safe recruitment procedures appropriate to their role. </w:t>
      </w:r>
    </w:p>
    <w:p>
      <w:pPr>
        <w:pStyle w:val="BodyText"/>
        <w:numPr>
          <w:ilvl w:val="0"/>
          <w:numId w:val="55"/>
        </w:numPr>
        <w:tabs>
          <w:tab w:val="clear" w:pos="720"/>
          <w:tab w:val="left" w:pos="0" w:leader="none"/>
        </w:tabs>
        <w:suppressAutoHyphens w:val="true"/>
        <w:spacing w:before="0" w:after="0"/>
        <w:ind w:hanging="283" w:left="720"/>
        <w:rPr>
          <w:rFonts w:ascii="Linux Libertine G" w:hAnsi="Linux Libertine G"/>
          <w:lang w:val="en-GB"/>
        </w:rPr>
      </w:pPr>
      <w:r>
        <w:rPr>
          <w:rFonts w:ascii="Linux Libertine G" w:hAnsi="Linux Libertine G"/>
          <w:lang w:val="en-GB"/>
        </w:rPr>
        <w:t xml:space="preserve">Clearly communicate the organisation’s commitment to safeguarding within advertisements, application materials, role descriptions and person specifications. </w:t>
      </w:r>
    </w:p>
    <w:p>
      <w:pPr>
        <w:pStyle w:val="BodyText"/>
        <w:numPr>
          <w:ilvl w:val="0"/>
          <w:numId w:val="56"/>
        </w:numPr>
        <w:tabs>
          <w:tab w:val="clear" w:pos="720"/>
          <w:tab w:val="left" w:pos="0" w:leader="none"/>
        </w:tabs>
        <w:suppressAutoHyphens w:val="true"/>
        <w:spacing w:before="0" w:after="0"/>
        <w:ind w:hanging="283" w:left="720"/>
        <w:rPr>
          <w:rFonts w:ascii="Linux Libertine G" w:hAnsi="Linux Libertine G"/>
          <w:lang w:val="en-GB"/>
        </w:rPr>
      </w:pPr>
      <w:r>
        <w:rPr>
          <w:rFonts w:ascii="Linux Libertine G" w:hAnsi="Linux Libertine G"/>
          <w:lang w:val="en-GB"/>
        </w:rPr>
        <w:t xml:space="preserve">Require applicants to provide a complete employment and volunteering history and satisfactorily explain any gaps, inconsistencies or reasons for leaving previous roles involving children or adults at risk. </w:t>
      </w:r>
    </w:p>
    <w:p>
      <w:pPr>
        <w:pStyle w:val="BodyText"/>
        <w:numPr>
          <w:ilvl w:val="0"/>
          <w:numId w:val="57"/>
        </w:numPr>
        <w:tabs>
          <w:tab w:val="clear" w:pos="720"/>
          <w:tab w:val="left" w:pos="0" w:leader="none"/>
        </w:tabs>
        <w:suppressAutoHyphens w:val="true"/>
        <w:spacing w:before="0" w:after="0"/>
        <w:ind w:hanging="283" w:left="720"/>
        <w:rPr>
          <w:rFonts w:ascii="Linux Libertine G" w:hAnsi="Linux Libertine G"/>
          <w:lang w:val="en-GB"/>
        </w:rPr>
      </w:pPr>
      <w:r>
        <w:rPr>
          <w:rFonts w:ascii="Linux Libertine G" w:hAnsi="Linux Libertine G"/>
          <w:lang w:val="en-GB"/>
        </w:rPr>
        <w:t xml:space="preserve">Obtain and verify the identity of applicants before they begin work. </w:t>
      </w:r>
    </w:p>
    <w:p>
      <w:pPr>
        <w:pStyle w:val="BodyText"/>
        <w:numPr>
          <w:ilvl w:val="0"/>
          <w:numId w:val="58"/>
        </w:numPr>
        <w:tabs>
          <w:tab w:val="clear" w:pos="720"/>
          <w:tab w:val="left" w:pos="0" w:leader="none"/>
        </w:tabs>
        <w:suppressAutoHyphens w:val="true"/>
        <w:spacing w:before="0" w:after="0"/>
        <w:ind w:hanging="283" w:left="720"/>
        <w:rPr>
          <w:rFonts w:ascii="Linux Libertine G" w:hAnsi="Linux Libertine G"/>
          <w:lang w:val="en-GB"/>
        </w:rPr>
      </w:pPr>
      <w:r>
        <w:rPr>
          <w:rFonts w:ascii="Linux Libertine G" w:hAnsi="Linux Libertine G"/>
          <w:lang w:val="en-GB"/>
        </w:rPr>
        <w:t xml:space="preserve">Verify relevant qualifications, professional registration, experience and the applicant’s right to work in the UK, where applicable. </w:t>
      </w:r>
    </w:p>
    <w:p>
      <w:pPr>
        <w:pStyle w:val="BodyText"/>
        <w:numPr>
          <w:ilvl w:val="0"/>
          <w:numId w:val="59"/>
        </w:numPr>
        <w:tabs>
          <w:tab w:val="clear" w:pos="720"/>
          <w:tab w:val="left" w:pos="0" w:leader="none"/>
        </w:tabs>
        <w:suppressAutoHyphens w:val="true"/>
        <w:spacing w:before="0" w:after="0"/>
        <w:ind w:hanging="283" w:left="720"/>
        <w:rPr>
          <w:rFonts w:ascii="Linux Libertine G" w:hAnsi="Linux Libertine G"/>
        </w:rPr>
      </w:pPr>
      <w:r>
        <w:rPr>
          <w:rStyle w:val="Strong"/>
          <w:rFonts w:ascii="Linux Libertine G" w:hAnsi="Linux Libertine G"/>
          <w:b w:val="false"/>
          <w:bCs w:val="false"/>
          <w:lang w:val="en-GB"/>
        </w:rPr>
        <w:t>Use a structured selection and interview process that explores the applicant’s suitability to work with children, young people and adults at risk, including their values, motivation, professional boundaries and understanding of safeguarding.</w:t>
      </w:r>
      <w:r>
        <w:rPr>
          <w:rFonts w:ascii="Linux Libertine G" w:hAnsi="Linux Libertine G"/>
          <w:b w:val="false"/>
          <w:bCs w:val="false"/>
          <w:lang w:val="en-GB"/>
        </w:rPr>
        <w:t xml:space="preserve"> </w:t>
      </w:r>
    </w:p>
    <w:p>
      <w:pPr>
        <w:pStyle w:val="BodyText"/>
        <w:numPr>
          <w:ilvl w:val="0"/>
          <w:numId w:val="60"/>
        </w:numPr>
        <w:tabs>
          <w:tab w:val="clear" w:pos="720"/>
          <w:tab w:val="left" w:pos="0" w:leader="none"/>
        </w:tabs>
        <w:suppressAutoHyphens w:val="true"/>
        <w:spacing w:before="0" w:after="0"/>
        <w:ind w:hanging="283" w:left="720"/>
        <w:rPr>
          <w:rFonts w:ascii="Linux Libertine G" w:hAnsi="Linux Libertine G"/>
        </w:rPr>
      </w:pPr>
      <w:r>
        <w:rPr>
          <w:rFonts w:ascii="Linux Libertine G" w:hAnsi="Linux Libertine G"/>
          <w:lang w:val="en-GB"/>
        </w:rPr>
        <w:t xml:space="preserve">Obtain at least two satisfactory references, including one from the applicant’s current or most recent employer or voluntary organisation where appropriate. </w:t>
      </w:r>
      <w:r>
        <w:rPr>
          <w:rStyle w:val="Strong"/>
          <w:rFonts w:ascii="Linux Libertine G" w:hAnsi="Linux Libertine G"/>
          <w:lang w:val="en-GB"/>
        </w:rPr>
        <w:t>References will be obtained directly from the referee,</w:t>
      </w:r>
      <w:r>
        <w:rPr>
          <w:rStyle w:val="Strong"/>
          <w:rFonts w:ascii="Linux Libertine G" w:hAnsi="Linux Libertine G"/>
          <w:b w:val="false"/>
          <w:bCs w:val="false"/>
          <w:lang w:val="en-GB"/>
        </w:rPr>
        <w:t xml:space="preserve"> </w:t>
      </w:r>
      <w:r>
        <w:rPr>
          <w:rStyle w:val="Strong"/>
          <w:rFonts w:ascii="Linux Libertine G" w:hAnsi="Linux Libertine G"/>
          <w:b w:val="false"/>
          <w:bCs w:val="false"/>
          <w:lang w:val="en-GB"/>
        </w:rPr>
        <w:t>scrutinised</w:t>
      </w:r>
      <w:r>
        <w:rPr>
          <w:rStyle w:val="Strong"/>
          <w:rFonts w:ascii="Linux Libertine G" w:hAnsi="Linux Libertine G"/>
          <w:b w:val="false"/>
          <w:bCs w:val="false"/>
          <w:lang w:val="en-GB"/>
        </w:rPr>
        <w:t xml:space="preserve"> and verified, and any concerns or inconsistencies will be followed up. Open references or references supplied solely by the applicant will not normally be accepted.</w:t>
      </w:r>
      <w:r>
        <w:rPr>
          <w:rFonts w:ascii="Linux Libertine G" w:hAnsi="Linux Libertine G"/>
          <w:b w:val="false"/>
          <w:bCs w:val="false"/>
          <w:lang w:val="en-GB"/>
        </w:rPr>
        <w:t xml:space="preserve"> </w:t>
      </w:r>
    </w:p>
    <w:p>
      <w:pPr>
        <w:pStyle w:val="BodyText"/>
        <w:numPr>
          <w:ilvl w:val="0"/>
          <w:numId w:val="61"/>
        </w:numPr>
        <w:tabs>
          <w:tab w:val="clear" w:pos="720"/>
          <w:tab w:val="left" w:pos="0" w:leader="none"/>
        </w:tabs>
        <w:suppressAutoHyphens w:val="true"/>
        <w:spacing w:before="0" w:after="0"/>
        <w:ind w:hanging="283" w:left="720"/>
        <w:rPr>
          <w:rFonts w:ascii="Linux Libertine G" w:hAnsi="Linux Libertine G"/>
        </w:rPr>
      </w:pPr>
      <w:r>
        <w:rPr>
          <w:rStyle w:val="Strong"/>
          <w:rFonts w:ascii="Linux Libertine G" w:hAnsi="Linux Libertine G"/>
          <w:b w:val="false"/>
          <w:bCs w:val="false"/>
          <w:lang w:val="en-GB"/>
        </w:rPr>
        <w:t>Consider carrying out an online search of shortlisted candidates as part of due diligence, where this is relevant and proportionate. Candidates will be informed that such searches may be undertaken, and only information relevant to their suitability for the role will be considered.</w:t>
      </w:r>
      <w:r>
        <w:rPr>
          <w:rFonts w:ascii="Linux Libertine G" w:hAnsi="Linux Libertine G"/>
          <w:b w:val="false"/>
          <w:bCs w:val="false"/>
          <w:lang w:val="en-GB"/>
        </w:rPr>
        <w:t xml:space="preserve"> </w:t>
      </w:r>
    </w:p>
    <w:p>
      <w:pPr>
        <w:pStyle w:val="BodyText"/>
        <w:numPr>
          <w:ilvl w:val="0"/>
          <w:numId w:val="62"/>
        </w:numPr>
        <w:tabs>
          <w:tab w:val="clear" w:pos="720"/>
          <w:tab w:val="left" w:pos="0" w:leader="none"/>
        </w:tabs>
        <w:suppressAutoHyphens w:val="true"/>
        <w:spacing w:before="0" w:after="0"/>
        <w:ind w:hanging="283" w:left="720"/>
        <w:rPr>
          <w:rFonts w:ascii="Linux Libertine G" w:hAnsi="Linux Libertine G"/>
        </w:rPr>
      </w:pPr>
      <w:r>
        <w:rPr>
          <w:rFonts w:ascii="Linux Libertine G" w:hAnsi="Linux Libertine G"/>
          <w:lang w:val="en-GB"/>
        </w:rPr>
        <w:t xml:space="preserve">Carry out the level of Disclosure and Barring Service check legally permitted and appropriate to the activities and responsibilities of each role. </w:t>
      </w:r>
      <w:r>
        <w:rPr>
          <w:rStyle w:val="Strong"/>
          <w:rFonts w:ascii="Linux Libertine G" w:hAnsi="Linux Libertine G"/>
          <w:lang w:val="en-GB"/>
        </w:rPr>
        <w:t>This may include an Enhanced DBS check and, where the role amounts to regulated activity, a check of the relevant Children’s and/or Adults’ Barred List.</w:t>
      </w:r>
      <w:r>
        <w:rPr>
          <w:rFonts w:ascii="Linux Libertine G" w:hAnsi="Linux Libertine G"/>
          <w:lang w:val="en-GB"/>
        </w:rPr>
        <w:t xml:space="preserve"> DBS eligibility depends on the work actually undertaken and not simply the person’s job title. </w:t>
      </w:r>
    </w:p>
    <w:p>
      <w:pPr>
        <w:pStyle w:val="BodyText"/>
        <w:numPr>
          <w:ilvl w:val="0"/>
          <w:numId w:val="63"/>
        </w:numPr>
        <w:tabs>
          <w:tab w:val="clear" w:pos="720"/>
          <w:tab w:val="left" w:pos="0" w:leader="none"/>
        </w:tabs>
        <w:suppressAutoHyphens w:val="true"/>
        <w:spacing w:before="0" w:after="0"/>
        <w:ind w:hanging="283" w:left="720"/>
        <w:rPr>
          <w:rFonts w:ascii="Linux Libertine G" w:hAnsi="Linux Libertine G"/>
        </w:rPr>
      </w:pPr>
      <w:r>
        <w:rPr>
          <w:rStyle w:val="Strong"/>
          <w:rFonts w:ascii="Linux Libertine G" w:hAnsi="Linux Libertine G"/>
          <w:b w:val="false"/>
          <w:bCs w:val="false"/>
          <w:lang w:val="en-GB"/>
        </w:rPr>
        <w:t>See and verify the applicant’s original DBS certificate before they begin unsupervised work, except where a documented and appropriately controlled risk assessment permits otherwise in exceptional circumstances.</w:t>
      </w:r>
      <w:r>
        <w:rPr>
          <w:rFonts w:ascii="Linux Libertine G" w:hAnsi="Linux Libertine G"/>
          <w:b w:val="false"/>
          <w:bCs w:val="false"/>
          <w:lang w:val="en-GB"/>
        </w:rPr>
        <w:t xml:space="preserve"> </w:t>
      </w:r>
    </w:p>
    <w:p>
      <w:pPr>
        <w:pStyle w:val="BodyText"/>
        <w:numPr>
          <w:ilvl w:val="0"/>
          <w:numId w:val="64"/>
        </w:numPr>
        <w:tabs>
          <w:tab w:val="clear" w:pos="720"/>
          <w:tab w:val="left" w:pos="0" w:leader="none"/>
        </w:tabs>
        <w:suppressAutoHyphens w:val="true"/>
        <w:spacing w:before="0" w:after="0"/>
        <w:ind w:hanging="283" w:left="720"/>
        <w:rPr>
          <w:rFonts w:ascii="Linux Libertine G" w:hAnsi="Linux Libertine G"/>
          <w:lang w:val="en-GB"/>
        </w:rPr>
      </w:pPr>
      <w:r>
        <w:rPr>
          <w:rFonts w:ascii="Linux Libertine G" w:hAnsi="Linux Libertine G"/>
          <w:lang w:val="en-GB"/>
        </w:rPr>
        <w:t xml:space="preserve">Check whether an individual is barred from regulated activity with children or adults where CSET is legally entitled and required to make that check. </w:t>
      </w:r>
    </w:p>
    <w:p>
      <w:pPr>
        <w:pStyle w:val="BodyText"/>
        <w:numPr>
          <w:ilvl w:val="0"/>
          <w:numId w:val="65"/>
        </w:numPr>
        <w:tabs>
          <w:tab w:val="clear" w:pos="720"/>
          <w:tab w:val="left" w:pos="0" w:leader="none"/>
        </w:tabs>
        <w:suppressAutoHyphens w:val="true"/>
        <w:spacing w:before="0" w:after="0"/>
        <w:ind w:hanging="283" w:left="720"/>
        <w:rPr>
          <w:rFonts w:ascii="Linux Libertine G" w:hAnsi="Linux Libertine G"/>
        </w:rPr>
      </w:pPr>
      <w:r>
        <w:rPr>
          <w:rStyle w:val="Strong"/>
          <w:rFonts w:ascii="Linux Libertine G" w:hAnsi="Linux Libertine G"/>
          <w:b w:val="false"/>
          <w:bCs w:val="false"/>
          <w:lang w:val="en-GB"/>
        </w:rPr>
        <w:t>From 1 September 2026, ensure that volunteers undertaking frequent regulated activity with children receive an Enhanced DBS check including Children’s Barred List information, whether or not their work is supervised.</w:t>
      </w:r>
      <w:r>
        <w:rPr>
          <w:rFonts w:ascii="Linux Libertine G" w:hAnsi="Linux Libertine G"/>
          <w:b w:val="false"/>
          <w:bCs w:val="false"/>
          <w:lang w:val="en-GB"/>
        </w:rPr>
        <w:t xml:space="preserve"> </w:t>
      </w:r>
    </w:p>
    <w:p>
      <w:pPr>
        <w:pStyle w:val="BodyText"/>
        <w:numPr>
          <w:ilvl w:val="0"/>
          <w:numId w:val="66"/>
        </w:numPr>
        <w:tabs>
          <w:tab w:val="clear" w:pos="720"/>
          <w:tab w:val="left" w:pos="0" w:leader="none"/>
        </w:tabs>
        <w:suppressAutoHyphens w:val="true"/>
        <w:spacing w:before="0" w:after="0"/>
        <w:ind w:hanging="283" w:left="720"/>
        <w:rPr>
          <w:rFonts w:ascii="Linux Libertine G" w:hAnsi="Linux Libertine G"/>
        </w:rPr>
      </w:pPr>
      <w:r>
        <w:rPr>
          <w:rStyle w:val="Strong"/>
          <w:rFonts w:ascii="Linux Libertine G" w:hAnsi="Linux Libertine G"/>
          <w:b w:val="false"/>
          <w:bCs w:val="false"/>
          <w:lang w:val="en-GB"/>
        </w:rPr>
        <w:t>Consider whether further checks are required for applicants who have lived or worked outside the United Kingdom, recognising that a DBS check may not show relevant overseas information.</w:t>
      </w:r>
      <w:r>
        <w:rPr>
          <w:rFonts w:ascii="Linux Libertine G" w:hAnsi="Linux Libertine G"/>
          <w:b w:val="false"/>
          <w:bCs w:val="false"/>
          <w:lang w:val="en-GB"/>
        </w:rPr>
        <w:t xml:space="preserve"> </w:t>
      </w:r>
    </w:p>
    <w:p>
      <w:pPr>
        <w:pStyle w:val="BodyText"/>
        <w:numPr>
          <w:ilvl w:val="0"/>
          <w:numId w:val="67"/>
        </w:numPr>
        <w:tabs>
          <w:tab w:val="clear" w:pos="720"/>
          <w:tab w:val="left" w:pos="0" w:leader="none"/>
        </w:tabs>
        <w:suppressAutoHyphens w:val="true"/>
        <w:spacing w:before="0" w:after="0"/>
        <w:ind w:hanging="283" w:left="720"/>
        <w:rPr>
          <w:rFonts w:ascii="Linux Libertine G" w:hAnsi="Linux Libertine G"/>
          <w:lang w:val="en-GB"/>
        </w:rPr>
      </w:pPr>
      <w:r>
        <w:rPr>
          <w:rFonts w:ascii="Linux Libertine G" w:hAnsi="Linux Libertine G"/>
          <w:lang w:val="en-GB"/>
        </w:rPr>
        <w:t xml:space="preserve">Ensure that any discrepancies, concerns or information arising during the recruitment process are explored and resolved before an appointment is confirmed. </w:t>
      </w:r>
    </w:p>
    <w:p>
      <w:pPr>
        <w:pStyle w:val="BodyText"/>
        <w:numPr>
          <w:ilvl w:val="0"/>
          <w:numId w:val="68"/>
        </w:numPr>
        <w:tabs>
          <w:tab w:val="clear" w:pos="720"/>
          <w:tab w:val="left" w:pos="0" w:leader="none"/>
        </w:tabs>
        <w:suppressAutoHyphens w:val="true"/>
        <w:spacing w:before="0" w:after="0"/>
        <w:ind w:hanging="283" w:left="720"/>
        <w:rPr>
          <w:rFonts w:ascii="Linux Libertine G" w:hAnsi="Linux Libertine G"/>
        </w:rPr>
      </w:pPr>
      <w:r>
        <w:rPr>
          <w:rStyle w:val="Strong"/>
          <w:rFonts w:ascii="Linux Libertine G" w:hAnsi="Linux Libertine G"/>
          <w:b w:val="false"/>
          <w:bCs w:val="false"/>
          <w:lang w:val="en-GB"/>
        </w:rPr>
        <w:t>Record all recruitment and vetting checks securely, including the person’s identity, right-to-work check, references, qualifications, DBS level and workforce, barred-list check where applicable, date of the certificate and the date on which it was checked. CSET will not retain copies of DBS certificates for longer than permitted.</w:t>
      </w:r>
      <w:r>
        <w:rPr>
          <w:rFonts w:ascii="Linux Libertine G" w:hAnsi="Linux Libertine G"/>
          <w:b w:val="false"/>
          <w:bCs w:val="false"/>
          <w:lang w:val="en-GB"/>
        </w:rPr>
        <w:t xml:space="preserve"> </w:t>
      </w:r>
    </w:p>
    <w:p>
      <w:pPr>
        <w:pStyle w:val="BodyText"/>
        <w:numPr>
          <w:ilvl w:val="0"/>
          <w:numId w:val="69"/>
        </w:numPr>
        <w:tabs>
          <w:tab w:val="clear" w:pos="720"/>
          <w:tab w:val="left" w:pos="0" w:leader="none"/>
        </w:tabs>
        <w:suppressAutoHyphens w:val="true"/>
        <w:spacing w:before="0" w:after="0"/>
        <w:ind w:hanging="283" w:left="720"/>
        <w:rPr>
          <w:rFonts w:ascii="Linux Libertine G" w:hAnsi="Linux Libertine G"/>
        </w:rPr>
      </w:pPr>
      <w:r>
        <w:rPr>
          <w:rStyle w:val="Strong"/>
          <w:rFonts w:ascii="Linux Libertine G" w:hAnsi="Linux Libertine G"/>
          <w:b w:val="false"/>
          <w:bCs w:val="false"/>
          <w:lang w:val="en-GB"/>
        </w:rPr>
        <w:t>Obtain written confirmation from agencies and contractors that all appropriate identity, right-to-work, employment history, reference, qualification and DBS checks have been completed. CSET will verify the identity of the person attending and, where appropriate, inspect their DBS certificate.</w:t>
      </w:r>
      <w:r>
        <w:rPr>
          <w:rFonts w:ascii="Linux Libertine G" w:hAnsi="Linux Libertine G"/>
          <w:b w:val="false"/>
          <w:bCs w:val="false"/>
          <w:lang w:val="en-GB"/>
        </w:rPr>
        <w:t xml:space="preserve"> </w:t>
      </w:r>
    </w:p>
    <w:p>
      <w:pPr>
        <w:pStyle w:val="BodyText"/>
        <w:numPr>
          <w:ilvl w:val="0"/>
          <w:numId w:val="70"/>
        </w:numPr>
        <w:tabs>
          <w:tab w:val="clear" w:pos="720"/>
          <w:tab w:val="left" w:pos="0" w:leader="none"/>
        </w:tabs>
        <w:suppressAutoHyphens w:val="true"/>
        <w:ind w:hanging="283" w:left="720"/>
        <w:rPr>
          <w:rFonts w:ascii="Linux Libertine G" w:hAnsi="Linux Libertine G"/>
          <w:lang w:val="en-GB"/>
        </w:rPr>
      </w:pPr>
      <w:r>
        <w:rPr>
          <w:rFonts w:ascii="Linux Libertine G" w:hAnsi="Linux Libertine G"/>
          <w:lang w:val="en-GB"/>
        </w:rPr>
        <w:t xml:space="preserve">Provide all new staff and volunteers with an induction that includes: </w:t>
      </w:r>
    </w:p>
    <w:p>
      <w:pPr>
        <w:pStyle w:val="BodyText"/>
        <w:numPr>
          <w:ilvl w:val="1"/>
          <w:numId w:val="71"/>
        </w:numPr>
        <w:tabs>
          <w:tab w:val="clear" w:pos="720"/>
          <w:tab w:val="left" w:pos="0" w:leader="none"/>
        </w:tabs>
        <w:suppressAutoHyphens w:val="true"/>
        <w:spacing w:before="0" w:after="0"/>
        <w:ind w:hanging="283" w:left="1418"/>
        <w:rPr>
          <w:rFonts w:ascii="Linux Libertine G" w:hAnsi="Linux Libertine G"/>
          <w:lang w:val="en-GB"/>
        </w:rPr>
      </w:pPr>
      <w:r>
        <w:rPr>
          <w:rFonts w:ascii="Linux Libertine G" w:hAnsi="Linux Libertine G"/>
          <w:lang w:val="en-GB"/>
        </w:rPr>
        <w:t xml:space="preserve">safeguarding children and adults at risk; </w:t>
      </w:r>
    </w:p>
    <w:p>
      <w:pPr>
        <w:pStyle w:val="BodyText"/>
        <w:numPr>
          <w:ilvl w:val="1"/>
          <w:numId w:val="71"/>
        </w:numPr>
        <w:tabs>
          <w:tab w:val="clear" w:pos="720"/>
          <w:tab w:val="left" w:pos="0" w:leader="none"/>
        </w:tabs>
        <w:suppressAutoHyphens w:val="true"/>
        <w:spacing w:before="0" w:after="0"/>
        <w:ind w:hanging="283" w:left="1418"/>
        <w:rPr>
          <w:rFonts w:ascii="Linux Libertine G" w:hAnsi="Linux Libertine G"/>
          <w:lang w:val="en-GB"/>
        </w:rPr>
      </w:pPr>
      <w:r>
        <w:rPr>
          <w:rFonts w:ascii="Linux Libertine G" w:hAnsi="Linux Libertine G"/>
          <w:lang w:val="en-GB"/>
        </w:rPr>
        <w:t xml:space="preserve">this Safeguarding Policy; </w:t>
      </w:r>
    </w:p>
    <w:p>
      <w:pPr>
        <w:pStyle w:val="BodyText"/>
        <w:numPr>
          <w:ilvl w:val="1"/>
          <w:numId w:val="71"/>
        </w:numPr>
        <w:tabs>
          <w:tab w:val="clear" w:pos="720"/>
          <w:tab w:val="left" w:pos="0" w:leader="none"/>
        </w:tabs>
        <w:suppressAutoHyphens w:val="true"/>
        <w:spacing w:before="0" w:after="0"/>
        <w:ind w:hanging="283" w:left="1418"/>
        <w:rPr>
          <w:rFonts w:ascii="Linux Libertine G" w:hAnsi="Linux Libertine G"/>
          <w:lang w:val="en-GB"/>
        </w:rPr>
      </w:pPr>
      <w:r>
        <w:rPr>
          <w:rFonts w:ascii="Linux Libertine G" w:hAnsi="Linux Libertine G"/>
          <w:lang w:val="en-GB"/>
        </w:rPr>
        <w:t xml:space="preserve">the Code of Conduct; </w:t>
      </w:r>
    </w:p>
    <w:p>
      <w:pPr>
        <w:pStyle w:val="BodyText"/>
        <w:numPr>
          <w:ilvl w:val="1"/>
          <w:numId w:val="71"/>
        </w:numPr>
        <w:tabs>
          <w:tab w:val="clear" w:pos="720"/>
          <w:tab w:val="left" w:pos="0" w:leader="none"/>
        </w:tabs>
        <w:suppressAutoHyphens w:val="true"/>
        <w:spacing w:before="0" w:after="0"/>
        <w:ind w:hanging="283" w:left="1418"/>
        <w:rPr>
          <w:rFonts w:ascii="Linux Libertine G" w:hAnsi="Linux Libertine G"/>
          <w:lang w:val="en-GB"/>
        </w:rPr>
      </w:pPr>
      <w:r>
        <w:rPr>
          <w:rFonts w:ascii="Linux Libertine G" w:hAnsi="Linux Libertine G"/>
          <w:lang w:val="en-GB"/>
        </w:rPr>
        <w:t xml:space="preserve">reporting and recording procedures; </w:t>
      </w:r>
    </w:p>
    <w:p>
      <w:pPr>
        <w:pStyle w:val="BodyText"/>
        <w:numPr>
          <w:ilvl w:val="1"/>
          <w:numId w:val="71"/>
        </w:numPr>
        <w:tabs>
          <w:tab w:val="clear" w:pos="720"/>
          <w:tab w:val="left" w:pos="0" w:leader="none"/>
        </w:tabs>
        <w:suppressAutoHyphens w:val="true"/>
        <w:spacing w:before="0" w:after="0"/>
        <w:ind w:hanging="283" w:left="1418"/>
        <w:rPr>
          <w:rFonts w:ascii="Linux Libertine G" w:hAnsi="Linux Libertine G"/>
          <w:lang w:val="en-GB"/>
        </w:rPr>
      </w:pPr>
      <w:r>
        <w:rPr>
          <w:rFonts w:ascii="Linux Libertine G" w:hAnsi="Linux Libertine G"/>
          <w:lang w:val="en-GB"/>
        </w:rPr>
        <w:t xml:space="preserve">professional boundaries; </w:t>
      </w:r>
    </w:p>
    <w:p>
      <w:pPr>
        <w:pStyle w:val="BodyText"/>
        <w:numPr>
          <w:ilvl w:val="1"/>
          <w:numId w:val="71"/>
        </w:numPr>
        <w:tabs>
          <w:tab w:val="clear" w:pos="720"/>
          <w:tab w:val="left" w:pos="0" w:leader="none"/>
        </w:tabs>
        <w:suppressAutoHyphens w:val="true"/>
        <w:spacing w:before="0" w:after="0"/>
        <w:ind w:hanging="283" w:left="1418"/>
        <w:rPr>
          <w:rFonts w:ascii="Linux Libertine G" w:hAnsi="Linux Libertine G"/>
          <w:lang w:val="en-GB"/>
        </w:rPr>
      </w:pPr>
      <w:r>
        <w:rPr>
          <w:rFonts w:ascii="Linux Libertine G" w:hAnsi="Linux Libertine G"/>
          <w:lang w:val="en-GB"/>
        </w:rPr>
        <w:t xml:space="preserve">allegations and low-level concerns; </w:t>
      </w:r>
    </w:p>
    <w:p>
      <w:pPr>
        <w:pStyle w:val="BodyText"/>
        <w:numPr>
          <w:ilvl w:val="1"/>
          <w:numId w:val="71"/>
        </w:numPr>
        <w:tabs>
          <w:tab w:val="clear" w:pos="720"/>
          <w:tab w:val="left" w:pos="0" w:leader="none"/>
        </w:tabs>
        <w:suppressAutoHyphens w:val="true"/>
        <w:spacing w:before="0" w:after="0"/>
        <w:ind w:hanging="283" w:left="1418"/>
        <w:rPr>
          <w:rFonts w:ascii="Linux Libertine G" w:hAnsi="Linux Libertine G"/>
          <w:lang w:val="en-GB"/>
        </w:rPr>
      </w:pPr>
      <w:r>
        <w:rPr>
          <w:rFonts w:ascii="Linux Libertine G" w:hAnsi="Linux Libertine G"/>
          <w:lang w:val="en-GB"/>
        </w:rPr>
        <w:t xml:space="preserve">whistleblowing procedures; and </w:t>
      </w:r>
    </w:p>
    <w:p>
      <w:pPr>
        <w:pStyle w:val="BodyText"/>
        <w:numPr>
          <w:ilvl w:val="1"/>
          <w:numId w:val="71"/>
        </w:numPr>
        <w:tabs>
          <w:tab w:val="clear" w:pos="720"/>
          <w:tab w:val="left" w:pos="0" w:leader="none"/>
        </w:tabs>
        <w:suppressAutoHyphens w:val="true"/>
        <w:ind w:hanging="283" w:left="1418"/>
        <w:rPr>
          <w:rFonts w:ascii="Linux Libertine G" w:hAnsi="Linux Libertine G"/>
          <w:lang w:val="en-GB"/>
        </w:rPr>
      </w:pPr>
      <w:r>
        <w:rPr>
          <w:rFonts w:ascii="Linux Libertine G" w:hAnsi="Linux Libertine G"/>
          <w:lang w:val="en-GB"/>
        </w:rPr>
        <w:t xml:space="preserve">online safety and the acceptable use of technology. </w:t>
      </w:r>
    </w:p>
    <w:p>
      <w:pPr>
        <w:pStyle w:val="BodyText"/>
        <w:numPr>
          <w:ilvl w:val="0"/>
          <w:numId w:val="72"/>
        </w:numPr>
        <w:tabs>
          <w:tab w:val="clear" w:pos="720"/>
          <w:tab w:val="left" w:pos="0" w:leader="none"/>
        </w:tabs>
        <w:suppressAutoHyphens w:val="true"/>
        <w:spacing w:before="0" w:after="0"/>
        <w:ind w:hanging="283" w:left="720"/>
        <w:rPr>
          <w:rFonts w:ascii="Linux Libertine G" w:hAnsi="Linux Libertine G"/>
          <w:lang w:val="en-GB"/>
        </w:rPr>
      </w:pPr>
      <w:r>
        <w:rPr>
          <w:rFonts w:ascii="Linux Libertine G" w:hAnsi="Linux Libertine G"/>
          <w:lang w:val="en-GB"/>
        </w:rPr>
        <w:t xml:space="preserve">Ensure that safeguarding training is completed as part of induction and refreshed regularly thereafter. </w:t>
      </w:r>
    </w:p>
    <w:p>
      <w:pPr>
        <w:pStyle w:val="BodyText"/>
        <w:numPr>
          <w:ilvl w:val="0"/>
          <w:numId w:val="73"/>
        </w:numPr>
        <w:tabs>
          <w:tab w:val="clear" w:pos="720"/>
          <w:tab w:val="left" w:pos="0" w:leader="none"/>
        </w:tabs>
        <w:suppressAutoHyphens w:val="true"/>
        <w:spacing w:before="0" w:after="0"/>
        <w:ind w:hanging="283" w:left="720"/>
        <w:rPr>
          <w:rFonts w:ascii="Linux Libertine G" w:hAnsi="Linux Libertine G"/>
        </w:rPr>
      </w:pPr>
      <w:r>
        <w:rPr>
          <w:rStyle w:val="Strong"/>
          <w:rFonts w:ascii="Linux Libertine G" w:hAnsi="Linux Libertine G"/>
          <w:b w:val="false"/>
          <w:bCs w:val="false"/>
          <w:lang w:val="en-GB"/>
        </w:rPr>
        <w:t>Maintain ongoing vigilance after appointment and respond appropriately to any new information or concerns about a person’s suitability.</w:t>
      </w:r>
      <w:r>
        <w:rPr>
          <w:rFonts w:ascii="Linux Libertine G" w:hAnsi="Linux Libertine G"/>
          <w:b w:val="false"/>
          <w:bCs w:val="false"/>
          <w:lang w:val="en-GB"/>
        </w:rPr>
        <w:t xml:space="preserve"> </w:t>
      </w:r>
    </w:p>
    <w:p>
      <w:pPr>
        <w:pStyle w:val="BodyText"/>
        <w:numPr>
          <w:ilvl w:val="0"/>
          <w:numId w:val="74"/>
        </w:numPr>
        <w:tabs>
          <w:tab w:val="clear" w:pos="720"/>
          <w:tab w:val="left" w:pos="0" w:leader="none"/>
        </w:tabs>
        <w:suppressAutoHyphens w:val="true"/>
        <w:spacing w:before="0" w:after="0"/>
        <w:ind w:hanging="283" w:left="720"/>
        <w:rPr>
          <w:rFonts w:ascii="Linux Libertine G" w:hAnsi="Linux Libertine G"/>
        </w:rPr>
      </w:pPr>
      <w:r>
        <w:rPr>
          <w:rStyle w:val="Strong"/>
          <w:rFonts w:ascii="Linux Libertine G" w:hAnsi="Linux Libertine G"/>
          <w:b w:val="false"/>
          <w:bCs w:val="false"/>
          <w:lang w:val="en-GB"/>
        </w:rPr>
        <w:t>Make a referral to the Disclosure and Barring Service where the statutory referral conditions are met</w:t>
      </w:r>
      <w:r>
        <w:rPr>
          <w:rStyle w:val="Strong"/>
          <w:rFonts w:ascii="Linux Libertine G" w:hAnsi="Linux Libertine G"/>
          <w:lang w:val="en-GB"/>
        </w:rPr>
        <w:t>.</w:t>
      </w:r>
      <w:r>
        <w:rPr>
          <w:rFonts w:ascii="Linux Libertine G" w:hAnsi="Linux Libertine G"/>
          <w:lang w:val="en-GB"/>
        </w:rPr>
        <w:t xml:space="preserve"> Organisations providing regulated activity have a legal referral duty in relevant circumstances. </w:t>
      </w:r>
    </w:p>
    <w:p>
      <w:pPr>
        <w:pStyle w:val="BodyText"/>
        <w:numPr>
          <w:ilvl w:val="0"/>
          <w:numId w:val="75"/>
        </w:numPr>
        <w:tabs>
          <w:tab w:val="clear" w:pos="720"/>
          <w:tab w:val="left" w:pos="0" w:leader="none"/>
        </w:tabs>
        <w:suppressAutoHyphens w:val="true"/>
        <w:ind w:hanging="283" w:left="720"/>
        <w:rPr>
          <w:rFonts w:ascii="Linux Libertine G" w:hAnsi="Linux Libertine G"/>
          <w:lang w:val="en-GB"/>
        </w:rPr>
      </w:pPr>
      <w:r>
        <w:rPr>
          <w:rFonts w:ascii="Linux Libertine G" w:hAnsi="Linux Libertine G"/>
          <w:lang w:val="en-GB"/>
        </w:rPr>
        <w:t xml:space="preserve">Maintain recruitment records securely and in accordance with data-protection legislation. </w:t>
      </w:r>
    </w:p>
    <w:p>
      <w:pPr>
        <w:pStyle w:val="BodyText"/>
        <w:numPr>
          <w:ilvl w:val="0"/>
          <w:numId w:val="0"/>
        </w:numPr>
        <w:tabs>
          <w:tab w:val="clear" w:pos="720"/>
          <w:tab w:val="left" w:pos="0" w:leader="none"/>
        </w:tabs>
        <w:suppressAutoHyphens w:val="true"/>
        <w:spacing w:before="0" w:after="0"/>
        <w:ind w:hanging="0" w:left="709"/>
        <w:rPr>
          <w:rFonts w:ascii="Linux Libertine G" w:hAnsi="Linux Libertine G"/>
        </w:rPr>
      </w:pPr>
      <w:r>
        <w:rPr>
          <w:lang w:val="en-GB"/>
        </w:rPr>
      </w:r>
    </w:p>
    <w:p>
      <w:pPr>
        <w:pStyle w:val="Heading3"/>
        <w:suppressAutoHyphens w:val="true"/>
        <w:rPr>
          <w:rFonts w:ascii="Linux Libertine G" w:hAnsi="Linux Libertine G" w:eastAsia="" w:cs="" w:cstheme="minorBidi" w:eastAsiaTheme="minorEastAsia"/>
          <w:color w:val="auto"/>
        </w:rPr>
      </w:pPr>
      <w:r>
        <w:rPr>
          <w:rFonts w:eastAsia="" w:cs="" w:ascii="Cambria" w:hAnsi="Cambria" w:asciiTheme="minorHAnsi" w:cstheme="minorBidi" w:eastAsiaTheme="minorEastAsia" w:hAnsiTheme="minorHAnsi"/>
          <w:color w:val="auto"/>
          <w:lang w:val="en-GB"/>
        </w:rPr>
        <w:t>Volunteers</w:t>
      </w:r>
    </w:p>
    <w:p>
      <w:pPr>
        <w:pStyle w:val="BlockQuotationuser"/>
        <w:suppressAutoHyphens w:val="true"/>
        <w:spacing w:before="0" w:after="120"/>
        <w:ind w:hanging="0" w:left="0"/>
        <w:rPr>
          <w:rFonts w:ascii="Linux Libertine G" w:hAnsi="Linux Libertine G"/>
        </w:rPr>
      </w:pPr>
      <w:r>
        <w:rPr>
          <w:rFonts w:ascii="Linux Libertine G" w:hAnsi="Linux Libertine G"/>
          <w:lang w:val="en-GB"/>
        </w:rPr>
        <w:t xml:space="preserve">Volunteers will undergo a risk assessment to determine the </w:t>
      </w:r>
      <w:r>
        <w:rPr>
          <w:rFonts w:ascii="Linux Libertine G" w:hAnsi="Linux Libertine G"/>
          <w:lang w:val="en-GB"/>
        </w:rPr>
        <w:t>appropriate recruitment checks, the level of supervision required and the appropriate Disclosure and Barring Services (DBS) check for their role, in accordance with current legislation and the nature of the activities undertaken</w:t>
      </w:r>
      <w:r>
        <w:rPr>
          <w:rFonts w:ascii="Linux Libertine G" w:hAnsi="Linux Libertine G"/>
          <w:lang w:val="en-GB"/>
        </w:rPr>
        <w:t xml:space="preserve">. Volunteers will receive appropriate safeguarding training, supervision and support and will never be left unsupervised with children unless all appropriate recruitment and safeguarding checks have been completed. </w:t>
      </w:r>
      <w:r>
        <w:rPr>
          <w:rFonts w:ascii="Linux Libertine G" w:hAnsi="Linux Libertine G"/>
          <w:lang w:val="en-GB"/>
        </w:rPr>
        <w:t xml:space="preserve">Where volunteers undertake regulated activity with children or adults. The appropriate enhanced DBS and barred list checks will be obtained where legally required. </w:t>
      </w:r>
    </w:p>
    <w:p>
      <w:pPr>
        <w:pStyle w:val="BodyText"/>
        <w:suppressAutoHyphens w:val="true"/>
        <w:rPr>
          <w:rFonts w:ascii="Linux Libertine G" w:hAnsi="Linux Libertine G"/>
        </w:rPr>
      </w:pPr>
      <w:r>
        <w:rPr>
          <w:rFonts w:ascii="Linux Libertine G" w:hAnsi="Linux Libertine G"/>
          <w:lang w:val="en-GB"/>
        </w:rPr>
        <w:t xml:space="preserve">Changing Strides Equine Therapies recognises that safeguarding is everyone's responsibility and aims to promote a culture of vigilance, openness and accountability throughout the organisation. </w:t>
      </w:r>
    </w:p>
    <w:p>
      <w:pPr>
        <w:pStyle w:val="NormalCustom"/>
        <w:spacing w:before="0" w:after="0"/>
        <w:rPr>
          <w:rFonts w:ascii="Linux Libertine G" w:hAnsi="Linux Libertine G"/>
        </w:rPr>
      </w:pPr>
      <w:r>
        <w:rPr>
          <w:rFonts w:ascii="Linux Libertine G" w:hAnsi="Linux Libertine G"/>
          <w:lang w:val="en-GB"/>
        </w:rPr>
      </w:r>
    </w:p>
    <w:p>
      <w:pPr>
        <w:pStyle w:val="NormalCustom"/>
        <w:rPr>
          <w:rFonts w:ascii="Linux Libertine G" w:hAnsi="Linux Libertine G"/>
        </w:rPr>
      </w:pPr>
      <w:r>
        <w:rPr>
          <w:rFonts w:ascii="Linux Libertine G" w:hAnsi="Linux Libertine G"/>
          <w:color w:val="2A6099"/>
          <w:sz w:val="22"/>
          <w:szCs w:val="22"/>
          <w:lang w:val="en-GB"/>
        </w:rPr>
        <w:t>10. REPORTING PROCEDURES</w:t>
      </w:r>
      <w:r>
        <w:rPr>
          <w:rFonts w:ascii="Linux Libertine G" w:hAnsi="Linux Libertine G"/>
          <w:sz w:val="22"/>
          <w:szCs w:val="22"/>
          <w:lang w:val="en-GB"/>
        </w:rPr>
        <w:br/>
        <w:t xml:space="preserve">All concerns or allegations must be reported to the DSL immediately. </w:t>
      </w:r>
      <w:r>
        <w:rPr>
          <w:lang w:val="en-GB"/>
        </w:rPr>
        <w:t xml:space="preserve">Safeguarding concerns </w:t>
      </w:r>
      <w:r>
        <w:rPr>
          <w:lang w:val="en-GB"/>
        </w:rPr>
        <w:t>must</w:t>
      </w:r>
      <w:r>
        <w:rPr>
          <w:lang w:val="en-GB"/>
        </w:rPr>
        <w:t xml:space="preserve"> never be delayed. If a child or adult at risk is in immediate danger or a crime is being committed, emergency services must be contacted immediately by calling 999. Staff and volunteers should then inform the Designated Safeguarding Lead as soon as it is safe to do so. </w:t>
      </w:r>
      <w:r>
        <w:rPr>
          <w:rFonts w:ascii="Linux Libertine G" w:hAnsi="Linux Libertine G"/>
          <w:sz w:val="22"/>
          <w:szCs w:val="22"/>
          <w:lang w:val="en-GB"/>
        </w:rPr>
        <w:t xml:space="preserve"> </w:t>
      </w:r>
    </w:p>
    <w:p>
      <w:pPr>
        <w:pStyle w:val="NormalCustom"/>
        <w:spacing w:before="0" w:after="0"/>
        <w:rPr>
          <w:rFonts w:ascii="Linux Libertine G" w:hAnsi="Linux Libertine G"/>
        </w:rPr>
      </w:pPr>
      <w:r>
        <w:rPr>
          <w:rFonts w:ascii="Linux Libertine G" w:hAnsi="Linux Libertine G"/>
          <w:sz w:val="22"/>
          <w:szCs w:val="22"/>
          <w:lang w:val="en-GB"/>
        </w:rPr>
        <w:t>Steps to follow:</w:t>
        <w:br/>
        <w:t>1. Stay calm and listen carefully. (See – ‘</w:t>
      </w:r>
      <w:bookmarkStart w:id="4" w:name="_Toc4862469511"/>
      <w:r>
        <w:rPr>
          <w:rFonts w:ascii="Linux Libertine G" w:hAnsi="Linux Libertine G"/>
          <w:i/>
          <w:iCs/>
          <w:sz w:val="22"/>
          <w:szCs w:val="22"/>
          <w:lang w:val="en-GB"/>
        </w:rPr>
        <w:t>R</w:t>
      </w:r>
      <w:bookmarkEnd w:id="4"/>
      <w:r>
        <w:rPr>
          <w:rFonts w:ascii="Linux Libertine G" w:hAnsi="Linux Libertine G"/>
          <w:i/>
          <w:iCs/>
          <w:sz w:val="22"/>
          <w:szCs w:val="22"/>
          <w:lang w:val="en-GB"/>
        </w:rPr>
        <w:t>esponding to a Disclosure</w:t>
      </w:r>
      <w:r>
        <w:rPr>
          <w:rFonts w:eastAsia="Times New Roman" w:cs="Cambria" w:ascii="Linux Libertine G" w:hAnsi="Linux Libertine G" w:cstheme="minorHAnsi"/>
          <w:b w:val="false"/>
          <w:bCs w:val="false"/>
          <w:i/>
          <w:iCs/>
          <w:sz w:val="22"/>
          <w:szCs w:val="22"/>
          <w:lang w:val="en-GB" w:eastAsia="x-none"/>
        </w:rPr>
        <w:t>’</w:t>
      </w:r>
      <w:r>
        <w:rPr>
          <w:rFonts w:eastAsia="Times New Roman" w:cs="Cambria" w:ascii="Linux Libertine G" w:hAnsi="Linux Libertine G" w:cstheme="minorHAnsi"/>
          <w:b/>
          <w:bCs/>
          <w:sz w:val="22"/>
          <w:szCs w:val="22"/>
          <w:lang w:val="en-GB" w:eastAsia="x-none"/>
        </w:rPr>
        <w:t>)</w:t>
      </w:r>
      <w:r>
        <w:rPr>
          <w:rFonts w:ascii="Linux Libertine G" w:hAnsi="Linux Libertine G"/>
          <w:sz w:val="22"/>
          <w:szCs w:val="22"/>
          <w:lang w:val="en-GB"/>
        </w:rPr>
        <w:br/>
        <w:t xml:space="preserve">2. Do not promise confidentiality; explain that you will need to share information with those that need to know in order to keep them safe. </w:t>
        <w:br/>
        <w:t xml:space="preserve">3. Write a factual, accurate, dated and signed account of what was said or observed using the child’s own words wherever possible. </w:t>
      </w:r>
      <w:r>
        <w:rPr>
          <w:rFonts w:ascii="Linux Libertine G" w:hAnsi="Linux Libertine G"/>
          <w:sz w:val="22"/>
          <w:szCs w:val="22"/>
          <w:lang w:val="en-GB"/>
        </w:rPr>
        <w:t>Records should clearly distinguish between fact, observation and profe</w:t>
      </w:r>
      <w:r>
        <w:rPr>
          <w:rFonts w:ascii="Linux Libertine G" w:hAnsi="Linux Libertine G"/>
          <w:sz w:val="22"/>
          <w:szCs w:val="22"/>
          <w:lang w:val="en-GB"/>
        </w:rPr>
        <w:t>ssional opinion.</w:t>
      </w:r>
      <w:r>
        <w:rPr>
          <w:rFonts w:ascii="Linux Libertine G" w:hAnsi="Linux Libertine G"/>
          <w:sz w:val="22"/>
          <w:szCs w:val="22"/>
          <w:lang w:val="en-GB"/>
        </w:rPr>
        <w:br/>
        <w:t>4. Inform the DSL without delay.</w:t>
      </w:r>
    </w:p>
    <w:p>
      <w:pPr>
        <w:pStyle w:val="NormalCustom"/>
        <w:spacing w:before="0" w:after="0"/>
        <w:rPr>
          <w:rFonts w:ascii="Linux Libertine G" w:hAnsi="Linux Libertine G"/>
          <w:sz w:val="22"/>
          <w:szCs w:val="22"/>
        </w:rPr>
      </w:pPr>
      <w:r>
        <w:rPr>
          <w:rFonts w:ascii="Linux Libertine G" w:hAnsi="Linux Libertine G"/>
          <w:sz w:val="22"/>
          <w:szCs w:val="22"/>
          <w:lang w:val="en-GB"/>
        </w:rPr>
        <w:t xml:space="preserve">5. Do not investigate, ask leading questions or attempt to determine whether abuse has occurred. </w:t>
      </w:r>
    </w:p>
    <w:p>
      <w:pPr>
        <w:pStyle w:val="NormalCustom"/>
        <w:spacing w:before="0" w:after="0"/>
        <w:rPr>
          <w:rFonts w:ascii="Linux Libertine G" w:hAnsi="Linux Libertine G"/>
          <w:sz w:val="22"/>
          <w:szCs w:val="22"/>
        </w:rPr>
      </w:pPr>
      <w:r>
        <w:rPr>
          <w:rFonts w:ascii="Linux Libertine G" w:hAnsi="Linux Libertine G"/>
          <w:sz w:val="22"/>
          <w:szCs w:val="22"/>
          <w:lang w:val="en-GB"/>
        </w:rPr>
        <w:t xml:space="preserve">6. Continue to support the child and maintain confidentiality on a need to know basis. </w:t>
      </w:r>
    </w:p>
    <w:p>
      <w:pPr>
        <w:pStyle w:val="NormalCustom"/>
        <w:spacing w:before="0" w:after="0"/>
        <w:rPr>
          <w:rFonts w:ascii="Linux Libertine G" w:hAnsi="Linux Libertine G"/>
          <w:sz w:val="22"/>
          <w:szCs w:val="22"/>
        </w:rPr>
      </w:pPr>
      <w:r>
        <w:rPr>
          <w:rFonts w:ascii="Linux Libertine G" w:hAnsi="Linux Libertine G"/>
          <w:sz w:val="22"/>
          <w:szCs w:val="22"/>
          <w:lang w:val="en-GB"/>
        </w:rPr>
      </w:r>
    </w:p>
    <w:p>
      <w:pPr>
        <w:pStyle w:val="Normal"/>
        <w:keepNext w:val="true"/>
        <w:keepLines/>
        <w:numPr>
          <w:ilvl w:val="0"/>
          <w:numId w:val="0"/>
        </w:numPr>
        <w:spacing w:lineRule="auto" w:line="240" w:before="0" w:after="0"/>
        <w:ind w:hanging="0" w:left="0"/>
        <w:outlineLvl w:val="1"/>
        <w:rPr>
          <w:rFonts w:ascii="Linux Libertine G" w:hAnsi="Linux Libertine G"/>
        </w:rPr>
      </w:pPr>
      <w:bookmarkStart w:id="5" w:name="_Toc486246950"/>
      <w:r>
        <w:rPr>
          <w:rFonts w:eastAsia="Times New Roman" w:cs="Cambria" w:ascii="Linux Libertine G" w:hAnsi="Linux Libertine G" w:cstheme="minorHAnsi"/>
          <w:b/>
          <w:bCs/>
          <w:lang w:val="en-GB" w:eastAsia="x-none"/>
        </w:rPr>
        <w:t>Urgent Concerns</w:t>
      </w:r>
      <w:bookmarkEnd w:id="5"/>
      <w:r>
        <w:rPr>
          <w:rFonts w:eastAsia="Times New Roman" w:cs="Cambria" w:ascii="Linux Libertine G" w:hAnsi="Linux Libertine G" w:cstheme="minorHAnsi"/>
          <w:b/>
          <w:bCs/>
          <w:lang w:val="en-GB" w:eastAsia="x-none"/>
        </w:rPr>
        <w:t xml:space="preserve"> - </w:t>
      </w:r>
      <w:r>
        <w:rPr>
          <w:rFonts w:eastAsia="Calibri" w:cs="Cambria" w:ascii="Linux Libertine G" w:hAnsi="Linux Libertine G" w:cstheme="minorHAnsi"/>
          <w:lang w:val="en-GB"/>
        </w:rPr>
        <w:t xml:space="preserve">Where a child needs immediate protection prompt action will be taken. </w:t>
      </w:r>
      <w:r>
        <w:rPr>
          <w:lang w:val="en-GB"/>
        </w:rPr>
        <w:t xml:space="preserve">Where there is reasonable cause to suspect that a child is suffering, or is likely to suffer, significant harm, an immediate referral will be made to Children's Social Care and/or the Police. Staff should never assume that somebody else has taken action. </w:t>
      </w:r>
      <w:r>
        <w:rPr>
          <w:rFonts w:eastAsia="Calibri" w:cs="Cambria" w:ascii="Linux Libertine G" w:hAnsi="Linux Libertine G" w:cstheme="minorHAnsi"/>
          <w:lang w:val="en-GB"/>
        </w:rPr>
        <w:t xml:space="preserve">If there is doubt about the appropriate course of action. Advice should be sought immediately from the Designated Safeguarding Lead or Children’s Social Care, provided this does not delay action. </w:t>
      </w:r>
    </w:p>
    <w:p>
      <w:pPr>
        <w:pStyle w:val="Normal"/>
        <w:keepNext w:val="true"/>
        <w:keepLines/>
        <w:numPr>
          <w:ilvl w:val="0"/>
          <w:numId w:val="0"/>
        </w:numPr>
        <w:spacing w:lineRule="auto" w:line="240" w:before="0" w:after="0"/>
        <w:ind w:hanging="0" w:left="0"/>
        <w:outlineLvl w:val="1"/>
        <w:rPr>
          <w:rFonts w:ascii="Linux Libertine G" w:hAnsi="Linux Libertine G"/>
        </w:rPr>
      </w:pPr>
      <w:r>
        <w:rPr>
          <w:rFonts w:ascii="Linux Libertine G" w:hAnsi="Linux Libertine G"/>
          <w:lang w:val="en-GB"/>
        </w:rPr>
      </w:r>
    </w:p>
    <w:p>
      <w:pPr>
        <w:pStyle w:val="Normal"/>
        <w:numPr>
          <w:ilvl w:val="0"/>
          <w:numId w:val="0"/>
        </w:numPr>
        <w:spacing w:lineRule="auto" w:line="240" w:before="0" w:after="0"/>
        <w:ind w:hanging="0" w:left="0"/>
        <w:outlineLvl w:val="1"/>
        <w:rPr>
          <w:rFonts w:ascii="Linux Libertine G" w:hAnsi="Linux Libertine G"/>
        </w:rPr>
      </w:pPr>
      <w:bookmarkStart w:id="6" w:name="_Toc486246951"/>
      <w:r>
        <w:rPr>
          <w:rFonts w:eastAsia="Times New Roman" w:cs="Cambria" w:ascii="Linux Libertine G" w:hAnsi="Linux Libertine G" w:cstheme="minorHAnsi"/>
          <w:b/>
          <w:bCs/>
          <w:lang w:val="en-GB" w:eastAsia="x-none"/>
        </w:rPr>
        <w:t>R</w:t>
      </w:r>
      <w:bookmarkEnd w:id="6"/>
      <w:r>
        <w:rPr>
          <w:rFonts w:eastAsia="Times New Roman" w:cs="Cambria" w:ascii="Linux Libertine G" w:hAnsi="Linux Libertine G" w:cstheme="minorHAnsi"/>
          <w:b/>
          <w:bCs/>
          <w:lang w:val="en-GB" w:eastAsia="x-none"/>
        </w:rPr>
        <w:t xml:space="preserve">esponding to a Disclosure - </w:t>
      </w:r>
      <w:r>
        <w:rPr>
          <w:rFonts w:eastAsia="Calibri" w:cs="Cambria" w:ascii="Linux Libertine G" w:hAnsi="Linux Libertine G" w:cstheme="minorHAnsi"/>
          <w:lang w:val="en-GB"/>
        </w:rPr>
        <w:t>Whenever a child reports that they are suffering or have suffered significant harm through abuse or neglect, the initial response from all practitioners should be to listen carefully to what the child says and to observe the child’s behaviour and circumstances in order to:</w:t>
      </w:r>
    </w:p>
    <w:p>
      <w:pPr>
        <w:pStyle w:val="ListParagraph"/>
        <w:numPr>
          <w:ilvl w:val="0"/>
          <w:numId w:val="19"/>
        </w:numPr>
        <w:spacing w:before="0" w:after="0"/>
        <w:contextualSpacing/>
        <w:rPr>
          <w:rFonts w:ascii="Linux Libertine G" w:hAnsi="Linux Libertine G"/>
        </w:rPr>
      </w:pPr>
      <w:r>
        <w:rPr>
          <w:rFonts w:cs="Cambria" w:ascii="Linux Libertine G" w:hAnsi="Linux Libertine G" w:cstheme="minorHAnsi"/>
          <w:lang w:val="en-GB"/>
        </w:rPr>
        <w:t>Clarify the concerns only when necessary and without asking leading questions;</w:t>
      </w:r>
    </w:p>
    <w:p>
      <w:pPr>
        <w:pStyle w:val="ListParagraph"/>
        <w:numPr>
          <w:ilvl w:val="0"/>
          <w:numId w:val="19"/>
        </w:numPr>
        <w:spacing w:before="0" w:after="0"/>
        <w:contextualSpacing/>
        <w:rPr>
          <w:rFonts w:ascii="Linux Libertine G" w:hAnsi="Linux Libertine G"/>
        </w:rPr>
      </w:pPr>
      <w:r>
        <w:rPr>
          <w:rFonts w:cs="Cambria" w:ascii="Linux Libertine G" w:hAnsi="Linux Libertine G" w:cstheme="minorHAnsi"/>
          <w:lang w:val="en-GB"/>
        </w:rPr>
        <w:t>Offer reassurance and remain calm;</w:t>
      </w:r>
    </w:p>
    <w:p>
      <w:pPr>
        <w:pStyle w:val="ListParagraph"/>
        <w:numPr>
          <w:ilvl w:val="0"/>
          <w:numId w:val="19"/>
        </w:numPr>
        <w:spacing w:before="0" w:after="0"/>
        <w:contextualSpacing/>
        <w:rPr>
          <w:rFonts w:ascii="Linux Libertine G" w:hAnsi="Linux Libertine G"/>
        </w:rPr>
      </w:pPr>
      <w:r>
        <w:rPr>
          <w:rFonts w:cs="Cambria" w:cstheme="minorHAnsi" w:ascii="Linux Libertine G" w:hAnsi="Linux Libertine G"/>
          <w:lang w:val="en-GB"/>
        </w:rPr>
        <w:t>Offer reassurance where appropriate, without making promises that cannot be kept, and explain what will happen next where this is known;</w:t>
      </w:r>
    </w:p>
    <w:p>
      <w:pPr>
        <w:pStyle w:val="ListParagraph"/>
        <w:numPr>
          <w:ilvl w:val="0"/>
          <w:numId w:val="19"/>
        </w:numPr>
        <w:spacing w:before="0" w:after="0"/>
        <w:contextualSpacing/>
        <w:rPr>
          <w:rFonts w:ascii="Linux Libertine G" w:hAnsi="Linux Libertine G"/>
        </w:rPr>
      </w:pPr>
      <w:r>
        <w:rPr>
          <w:rFonts w:cs="Cambria" w:cstheme="minorHAnsi" w:ascii="Linux Libertine G" w:hAnsi="Linux Libertine G"/>
          <w:lang w:val="en-GB"/>
        </w:rPr>
        <w:t xml:space="preserve">Explain what action will be taken and that the information will be shared with the people who will need to know in order to keep them safe. </w:t>
      </w:r>
    </w:p>
    <w:p>
      <w:pPr>
        <w:pStyle w:val="ListParagraph"/>
        <w:spacing w:before="0" w:after="0"/>
        <w:ind w:hanging="0" w:left="0"/>
        <w:contextualSpacing/>
        <w:rPr>
          <w:rFonts w:ascii="Linux Libertine G" w:hAnsi="Linux Libertine G" w:cs="Cambria" w:cstheme="minorHAnsi"/>
          <w:lang w:val="en-GB"/>
        </w:rPr>
      </w:pPr>
      <w:r>
        <w:rPr>
          <w:rFonts w:cs="Cambria" w:cstheme="minorHAnsi" w:ascii="Linux Libertine G" w:hAnsi="Linux Libertine G"/>
          <w:lang w:val="en-GB"/>
        </w:rPr>
      </w:r>
    </w:p>
    <w:p>
      <w:pPr>
        <w:pStyle w:val="ListParagraph"/>
        <w:spacing w:before="0" w:after="0"/>
        <w:ind w:hanging="0" w:left="0"/>
        <w:contextualSpacing/>
        <w:rPr>
          <w:rFonts w:ascii="Linux Libertine G" w:hAnsi="Linux Libertine G" w:cs="Cambria" w:cstheme="minorHAnsi"/>
          <w:lang w:val="en-GB"/>
        </w:rPr>
      </w:pPr>
      <w:r>
        <w:rPr>
          <w:rFonts w:cs="Cambria" w:cstheme="minorHAnsi" w:ascii="Linux Libertine G" w:hAnsi="Linux Libertine G"/>
          <w:lang w:val="en-GB"/>
        </w:rPr>
        <w:t xml:space="preserve">Staff should accept what the child says without expressing shock, disbelief or judgement.  </w:t>
      </w:r>
    </w:p>
    <w:p>
      <w:pPr>
        <w:pStyle w:val="Normal"/>
        <w:spacing w:lineRule="auto" w:line="240" w:before="0" w:after="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The child must not be pressed for information, led or cross-examined or given false assurances of absolute confidentiality, as this could prejudice police investigations, especially in cases of sexual abuse.</w:t>
      </w:r>
    </w:p>
    <w:p>
      <w:pPr>
        <w:pStyle w:val="Normal"/>
        <w:spacing w:lineRule="auto" w:line="240" w:before="0" w:after="0"/>
        <w:rPr>
          <w:rFonts w:ascii="Linux Libertine G" w:hAnsi="Linux Libertine G" w:eastAsia="Calibri" w:cs="Cambria" w:cstheme="minorHAnsi"/>
          <w:b/>
          <w:bCs/>
        </w:rPr>
      </w:pPr>
      <w:r>
        <w:rPr>
          <w:rFonts w:eastAsia="Calibri" w:cs="Cambria" w:ascii="Linux Libertine G" w:hAnsi="Linux Libertine G" w:cstheme="minorHAnsi"/>
          <w:b/>
          <w:bCs/>
          <w:lang w:val="en-GB"/>
        </w:rPr>
        <w:t>Staff should never investigate concerns themselves or ask questions intended to obtain evidence.</w:t>
      </w:r>
    </w:p>
    <w:p>
      <w:pPr>
        <w:pStyle w:val="Normal"/>
        <w:spacing w:lineRule="auto" w:line="240" w:before="0" w:after="0"/>
        <w:rPr>
          <w:rFonts w:ascii="Linux Libertine G" w:hAnsi="Linux Libertine G" w:eastAsia="Calibri" w:cs="Cambria" w:cstheme="minorHAnsi"/>
          <w:b/>
          <w:bCs/>
        </w:rPr>
      </w:pPr>
      <w:r>
        <w:rPr>
          <w:rFonts w:eastAsia="Calibri" w:cs="Cambria" w:cstheme="minorHAnsi" w:ascii="Linux Libertine G" w:hAnsi="Linux Libertine G"/>
          <w:b/>
          <w:bCs/>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If the child can understand the significance and consequences of making a referral to Children's Social Care, they should be asked for their views.</w:t>
      </w:r>
    </w:p>
    <w:p>
      <w:pPr>
        <w:pStyle w:val="Normal"/>
        <w:spacing w:lineRule="auto" w:line="240" w:before="0" w:after="0"/>
        <w:rPr>
          <w:rFonts w:ascii="Linux Libertine G" w:hAnsi="Linux Libertine G"/>
        </w:rPr>
      </w:pPr>
      <w:r>
        <w:rPr>
          <w:rFonts w:ascii="Linux Libertine G" w:hAnsi="Linux Libertine G"/>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 xml:space="preserve">The child’s wishes and feelings should always be sought, considered and recorded in accordance with their age, understanding and developmental needs. </w:t>
      </w:r>
    </w:p>
    <w:p>
      <w:pPr>
        <w:pStyle w:val="Normal"/>
        <w:spacing w:lineRule="auto" w:line="240" w:before="0" w:after="0"/>
        <w:rPr>
          <w:rFonts w:ascii="Linux Libertine G" w:hAnsi="Linux Libertine G"/>
          <w:sz w:val="22"/>
          <w:szCs w:val="22"/>
        </w:rPr>
      </w:pPr>
      <w:r>
        <w:rPr>
          <w:rFonts w:ascii="Linux Libertine G" w:hAnsi="Linux Libertine G"/>
          <w:sz w:val="22"/>
          <w:szCs w:val="22"/>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sz w:val="22"/>
          <w:szCs w:val="22"/>
          <w:lang w:val="en-GB"/>
        </w:rPr>
        <w:t>It should be explained to the child that whilst their view will be taken into account, we have a responsibility to take whatever action is required to ensure the child's safety and the safety of other children.</w:t>
      </w:r>
    </w:p>
    <w:p>
      <w:pPr>
        <w:pStyle w:val="Normal"/>
        <w:spacing w:lineRule="auto" w:line="240" w:before="0" w:after="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keepNext w:val="true"/>
        <w:keepLines/>
        <w:numPr>
          <w:ilvl w:val="0"/>
          <w:numId w:val="0"/>
        </w:numPr>
        <w:spacing w:lineRule="auto" w:line="240" w:before="0" w:after="0"/>
        <w:ind w:hanging="0" w:left="0"/>
        <w:outlineLvl w:val="1"/>
        <w:rPr>
          <w:rFonts w:ascii="Linux Libertine G" w:hAnsi="Linux Libertine G"/>
          <w:b w:val="false"/>
          <w:bCs w:val="false"/>
        </w:rPr>
      </w:pPr>
      <w:bookmarkStart w:id="7" w:name="_Toc486246952"/>
      <w:r>
        <w:rPr>
          <w:rFonts w:eastAsia="Times New Roman" w:cs="Cambria" w:ascii="Linux Libertine G" w:hAnsi="Linux Libertine G" w:cstheme="minorHAnsi"/>
          <w:b/>
          <w:bCs/>
          <w:lang w:val="en-GB" w:eastAsia="x-none"/>
        </w:rPr>
        <w:t>Parental Consultation</w:t>
      </w:r>
      <w:bookmarkEnd w:id="7"/>
      <w:r>
        <w:rPr>
          <w:rFonts w:eastAsia="Times New Roman" w:cs="Cambria" w:ascii="Linux Libertine G" w:hAnsi="Linux Libertine G" w:cstheme="minorHAnsi"/>
          <w:b/>
          <w:bCs/>
          <w:lang w:val="en-GB" w:eastAsia="x-none"/>
        </w:rPr>
        <w:t xml:space="preserve"> –</w:t>
      </w:r>
    </w:p>
    <w:p>
      <w:pPr>
        <w:pStyle w:val="Normal"/>
        <w:numPr>
          <w:ilvl w:val="0"/>
          <w:numId w:val="0"/>
        </w:numPr>
        <w:spacing w:lineRule="auto" w:line="240" w:before="0" w:after="0"/>
        <w:ind w:hanging="0" w:left="0"/>
        <w:outlineLvl w:val="1"/>
        <w:rPr>
          <w:rFonts w:ascii="Linux Libertine G" w:hAnsi="Linux Libertine G"/>
          <w:b w:val="false"/>
          <w:bCs w:val="false"/>
        </w:rPr>
      </w:pPr>
      <w:r>
        <w:rPr>
          <w:rFonts w:eastAsia="Times New Roman" w:cs="Cambria" w:ascii="Linux Libertine G" w:hAnsi="Linux Libertine G" w:cstheme="minorHAnsi"/>
          <w:b w:val="false"/>
          <w:bCs w:val="false"/>
          <w:lang w:val="en-GB" w:eastAsia="x-none"/>
        </w:rPr>
        <w:t xml:space="preserve">Where appropriate, concerns should be discussed with parents or carers and their agreement sought before making a referral to Children's Social Care. </w:t>
      </w:r>
      <w:r>
        <w:rPr>
          <w:lang w:val="en-GB"/>
        </w:rPr>
        <w:t>However, consent should not be sought if doing so would place the child, another person or a member of staff at increased risk of harm, prejudice a police investigation or lead to the destruction of evidence.</w:t>
      </w:r>
      <w:r>
        <w:rPr>
          <w:rFonts w:eastAsia="Calibri" w:cs="Cambria" w:ascii="Linux Libertine G" w:hAnsi="Linux Libertine G" w:cstheme="minorHAnsi"/>
          <w:lang w:val="en-GB"/>
        </w:rPr>
        <w:t xml:space="preserve"> If in doubt, seek advice from the Designated Safeguarding Lead or Children’s Social Care.</w:t>
      </w:r>
    </w:p>
    <w:p>
      <w:pPr>
        <w:pStyle w:val="Normal"/>
        <w:numPr>
          <w:ilvl w:val="0"/>
          <w:numId w:val="0"/>
        </w:numPr>
        <w:spacing w:lineRule="auto" w:line="240" w:before="0" w:after="0"/>
        <w:ind w:hanging="0" w:left="0"/>
        <w:outlineLvl w:val="1"/>
        <w:rPr>
          <w:rFonts w:ascii="Linux Libertine G" w:hAnsi="Linux Libertine G"/>
          <w:b w:val="false"/>
          <w:bCs w:val="false"/>
        </w:rPr>
      </w:pPr>
      <w:r>
        <w:rPr>
          <w:rFonts w:ascii="Linux Libertine G" w:hAnsi="Linux Libertine G"/>
          <w:b w:val="false"/>
          <w:bCs w:val="false"/>
          <w:lang w:val="en-GB"/>
        </w:rPr>
      </w:r>
    </w:p>
    <w:p>
      <w:pPr>
        <w:pStyle w:val="Normal"/>
        <w:numPr>
          <w:ilvl w:val="0"/>
          <w:numId w:val="0"/>
        </w:numPr>
        <w:spacing w:lineRule="auto" w:line="240" w:before="0" w:after="0"/>
        <w:ind w:hanging="0" w:left="0"/>
        <w:outlineLvl w:val="1"/>
        <w:rPr>
          <w:rFonts w:ascii="Linux Libertine G" w:hAnsi="Linux Libertine G"/>
          <w:b w:val="false"/>
          <w:bCs w:val="false"/>
        </w:rPr>
      </w:pPr>
      <w:r>
        <w:rPr>
          <w:rFonts w:eastAsia="Calibri" w:cs="Cambria" w:ascii="Linux Libertine G" w:hAnsi="Linux Libertine G" w:cstheme="minorHAnsi"/>
          <w:lang w:val="en-GB"/>
        </w:rPr>
        <w:t>The ration</w:t>
      </w:r>
      <w:r>
        <w:rPr>
          <w:rFonts w:eastAsia="Calibri" w:cs="Cambria" w:ascii="Linux Libertine G" w:hAnsi="Linux Libertine G" w:cstheme="minorHAnsi"/>
          <w:lang w:val="en-GB"/>
        </w:rPr>
        <w:t>a</w:t>
      </w:r>
      <w:r>
        <w:rPr>
          <w:rFonts w:eastAsia="Calibri" w:cs="Cambria" w:ascii="Linux Libertine G" w:hAnsi="Linux Libertine G" w:cstheme="minorHAnsi"/>
          <w:lang w:val="en-GB"/>
        </w:rPr>
        <w:t>l</w:t>
      </w:r>
      <w:r>
        <w:rPr>
          <w:rFonts w:eastAsia="Calibri" w:cs="Cambria" w:ascii="Linux Libertine G" w:hAnsi="Linux Libertine G" w:cstheme="minorHAnsi"/>
          <w:lang w:val="en-GB"/>
        </w:rPr>
        <w:t>e</w:t>
      </w:r>
      <w:r>
        <w:rPr>
          <w:rFonts w:eastAsia="Calibri" w:cs="Cambria" w:ascii="Linux Libertine G" w:hAnsi="Linux Libertine G" w:cstheme="minorHAnsi"/>
          <w:lang w:val="en-GB"/>
        </w:rPr>
        <w:t xml:space="preserve"> for this decision should be clearly documented. Advice should be sought from </w:t>
      </w:r>
      <w:r>
        <w:rPr>
          <w:rFonts w:eastAsia="Calibri" w:cs="Cambria" w:ascii="Linux Libertine G" w:hAnsi="Linux Libertine G" w:cstheme="minorHAnsi"/>
          <w:lang w:val="en-GB"/>
        </w:rPr>
        <w:t>the</w:t>
      </w:r>
      <w:r>
        <w:rPr>
          <w:rFonts w:eastAsia="Calibri" w:cs="Cambria" w:ascii="Linux Libertine G" w:hAnsi="Linux Libertine G" w:cstheme="minorHAnsi"/>
          <w:lang w:val="en-GB"/>
        </w:rPr>
        <w:t xml:space="preserve"> Designated Safeguarding Lead or Deputy where appropriate. </w:t>
      </w:r>
    </w:p>
    <w:p>
      <w:pPr>
        <w:pStyle w:val="Normal"/>
        <w:numPr>
          <w:ilvl w:val="0"/>
          <w:numId w:val="0"/>
        </w:numPr>
        <w:spacing w:lineRule="auto" w:line="240" w:before="0" w:after="0"/>
        <w:ind w:hanging="0" w:left="0"/>
        <w:outlineLvl w:val="1"/>
        <w:rPr>
          <w:rFonts w:ascii="Linux Libertine G" w:hAnsi="Linux Libertine G"/>
          <w:b w:val="false"/>
          <w:bCs w:val="false"/>
        </w:rPr>
      </w:pPr>
      <w:r>
        <w:rPr>
          <w:rFonts w:ascii="Linux Libertine G" w:hAnsi="Linux Libertine G"/>
          <w:b w:val="false"/>
          <w:bCs w:val="false"/>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When a referral is deemed to be necessary in the interests of the child, and the parents have been consulted and are not in agreement, the following action should be taken:</w:t>
      </w:r>
    </w:p>
    <w:p>
      <w:pPr>
        <w:pStyle w:val="ListParagraph"/>
        <w:numPr>
          <w:ilvl w:val="0"/>
          <w:numId w:val="20"/>
        </w:numPr>
        <w:spacing w:before="0" w:after="0"/>
        <w:contextualSpacing/>
        <w:rPr>
          <w:rFonts w:ascii="Linux Libertine G" w:hAnsi="Linux Libertine G"/>
        </w:rPr>
      </w:pPr>
      <w:r>
        <w:rPr>
          <w:rFonts w:cs="Cambria" w:ascii="Linux Libertine G" w:hAnsi="Linux Libertine G" w:cstheme="minorHAnsi"/>
          <w:lang w:val="en-GB"/>
        </w:rPr>
        <w:t>The reason for proceeding without parental agreement must be recorded;</w:t>
      </w:r>
    </w:p>
    <w:p>
      <w:pPr>
        <w:pStyle w:val="ListParagraph"/>
        <w:numPr>
          <w:ilvl w:val="0"/>
          <w:numId w:val="20"/>
        </w:numPr>
        <w:spacing w:before="0" w:after="0"/>
        <w:contextualSpacing/>
        <w:rPr>
          <w:rFonts w:ascii="Linux Libertine G" w:hAnsi="Linux Libertine G"/>
        </w:rPr>
      </w:pPr>
      <w:r>
        <w:rPr>
          <w:rFonts w:cs="Cambria" w:ascii="Linux Libertine G" w:hAnsi="Linux Libertine G" w:cstheme="minorHAnsi"/>
          <w:lang w:val="en-GB"/>
        </w:rPr>
        <w:t>The parent's withholding of permission must form part of the verbal and written referral to Children's Social Care;</w:t>
      </w:r>
    </w:p>
    <w:p>
      <w:pPr>
        <w:pStyle w:val="ListParagraph"/>
        <w:numPr>
          <w:ilvl w:val="0"/>
          <w:numId w:val="20"/>
        </w:numPr>
        <w:spacing w:before="0" w:after="0"/>
        <w:contextualSpacing/>
        <w:rPr>
          <w:rFonts w:ascii="Linux Libertine G" w:hAnsi="Linux Libertine G"/>
        </w:rPr>
      </w:pPr>
      <w:r>
        <w:rPr>
          <w:rFonts w:cs="Cambria" w:ascii="Linux Libertine G" w:hAnsi="Linux Libertine G" w:cstheme="minorHAnsi"/>
          <w:lang w:val="en-GB"/>
        </w:rPr>
        <w:t xml:space="preserve">The parent should be contacted to inform them that, after considering their wishes, a referral has been made unless doing so would place the child or another person at increased risk of harm. </w:t>
      </w:r>
    </w:p>
    <w:p>
      <w:pPr>
        <w:pStyle w:val="Normal"/>
        <w:spacing w:lineRule="auto" w:line="240" w:before="0" w:after="0"/>
        <w:contextualSpacing/>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rPr>
          <w:rFonts w:ascii="Linux Libertine G" w:hAnsi="Linux Libertine G"/>
        </w:rPr>
      </w:pPr>
      <w:r>
        <w:rPr>
          <w:rFonts w:eastAsia="Calibri" w:cs="Cambria" w:cstheme="minorHAnsi" w:ascii="Linux Libertine G" w:hAnsi="Linux Libertine G"/>
          <w:lang w:val="en-GB"/>
        </w:rPr>
        <w:t xml:space="preserve">Information will be shared in accordance with relevant safeguarding legislation, data protection legislation, statutory guidance and local safeguarding procedures. Confidentiality should never prevent information being shared where doing so is necessary to safeguard a child </w:t>
      </w:r>
      <w:r>
        <w:rPr>
          <w:rStyle w:val="Strong"/>
          <w:rFonts w:eastAsia="Calibri" w:cs="Cambria" w:cstheme="minorHAnsi" w:ascii="Linux Libertine G" w:hAnsi="Linux Libertine G"/>
          <w:b w:val="false"/>
          <w:bCs w:val="false"/>
          <w:lang w:val="en-GB"/>
        </w:rPr>
        <w:t xml:space="preserve">or protect an adult with care and support needs. </w:t>
      </w:r>
    </w:p>
    <w:p>
      <w:pPr>
        <w:pStyle w:val="Normal"/>
        <w:spacing w:lineRule="auto" w:line="240" w:before="0" w:after="0"/>
        <w:rPr>
          <w:rFonts w:ascii="Linux Libertine G" w:hAnsi="Linux Libertine G"/>
        </w:rPr>
      </w:pPr>
      <w:r>
        <w:rPr>
          <w:rFonts w:ascii="Linux Libertine G" w:hAnsi="Linux Libertine G"/>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b/>
          <w:bCs/>
          <w:lang w:val="en-GB"/>
        </w:rPr>
        <w:t xml:space="preserve">If the </w:t>
      </w:r>
      <w:r>
        <w:rPr>
          <w:rFonts w:eastAsia="Calibri" w:cs="Cambria" w:ascii="Linux Libertine G" w:hAnsi="Linux Libertine G" w:cstheme="minorHAnsi"/>
          <w:b/>
          <w:bCs/>
          <w:lang w:val="en-GB"/>
        </w:rPr>
        <w:t>D</w:t>
      </w:r>
      <w:r>
        <w:rPr>
          <w:rFonts w:eastAsia="Calibri" w:cs="Cambria" w:ascii="Linux Libertine G" w:hAnsi="Linux Libertine G" w:cstheme="minorHAnsi"/>
          <w:b/>
          <w:bCs/>
          <w:lang w:val="en-GB"/>
        </w:rPr>
        <w:t>esignated Safeguarding Lead in unavailable</w:t>
      </w:r>
      <w:r>
        <w:rPr>
          <w:rFonts w:eastAsia="Calibri" w:cs="Cambria" w:ascii="Linux Libertine G" w:hAnsi="Linux Libertine G" w:cstheme="minorHAnsi"/>
          <w:lang w:val="en-GB"/>
        </w:rPr>
        <w:t xml:space="preserve">: Staff and volunteers must not delay taking action because the DSL is unavailable. </w:t>
      </w:r>
      <w:r>
        <w:rPr>
          <w:lang w:val="en-GB"/>
        </w:rPr>
        <w:t>Where there is an immediate safeguarding concern, staff should make a referral directly to Children's Social Care and/or the Police and inform the Designated Safeguarding Lead as soon as possible afterwards.</w:t>
      </w:r>
    </w:p>
    <w:p>
      <w:pPr>
        <w:pStyle w:val="Normal"/>
        <w:spacing w:lineRule="auto" w:line="240" w:before="0" w:after="0"/>
        <w:rPr>
          <w:rFonts w:ascii="Linux Libertine G" w:hAnsi="Linux Libertine G"/>
        </w:rPr>
      </w:pPr>
      <w:r>
        <w:rPr>
          <w:rFonts w:eastAsia="Calibri" w:cs="Cambria" w:cstheme="minorHAnsi" w:ascii="Linux Libertine G" w:hAnsi="Linux Libertine G"/>
          <w:lang w:val="en-GB"/>
        </w:rPr>
      </w:r>
    </w:p>
    <w:p>
      <w:pPr>
        <w:pStyle w:val="Normal"/>
        <w:spacing w:lineRule="auto" w:line="240" w:before="0" w:after="0"/>
        <w:rPr>
          <w:rFonts w:ascii="Linux Libertine G" w:hAnsi="Linux Libertine G"/>
        </w:rPr>
      </w:pPr>
      <w:r>
        <w:rPr>
          <w:rFonts w:eastAsia="Calibri" w:cs="Cambria" w:cstheme="minorHAnsi" w:ascii="Linux Libertine G" w:hAnsi="Linux Libertine G"/>
          <w:lang w:val="en-GB"/>
        </w:rPr>
        <w:t xml:space="preserve">Where staff or volunteers believe that appropriate safeguarding action has not been taken, or they disagree with a safeguarding decision, they should raise their concerns with the Designated Safeguarding Lead. If concerns remain unresolved, CSET will follow the Dorset Safeguarding Children Partnership Multi-Agency Resolution and Escalation Procedure and, where necessary, staff should use the organisation's Whistleblowing Policy. </w:t>
      </w:r>
    </w:p>
    <w:p>
      <w:pPr>
        <w:pStyle w:val="Normal"/>
        <w:spacing w:lineRule="auto" w:line="240" w:before="0" w:after="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keepNext w:val="true"/>
        <w:keepLines/>
        <w:numPr>
          <w:ilvl w:val="0"/>
          <w:numId w:val="0"/>
        </w:numPr>
        <w:spacing w:lineRule="auto" w:line="240" w:before="0" w:after="0"/>
        <w:ind w:hanging="0" w:left="0"/>
        <w:outlineLvl w:val="1"/>
        <w:rPr>
          <w:rFonts w:ascii="Linux Libertine G" w:hAnsi="Linux Libertine G"/>
        </w:rPr>
      </w:pPr>
      <w:bookmarkStart w:id="8" w:name="_Toc486246953"/>
      <w:r>
        <w:rPr>
          <w:rFonts w:eastAsia="Times New Roman" w:cs="Cambria" w:ascii="Linux Libertine G" w:hAnsi="Linux Libertine G" w:cstheme="minorHAnsi"/>
          <w:b/>
          <w:bCs/>
          <w:lang w:val="en-GB" w:eastAsia="x-none"/>
        </w:rPr>
        <w:t>Urgent Medical Attention</w:t>
      </w:r>
      <w:bookmarkEnd w:id="8"/>
    </w:p>
    <w:p>
      <w:pPr>
        <w:pStyle w:val="Normal"/>
        <w:numPr>
          <w:ilvl w:val="0"/>
          <w:numId w:val="0"/>
        </w:numPr>
        <w:spacing w:lineRule="auto" w:line="240" w:before="0" w:after="0"/>
        <w:ind w:hanging="0" w:left="0"/>
        <w:outlineLvl w:val="1"/>
        <w:rPr>
          <w:rFonts w:ascii="Linux Libertine G" w:hAnsi="Linux Libertine G"/>
        </w:rPr>
      </w:pPr>
      <w:r>
        <w:rPr>
          <w:rFonts w:ascii="Linux Libertine G" w:hAnsi="Linux Libertine G"/>
          <w:lang w:val="en-GB"/>
        </w:rPr>
      </w:r>
    </w:p>
    <w:p>
      <w:pPr>
        <w:pStyle w:val="BodyText"/>
        <w:numPr>
          <w:ilvl w:val="0"/>
          <w:numId w:val="0"/>
        </w:numPr>
        <w:spacing w:lineRule="auto" w:line="240" w:before="0" w:after="0"/>
        <w:ind w:hanging="0" w:left="0"/>
        <w:outlineLvl w:val="1"/>
        <w:rPr>
          <w:rFonts w:ascii="Linux Libertine G" w:hAnsi="Linux Libertine G" w:eastAsia="Calibri" w:cs="Cambria" w:cstheme="minorHAnsi"/>
          <w:b/>
          <w:bCs/>
          <w:lang w:val="x-none" w:eastAsia="x-none"/>
        </w:rPr>
      </w:pPr>
      <w:r>
        <w:rPr>
          <w:rStyle w:val="Strong"/>
          <w:rFonts w:eastAsia="Calibri" w:cs="Cambria" w:ascii="Linux Libertine G" w:hAnsi="Linux Libertine G" w:cstheme="minorHAnsi"/>
          <w:b w:val="false"/>
          <w:bCs w:val="false"/>
          <w:lang w:val="en-GB" w:eastAsia="x-none"/>
        </w:rPr>
        <w:t>If a child requires urgent medical attention, staff or volunteers must seek emergency medical assistance immediately by calling 999 or attending the nearest Accident and Emergency Department, as appropriate.</w:t>
      </w:r>
    </w:p>
    <w:p>
      <w:pPr>
        <w:pStyle w:val="BodyText"/>
        <w:spacing w:lineRule="auto" w:line="240"/>
        <w:rPr>
          <w:rFonts w:ascii="Linux Libertine G" w:hAnsi="Linux Libertine G" w:eastAsia="Calibri" w:cs="Cambria" w:cstheme="minorHAnsi"/>
          <w:b/>
          <w:bCs/>
          <w:lang w:val="x-none" w:eastAsia="x-none"/>
        </w:rPr>
      </w:pPr>
      <w:r>
        <w:rPr>
          <w:rStyle w:val="Strong"/>
          <w:rFonts w:eastAsia="Calibri" w:cs="Cambria" w:ascii="Linux Libertine G" w:hAnsi="Linux Libertine G" w:cstheme="minorHAnsi"/>
          <w:b w:val="false"/>
          <w:bCs w:val="false"/>
          <w:lang w:val="en-GB" w:eastAsia="x-none"/>
        </w:rPr>
        <w:t xml:space="preserve">Where there are safeguarding concerns relating to the injury or illness, the Designated Safeguarding Lead must be informed immediately. A referral will be made to Children's Social Care and/or the Police where appropriate. Hospital staff </w:t>
      </w:r>
      <w:r>
        <w:rPr>
          <w:rStyle w:val="Strong"/>
          <w:rFonts w:eastAsia="Calibri" w:cs="Cambria" w:ascii="Linux Libertine G" w:hAnsi="Linux Libertine G" w:cstheme="minorHAnsi"/>
          <w:b w:val="false"/>
          <w:bCs w:val="false"/>
          <w:lang w:val="en-GB" w:eastAsia="x-none"/>
        </w:rPr>
        <w:t xml:space="preserve">should </w:t>
      </w:r>
      <w:r>
        <w:rPr>
          <w:rStyle w:val="Strong"/>
          <w:rFonts w:eastAsia="Calibri" w:cs="Cambria" w:ascii="Linux Libertine G" w:hAnsi="Linux Libertine G" w:cstheme="minorHAnsi"/>
          <w:b w:val="false"/>
          <w:bCs w:val="false"/>
          <w:lang w:val="en-GB" w:eastAsia="x-none"/>
        </w:rPr>
        <w:t>be informed of any safeguarding concerns to ensure the child receives appropriate protection and support.</w:t>
      </w:r>
    </w:p>
    <w:p>
      <w:pPr>
        <w:pStyle w:val="BodyText"/>
        <w:spacing w:lineRule="auto" w:line="240"/>
        <w:rPr>
          <w:rFonts w:ascii="Linux Libertine G" w:hAnsi="Linux Libertine G" w:eastAsia="Calibri" w:cs="Cambria" w:cstheme="minorHAnsi"/>
          <w:b w:val="false"/>
          <w:bCs w:val="false"/>
          <w:lang w:val="x-none" w:eastAsia="x-none"/>
        </w:rPr>
      </w:pPr>
      <w:r>
        <w:rPr>
          <w:rStyle w:val="Strong"/>
          <w:rFonts w:eastAsia="Calibri" w:cs="Cambria" w:ascii="Linux Libertine G" w:hAnsi="Linux Libertine G" w:cstheme="minorHAnsi"/>
          <w:b w:val="false"/>
          <w:bCs w:val="false"/>
          <w:lang w:val="en-GB" w:eastAsia="x-none"/>
        </w:rPr>
        <w:t>Seeking medical treatment must never be delayed because of uncertainty about safeguarding procedures.</w:t>
      </w:r>
      <w:r>
        <w:rPr>
          <w:rStyle w:val="Strong"/>
          <w:rFonts w:eastAsia="Calibri" w:cs="Cambria" w:ascii="Linux Libertine G" w:hAnsi="Linux Libertine G" w:cstheme="minorHAnsi"/>
          <w:b/>
          <w:bCs/>
          <w:lang w:val="en-GB" w:eastAsia="x-none"/>
        </w:rPr>
        <w:t xml:space="preserve"> </w:t>
      </w:r>
      <w:r>
        <w:rPr>
          <w:rStyle w:val="Strong"/>
          <w:rFonts w:eastAsia="Calibri" w:cs="Cambria" w:ascii="Linux Libertine G" w:hAnsi="Linux Libertine G" w:cstheme="minorHAnsi"/>
          <w:b w:val="false"/>
          <w:bCs w:val="false"/>
          <w:lang w:val="en-GB" w:eastAsia="x-none"/>
        </w:rPr>
        <w:t xml:space="preserve">Where appropriate, staff should record the actions taken, the reasons for decisions made, and any information shared with emergency services or healthcare professionals. </w:t>
      </w:r>
    </w:p>
    <w:p>
      <w:pPr>
        <w:pStyle w:val="Normal"/>
        <w:numPr>
          <w:ilvl w:val="0"/>
          <w:numId w:val="0"/>
        </w:numPr>
        <w:spacing w:lineRule="auto" w:line="240" w:before="0" w:after="0"/>
        <w:ind w:hanging="0" w:left="0"/>
        <w:outlineLvl w:val="1"/>
        <w:rPr>
          <w:rFonts w:ascii="Linux Libertine G" w:hAnsi="Linux Libertine G"/>
        </w:rPr>
      </w:pPr>
      <w:r>
        <w:rPr>
          <w:rFonts w:ascii="Linux Libertine G" w:hAnsi="Linux Libertine G"/>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b/>
          <w:bCs/>
          <w:lang w:val="en-GB"/>
        </w:rPr>
        <w:t>Responding to Child on Child Abuse</w:t>
      </w:r>
    </w:p>
    <w:p>
      <w:pPr>
        <w:pStyle w:val="BodyText"/>
        <w:spacing w:lineRule="auto" w:line="240" w:before="0" w:after="0"/>
        <w:rPr>
          <w:rFonts w:ascii="Linux Libertine G" w:hAnsi="Linux Libertine G" w:eastAsia="Calibri" w:cs="Cambria" w:cstheme="minorHAnsi"/>
          <w:b w:val="false"/>
          <w:bCs w:val="false"/>
        </w:rPr>
      </w:pPr>
      <w:r>
        <w:rPr>
          <w:rFonts w:eastAsia="Calibri" w:cs="Cambria" w:ascii="Linux Libertine G" w:hAnsi="Linux Libertine G" w:cstheme="minorHAnsi"/>
          <w:b w:val="false"/>
          <w:bCs w:val="false"/>
          <w:lang w:val="en-GB"/>
        </w:rPr>
        <w:t xml:space="preserve">Changing Strides Equine Therapies recognises that </w:t>
      </w:r>
      <w:r>
        <w:rPr>
          <w:rStyle w:val="Strong"/>
          <w:rFonts w:eastAsia="Calibri" w:cs="Cambria" w:ascii="Linux Libertine G" w:hAnsi="Linux Libertine G" w:cstheme="minorHAnsi"/>
          <w:b w:val="false"/>
          <w:bCs w:val="false"/>
          <w:lang w:val="en-GB"/>
        </w:rPr>
        <w:t>child-on-child abuse</w:t>
      </w:r>
      <w:r>
        <w:rPr>
          <w:rFonts w:eastAsia="Calibri" w:cs="Cambria" w:ascii="Linux Libertine G" w:hAnsi="Linux Libertine G" w:cstheme="minorHAnsi"/>
          <w:b w:val="false"/>
          <w:bCs w:val="false"/>
          <w:lang w:val="en-GB"/>
        </w:rPr>
        <w:t xml:space="preserve"> can occur both inside and outside the organisation, including online. All staff and volunteers have a responsibility to recognise the signs of child-on-child abuse, take all concerns seriously and respond promptly and appropriately.</w:t>
      </w:r>
      <w:r>
        <w:rPr>
          <w:rFonts w:eastAsia="Calibri" w:cs="Cambria" w:ascii="Linux Libertine G" w:hAnsi="Linux Libertine G" w:cstheme="minorHAnsi"/>
          <w:b/>
          <w:bCs/>
          <w:lang w:val="en-GB"/>
        </w:rPr>
        <w:t xml:space="preserve"> </w:t>
      </w:r>
      <w:r>
        <w:rPr>
          <w:rFonts w:eastAsia="Calibri" w:cs="Cambria" w:ascii="Linux Libertine G" w:hAnsi="Linux Libertine G" w:cstheme="minorHAnsi"/>
          <w:b w:val="false"/>
          <w:bCs w:val="false"/>
          <w:lang w:val="en-GB"/>
        </w:rPr>
        <w:t xml:space="preserve">The welfare, wishes and feelings of the child who has experienced the abuse will always be central to the organisations response. </w:t>
      </w:r>
    </w:p>
    <w:p>
      <w:pPr>
        <w:pStyle w:val="BodyText"/>
        <w:spacing w:lineRule="auto" w:line="240"/>
        <w:rPr>
          <w:rFonts w:ascii="Linux Libertine G" w:hAnsi="Linux Libertine G" w:eastAsia="Calibri" w:cs="Cambria" w:cstheme="minorHAnsi"/>
          <w:b w:val="false"/>
          <w:bCs w:val="false"/>
        </w:rPr>
      </w:pPr>
      <w:r>
        <w:rPr>
          <w:rFonts w:eastAsia="Calibri" w:cs="Cambria" w:ascii="Linux Libertine G" w:hAnsi="Linux Libertine G" w:cstheme="minorHAnsi"/>
          <w:b w:val="false"/>
          <w:bCs w:val="false"/>
          <w:lang w:val="en-GB"/>
        </w:rPr>
        <w:t>CSET will:</w:t>
      </w:r>
    </w:p>
    <w:p>
      <w:pPr>
        <w:pStyle w:val="BodyText"/>
        <w:numPr>
          <w:ilvl w:val="0"/>
          <w:numId w:val="37"/>
        </w:numPr>
        <w:tabs>
          <w:tab w:val="clear" w:pos="720"/>
          <w:tab w:val="left" w:pos="0" w:leader="none"/>
        </w:tabs>
        <w:spacing w:lineRule="auto" w:line="240" w:before="0" w:after="0"/>
        <w:ind w:hanging="283" w:left="709"/>
        <w:rPr>
          <w:rFonts w:ascii="Linux Libertine G" w:hAnsi="Linux Libertine G" w:eastAsia="Calibri" w:cs="Cambria" w:cstheme="minorHAnsi"/>
          <w:b w:val="false"/>
          <w:bCs w:val="false"/>
        </w:rPr>
      </w:pPr>
      <w:r>
        <w:rPr>
          <w:rFonts w:eastAsia="Calibri" w:cs="Cambria" w:ascii="Linux Libertine G" w:hAnsi="Linux Libertine G" w:cstheme="minorHAnsi"/>
          <w:b w:val="false"/>
          <w:bCs w:val="false"/>
          <w:lang w:val="en-GB"/>
        </w:rPr>
        <w:t xml:space="preserve">Provide appropriate supervision and maintain a safe environment to reduce the risk of child-on-child abuse. </w:t>
      </w:r>
    </w:p>
    <w:p>
      <w:pPr>
        <w:pStyle w:val="BodyText"/>
        <w:numPr>
          <w:ilvl w:val="0"/>
          <w:numId w:val="37"/>
        </w:numPr>
        <w:tabs>
          <w:tab w:val="clear" w:pos="720"/>
          <w:tab w:val="left" w:pos="0" w:leader="none"/>
        </w:tabs>
        <w:spacing w:lineRule="auto" w:line="240" w:before="0" w:after="0"/>
        <w:ind w:hanging="283" w:left="709"/>
        <w:rPr>
          <w:rFonts w:ascii="Linux Libertine G" w:hAnsi="Linux Libertine G" w:eastAsia="Calibri" w:cs="Cambria" w:cstheme="minorHAnsi"/>
          <w:b w:val="false"/>
          <w:bCs w:val="false"/>
        </w:rPr>
      </w:pPr>
      <w:r>
        <w:rPr>
          <w:rFonts w:eastAsia="Calibri" w:cs="Cambria" w:ascii="Linux Libertine G" w:hAnsi="Linux Libertine G" w:cstheme="minorHAnsi"/>
          <w:b w:val="false"/>
          <w:bCs w:val="false"/>
          <w:lang w:val="en-GB"/>
        </w:rPr>
        <w:t xml:space="preserve">Ensure that all allegations, disclosures or concerns are taken seriously, recorded accurately, reported immediately to the Designated Safeguarding Lead </w:t>
      </w:r>
      <w:r>
        <w:rPr>
          <w:rFonts w:eastAsia="Calibri" w:cs="Cambria" w:ascii="Linux Libertine G" w:hAnsi="Linux Libertine G" w:cstheme="minorHAnsi"/>
          <w:b w:val="false"/>
          <w:bCs w:val="false"/>
          <w:lang w:val="en-GB"/>
        </w:rPr>
        <w:t xml:space="preserve">and responded to in accordance with this Safeguarding Policy. </w:t>
      </w:r>
      <w:r>
        <w:rPr>
          <w:rFonts w:eastAsia="Calibri" w:cs="Cambria" w:ascii="Linux Libertine G" w:hAnsi="Linux Libertine G" w:cstheme="minorHAnsi"/>
          <w:b w:val="false"/>
          <w:bCs w:val="false"/>
          <w:lang w:val="en-GB"/>
        </w:rPr>
        <w:t xml:space="preserve"> </w:t>
      </w:r>
    </w:p>
    <w:p>
      <w:pPr>
        <w:pStyle w:val="BodyText"/>
        <w:numPr>
          <w:ilvl w:val="0"/>
          <w:numId w:val="37"/>
        </w:numPr>
        <w:tabs>
          <w:tab w:val="clear" w:pos="720"/>
          <w:tab w:val="left" w:pos="0" w:leader="none"/>
        </w:tabs>
        <w:spacing w:lineRule="auto" w:line="240" w:before="0" w:after="0"/>
        <w:ind w:hanging="283" w:left="709"/>
        <w:rPr>
          <w:rFonts w:ascii="Linux Libertine G" w:hAnsi="Linux Libertine G" w:eastAsia="Calibri" w:cs="Cambria" w:cstheme="minorHAnsi"/>
          <w:b w:val="false"/>
          <w:bCs w:val="false"/>
        </w:rPr>
      </w:pPr>
      <w:r>
        <w:rPr>
          <w:rFonts w:eastAsia="Calibri" w:cs="Cambria" w:ascii="Linux Libertine G" w:hAnsi="Linux Libertine G" w:cstheme="minorHAnsi"/>
          <w:b w:val="false"/>
          <w:bCs w:val="false"/>
          <w:lang w:val="en-GB"/>
        </w:rPr>
        <w:t xml:space="preserve">Support all children involved, including the </w:t>
      </w:r>
      <w:r>
        <w:rPr>
          <w:rFonts w:eastAsia="Calibri" w:cs="Cambria" w:ascii="Linux Libertine G" w:hAnsi="Linux Libertine G" w:cstheme="minorHAnsi"/>
          <w:b w:val="false"/>
          <w:bCs w:val="false"/>
          <w:lang w:val="en-GB"/>
        </w:rPr>
        <w:t>child who has experienced the abuse</w:t>
      </w:r>
      <w:r>
        <w:rPr>
          <w:rFonts w:eastAsia="Calibri" w:cs="Cambria" w:ascii="Linux Libertine G" w:hAnsi="Linux Libertine G" w:cstheme="minorHAnsi"/>
          <w:b w:val="false"/>
          <w:bCs w:val="false"/>
          <w:lang w:val="en-GB"/>
        </w:rPr>
        <w:t xml:space="preserve">, the alleged perpetrator and any witnesses, recognising that all children involved may require safeguarding support. </w:t>
      </w:r>
    </w:p>
    <w:p>
      <w:pPr>
        <w:pStyle w:val="BodyText"/>
        <w:numPr>
          <w:ilvl w:val="0"/>
          <w:numId w:val="37"/>
        </w:numPr>
        <w:tabs>
          <w:tab w:val="clear" w:pos="720"/>
          <w:tab w:val="left" w:pos="0" w:leader="none"/>
        </w:tabs>
        <w:spacing w:lineRule="auto" w:line="240" w:before="0" w:after="0"/>
        <w:ind w:hanging="283" w:left="709"/>
        <w:rPr>
          <w:rFonts w:ascii="Linux Libertine G" w:hAnsi="Linux Libertine G" w:eastAsia="Calibri" w:cs="Cambria" w:cstheme="minorHAnsi"/>
          <w:b w:val="false"/>
          <w:bCs w:val="false"/>
        </w:rPr>
      </w:pPr>
      <w:r>
        <w:rPr>
          <w:rFonts w:eastAsia="Calibri" w:cs="Cambria" w:ascii="Linux Libertine G" w:hAnsi="Linux Libertine G" w:cstheme="minorHAnsi"/>
          <w:b w:val="false"/>
          <w:bCs w:val="false"/>
          <w:lang w:val="en-GB"/>
        </w:rPr>
        <w:t xml:space="preserve">Work with parents, Children's Social Care, the Police and other relevant agencies where appropriate. </w:t>
      </w:r>
    </w:p>
    <w:p>
      <w:pPr>
        <w:pStyle w:val="BodyText"/>
        <w:numPr>
          <w:ilvl w:val="0"/>
          <w:numId w:val="37"/>
        </w:numPr>
        <w:tabs>
          <w:tab w:val="clear" w:pos="720"/>
          <w:tab w:val="left" w:pos="0" w:leader="none"/>
        </w:tabs>
        <w:spacing w:lineRule="auto" w:line="240" w:before="0" w:after="0"/>
        <w:ind w:hanging="283" w:left="709"/>
        <w:rPr>
          <w:rFonts w:ascii="Linux Libertine G" w:hAnsi="Linux Libertine G" w:eastAsia="Calibri" w:cs="Cambria" w:cstheme="minorHAnsi"/>
          <w:b/>
          <w:bCs/>
        </w:rPr>
      </w:pPr>
      <w:r>
        <w:rPr>
          <w:rFonts w:eastAsia="Calibri" w:cs="Cambria" w:ascii="Linux Libertine G" w:hAnsi="Linux Libertine G" w:cstheme="minorHAnsi"/>
          <w:b w:val="false"/>
          <w:bCs w:val="false"/>
          <w:lang w:val="en-GB"/>
        </w:rPr>
        <w:t xml:space="preserve">Never dismiss child-on-child abuse as </w:t>
      </w:r>
      <w:r>
        <w:rPr>
          <w:rStyle w:val="Strong"/>
          <w:rFonts w:eastAsia="Calibri" w:cs="Cambria" w:ascii="Linux Libertine G" w:hAnsi="Linux Libertine G" w:cstheme="minorHAnsi"/>
          <w:b w:val="false"/>
          <w:bCs w:val="false"/>
          <w:lang w:val="en-GB"/>
        </w:rPr>
        <w:t>"banter", "part of growing up", "just having a laugh" or "boys being boys".</w:t>
      </w:r>
      <w:r>
        <w:rPr>
          <w:rFonts w:eastAsia="Calibri" w:cs="Cambria" w:ascii="Linux Libertine G" w:hAnsi="Linux Libertine G" w:cstheme="minorHAnsi"/>
          <w:b w:val="false"/>
          <w:bCs w:val="false"/>
          <w:lang w:val="en-GB"/>
        </w:rPr>
        <w:t xml:space="preserve"> </w:t>
      </w:r>
    </w:p>
    <w:p>
      <w:pPr>
        <w:pStyle w:val="BodyText"/>
        <w:numPr>
          <w:ilvl w:val="0"/>
          <w:numId w:val="37"/>
        </w:numPr>
        <w:tabs>
          <w:tab w:val="clear" w:pos="720"/>
          <w:tab w:val="left" w:pos="0" w:leader="none"/>
        </w:tabs>
        <w:spacing w:lineRule="auto" w:line="240" w:before="0" w:after="6"/>
        <w:ind w:hanging="283" w:left="709"/>
        <w:rPr>
          <w:rFonts w:ascii="Linux Libertine G" w:hAnsi="Linux Libertine G" w:eastAsia="Calibri" w:cs="Cambria" w:cstheme="minorHAnsi"/>
          <w:b w:val="false"/>
          <w:bCs w:val="false"/>
          <w:lang w:val="en-GB"/>
        </w:rPr>
      </w:pPr>
      <w:r>
        <w:rPr>
          <w:rFonts w:eastAsia="Calibri" w:cs="Cambria" w:cstheme="minorHAnsi" w:ascii="Linux Libertine G" w:hAnsi="Linux Libertine G"/>
          <w:b w:val="false"/>
          <w:bCs w:val="false"/>
          <w:lang w:val="en-GB"/>
        </w:rPr>
        <w:t xml:space="preserve">Ensure that children know how to report concerns and that they will be listened to, supported and taken seriously. </w:t>
      </w:r>
    </w:p>
    <w:p>
      <w:pPr>
        <w:pStyle w:val="BodyText"/>
        <w:widowControl/>
        <w:numPr>
          <w:ilvl w:val="0"/>
          <w:numId w:val="37"/>
        </w:numPr>
        <w:tabs>
          <w:tab w:val="clear" w:pos="720"/>
          <w:tab w:val="left" w:pos="0" w:leader="none"/>
        </w:tabs>
        <w:suppressAutoHyphens w:val="true"/>
        <w:bidi w:val="0"/>
        <w:spacing w:lineRule="auto" w:line="240" w:before="0" w:after="6"/>
        <w:ind w:hanging="283" w:left="709"/>
        <w:jc w:val="left"/>
        <w:rPr>
          <w:lang w:val="en-GB"/>
        </w:rPr>
      </w:pPr>
      <w:r>
        <w:rPr>
          <w:rFonts w:eastAsia="Calibri" w:cs="Cambria" w:ascii="Linux Libertine G" w:hAnsi="Linux Libertine G" w:cstheme="minorHAnsi"/>
          <w:b w:val="false"/>
          <w:bCs w:val="false"/>
          <w:lang w:val="en-GB"/>
        </w:rPr>
        <w:t xml:space="preserve">Consider the needs and safety of all children involving on an individual basis and carry out an </w:t>
      </w:r>
      <w:r>
        <w:rPr>
          <w:rFonts w:eastAsia="Calibri" w:cs="Cambria" w:ascii="Linux Libertine G" w:hAnsi="Linux Libertine G" w:cstheme="minorHAnsi"/>
          <w:color w:val="auto"/>
          <w:kern w:val="0"/>
          <w:sz w:val="22"/>
          <w:szCs w:val="22"/>
          <w:lang w:val="en-GB" w:eastAsia="en-US" w:bidi="ar-SA"/>
        </w:rPr>
        <w:t>appropriate</w:t>
      </w:r>
      <w:r>
        <w:rPr>
          <w:rFonts w:eastAsia="Calibri" w:cs="Cambria" w:ascii="Linux Libertine G" w:hAnsi="Linux Libertine G" w:cstheme="minorHAnsi"/>
          <w:b w:val="false"/>
          <w:bCs w:val="false"/>
          <w:lang w:val="en-GB"/>
        </w:rPr>
        <w:t xml:space="preserve"> risk assessment where necessary. </w:t>
      </w:r>
    </w:p>
    <w:p>
      <w:pPr>
        <w:pStyle w:val="BodyText"/>
        <w:widowControl/>
        <w:numPr>
          <w:ilvl w:val="0"/>
          <w:numId w:val="0"/>
        </w:numPr>
        <w:tabs>
          <w:tab w:val="clear" w:pos="720"/>
          <w:tab w:val="left" w:pos="0" w:leader="none"/>
        </w:tabs>
        <w:suppressAutoHyphens w:val="true"/>
        <w:bidi w:val="0"/>
        <w:spacing w:lineRule="auto" w:line="240" w:before="0" w:after="6"/>
        <w:ind w:hanging="0" w:left="709"/>
        <w:jc w:val="left"/>
        <w:rPr>
          <w:rFonts w:ascii="Linux Libertine G" w:hAnsi="Linux Libertine G" w:eastAsia="Calibri" w:cs="Cambria" w:cstheme="minorHAnsi"/>
          <w:b w:val="false"/>
          <w:bCs w:val="false"/>
          <w:lang w:val="en-GB"/>
        </w:rPr>
      </w:pPr>
      <w:r>
        <w:rPr>
          <w:rFonts w:eastAsia="Calibri" w:cs="Cambria" w:cstheme="minorHAnsi" w:ascii="Linux Libertine G" w:hAnsi="Linux Libertine G"/>
          <w:b w:val="false"/>
          <w:bCs w:val="false"/>
          <w:lang w:val="en-GB"/>
        </w:rPr>
      </w:r>
    </w:p>
    <w:p>
      <w:pPr>
        <w:pStyle w:val="BodyText"/>
        <w:spacing w:lineRule="auto" w:line="240"/>
        <w:rPr>
          <w:rFonts w:ascii="Linux Libertine G" w:hAnsi="Linux Libertine G" w:eastAsia="Calibri" w:cs="Cambria" w:cstheme="minorHAnsi"/>
          <w:b/>
          <w:bCs/>
        </w:rPr>
      </w:pPr>
      <w:r>
        <w:rPr>
          <w:rStyle w:val="Strong"/>
          <w:rFonts w:eastAsia="Calibri" w:cs="Cambria" w:ascii="Linux Libertine G" w:hAnsi="Linux Libertine G" w:cstheme="minorHAnsi"/>
          <w:b w:val="false"/>
          <w:bCs w:val="false"/>
          <w:lang w:val="en-GB"/>
        </w:rPr>
        <w:t xml:space="preserve">Safeguarding issues </w:t>
      </w:r>
      <w:r>
        <w:rPr>
          <w:rStyle w:val="Strong"/>
          <w:rFonts w:eastAsia="Calibri" w:cs="Cambria" w:ascii="Linux Libertine G" w:hAnsi="Linux Libertine G" w:cstheme="minorHAnsi"/>
          <w:b w:val="false"/>
          <w:bCs w:val="false"/>
          <w:lang w:val="en-GB"/>
        </w:rPr>
        <w:t>may</w:t>
      </w:r>
      <w:r>
        <w:rPr>
          <w:rStyle w:val="Strong"/>
          <w:rFonts w:eastAsia="Calibri" w:cs="Cambria" w:ascii="Linux Libertine G" w:hAnsi="Linux Libertine G" w:cstheme="minorHAnsi"/>
          <w:b w:val="false"/>
          <w:bCs w:val="false"/>
          <w:lang w:val="en-GB"/>
        </w:rPr>
        <w:t xml:space="preserve"> manifest themselves through child-on-child abuse. This can include, but is not limited to, bullying (including cyberbullying and prejudice-based bullying), physical abuse, sexual violence, sexual harassment, harmful sexual behaviour, abuse in intimate personal relationships, consensual and non-consensual sharing of nude and semi-nude images or videos (including AI-generated images), upskirting, initiation or hazing-type violence, and online abuse.</w:t>
      </w:r>
    </w:p>
    <w:p>
      <w:pPr>
        <w:pStyle w:val="Normal"/>
        <w:spacing w:lineRule="auto" w:line="240" w:before="0" w:after="0"/>
        <w:rPr>
          <w:rFonts w:ascii="Linux Libertine G" w:hAnsi="Linux Libertine G" w:eastAsia="Calibri" w:cs="Cambria" w:cstheme="minorHAnsi"/>
          <w:b w:val="false"/>
          <w:bCs w:val="false"/>
        </w:rPr>
      </w:pPr>
      <w:r>
        <w:rPr>
          <w:rFonts w:eastAsia="Calibri" w:cs="Cambria" w:cstheme="minorHAnsi" w:ascii="Linux Libertine G" w:hAnsi="Linux Libertine G"/>
          <w:b w:val="false"/>
          <w:bCs w:val="false"/>
          <w:lang w:val="en-GB"/>
        </w:rPr>
      </w:r>
    </w:p>
    <w:p>
      <w:pPr>
        <w:pStyle w:val="Normal"/>
        <w:spacing w:lineRule="auto" w:line="240" w:before="0" w:after="0"/>
        <w:rPr>
          <w:rFonts w:ascii="Linux Libertine G" w:hAnsi="Linux Libertine G" w:eastAsia="Calibri" w:cs="Cambria" w:cstheme="minorHAnsi"/>
          <w:b w:val="false"/>
          <w:bCs w:val="false"/>
        </w:rPr>
      </w:pPr>
      <w:r>
        <w:rPr>
          <w:rFonts w:eastAsia="Calibri" w:cs="Cambria" w:cstheme="minorHAnsi" w:ascii="Linux Libertine G" w:hAnsi="Linux Libertine G"/>
          <w:b w:val="false"/>
          <w:bCs w:val="false"/>
          <w:lang w:val="en-GB"/>
        </w:rPr>
      </w:r>
    </w:p>
    <w:p>
      <w:pPr>
        <w:pStyle w:val="Normal"/>
        <w:spacing w:lineRule="auto" w:line="240" w:before="0" w:after="0"/>
        <w:rPr>
          <w:rFonts w:ascii="Linux Libertine G" w:hAnsi="Linux Libertine G" w:eastAsia="Calibri" w:cs="Cambria" w:cstheme="minorHAnsi"/>
          <w:b/>
          <w:bCs/>
        </w:rPr>
      </w:pPr>
      <w:r>
        <w:rPr>
          <w:rFonts w:eastAsia="Calibri" w:cs="Cambria" w:ascii="Linux Libertine G" w:hAnsi="Linux Libertine G" w:cstheme="minorHAnsi"/>
          <w:b/>
          <w:bCs/>
          <w:lang w:val="en-GB"/>
        </w:rPr>
        <w:t xml:space="preserve">Responding to Child Sexual </w:t>
      </w:r>
      <w:r>
        <w:rPr>
          <w:rFonts w:eastAsia="Calibri" w:cs="Cambria" w:ascii="Linux Libertine G" w:hAnsi="Linux Libertine G" w:cstheme="minorHAnsi"/>
          <w:b/>
          <w:bCs/>
          <w:lang w:val="en-GB"/>
        </w:rPr>
        <w:t>and Criminal</w:t>
      </w:r>
      <w:r>
        <w:rPr>
          <w:rFonts w:eastAsia="Calibri" w:cs="Cambria" w:ascii="Linux Libertine G" w:hAnsi="Linux Libertine G" w:cstheme="minorHAnsi"/>
          <w:b/>
          <w:bCs/>
          <w:lang w:val="en-GB"/>
        </w:rPr>
        <w:t xml:space="preserve"> Exploitation concerns</w:t>
      </w:r>
    </w:p>
    <w:p>
      <w:pPr>
        <w:pStyle w:val="BodyText"/>
        <w:spacing w:lineRule="auto" w:line="240" w:before="0" w:after="0"/>
        <w:rPr>
          <w:rFonts w:ascii="Linux Libertine G" w:hAnsi="Linux Libertine G" w:eastAsia="Calibri" w:cs="Cambria" w:cstheme="minorHAnsi"/>
          <w:b/>
          <w:bCs/>
        </w:rPr>
      </w:pPr>
      <w:r>
        <w:rPr>
          <w:rStyle w:val="Strong"/>
          <w:rFonts w:eastAsia="Calibri" w:cs="Cambria" w:ascii="Linux Libertine G" w:hAnsi="Linux Libertine G" w:cstheme="minorHAnsi"/>
          <w:b w:val="false"/>
          <w:bCs w:val="false"/>
          <w:lang w:val="en-GB"/>
        </w:rPr>
        <w:t>Any concerns that a child is being, or may be at risk of, child sexual exploitation (CSE) or child criminal exploitation (CCE) must be reported immediately to the Designated Safeguarding Lead.</w:t>
      </w:r>
    </w:p>
    <w:p>
      <w:pPr>
        <w:pStyle w:val="BodyText"/>
        <w:spacing w:lineRule="auto" w:line="240" w:before="0" w:after="0"/>
        <w:rPr>
          <w:rStyle w:val="Strong"/>
          <w:b w:val="false"/>
          <w:bCs w:val="false"/>
        </w:rPr>
      </w:pPr>
      <w:r>
        <w:rPr>
          <w:b w:val="false"/>
          <w:bCs w:val="false"/>
        </w:rPr>
      </w:r>
    </w:p>
    <w:p>
      <w:pPr>
        <w:pStyle w:val="BodyText"/>
        <w:spacing w:lineRule="auto" w:line="240"/>
        <w:rPr>
          <w:rFonts w:ascii="Linux Libertine G" w:hAnsi="Linux Libertine G" w:eastAsia="Calibri" w:cs="Cambria" w:cstheme="minorHAnsi"/>
        </w:rPr>
      </w:pPr>
      <w:r>
        <w:rPr>
          <w:rStyle w:val="Strong"/>
          <w:rFonts w:eastAsia="Calibri" w:cs="Cambria" w:ascii="Linux Libertine G" w:hAnsi="Linux Libertine G" w:cstheme="minorHAnsi"/>
          <w:b w:val="false"/>
          <w:bCs w:val="false"/>
          <w:lang w:val="en-GB"/>
        </w:rPr>
        <w:t>The Designated Safeguarding Lead will assess the information, follow the current Dorset Safeguarding Children Partnership Child Exploitation procedures and, where appropriate, use the Dorset Child Exploitation Toolkit (including the Child Exploitation Screening Tool and Risk Assessment) to inform decision-making and risk assessment.</w:t>
      </w:r>
      <w:r>
        <w:rPr>
          <w:rFonts w:eastAsia="Calibri" w:cs="Cambria" w:ascii="Linux Libertine G" w:hAnsi="Linux Libertine G" w:cstheme="minorHAnsi"/>
          <w:b w:val="false"/>
          <w:bCs w:val="false"/>
          <w:lang w:val="en-GB"/>
        </w:rPr>
        <w:t xml:space="preserve"> </w:t>
      </w:r>
      <w:r>
        <w:rPr>
          <w:rFonts w:eastAsia="Calibri" w:cs="Cambria" w:ascii="Linux Libertine G" w:hAnsi="Linux Libertine G" w:cstheme="minorHAnsi"/>
          <w:b w:val="false"/>
          <w:bCs w:val="false"/>
          <w:lang w:val="en-GB"/>
        </w:rPr>
        <w:t xml:space="preserve">The level of risk should be reviewed whenever new information becomes available. </w:t>
      </w:r>
    </w:p>
    <w:p>
      <w:pPr>
        <w:pStyle w:val="BodyText"/>
        <w:spacing w:lineRule="auto" w:line="240"/>
        <w:rPr>
          <w:rFonts w:ascii="Linux Libertine G" w:hAnsi="Linux Libertine G" w:eastAsia="Calibri" w:cs="Cambria" w:cstheme="minorHAnsi"/>
        </w:rPr>
      </w:pPr>
      <w:r>
        <w:rPr>
          <w:rStyle w:val="Strong"/>
          <w:rFonts w:eastAsia="Calibri" w:cs="Cambria" w:ascii="Linux Libertine G" w:hAnsi="Linux Libertine G" w:cstheme="minorHAnsi"/>
          <w:b w:val="false"/>
          <w:bCs w:val="false"/>
          <w:lang w:val="en-GB"/>
        </w:rPr>
        <w:t>Where there is reasonable cause to suspect that a child is suffering, or is likely to suffer, significant harm, an immediate referral will be made to Children's Social Care and/or the Police. The use of the Child Exploitation Toolkit must never delay a referral where immediate safeguarding action is required.</w:t>
      </w:r>
      <w:r>
        <w:rPr>
          <w:rFonts w:eastAsia="Calibri" w:cs="Cambria" w:ascii="Linux Libertine G" w:hAnsi="Linux Libertine G" w:cstheme="minorHAnsi"/>
          <w:b w:val="false"/>
          <w:bCs w:val="false"/>
          <w:lang w:val="en-GB"/>
        </w:rPr>
        <w:t xml:space="preserve"> </w:t>
      </w:r>
      <w:r>
        <w:rPr>
          <w:rFonts w:eastAsia="Calibri" w:cs="Cambria" w:ascii="Linux Libertine G" w:hAnsi="Linux Libertine G" w:cstheme="minorHAnsi"/>
          <w:b w:val="false"/>
          <w:bCs w:val="false"/>
          <w:lang w:val="en-GB"/>
        </w:rPr>
        <w:t xml:space="preserve">Staff should never assume that another professional or agency has made the referral. </w:t>
      </w:r>
    </w:p>
    <w:p>
      <w:pPr>
        <w:pStyle w:val="BodyText"/>
        <w:spacing w:lineRule="auto" w:line="240"/>
        <w:rPr>
          <w:rFonts w:ascii="Linux Libertine G" w:hAnsi="Linux Libertine G" w:eastAsia="Calibri" w:cs="Cambria" w:cstheme="minorHAnsi"/>
        </w:rPr>
      </w:pPr>
      <w:r>
        <w:rPr>
          <w:rStyle w:val="Strong"/>
          <w:rFonts w:eastAsia="Calibri" w:cs="Cambria" w:ascii="Linux Libertine G" w:hAnsi="Linux Libertine G" w:cstheme="minorHAnsi"/>
          <w:b w:val="false"/>
          <w:bCs w:val="false"/>
          <w:lang w:val="en-GB"/>
        </w:rPr>
        <w:t>Changing Strides Equine Therapies recognises that child exploitation may occur online or offline and that children may not recognise they are being exploited or disclose their experiences. Exploitation may involve coercion, intimidation, manipulation, grooming, violence, debt bondage or the misuse of power. Staff and volunteers should remain professionally curious and report all concerns without delay.</w:t>
      </w:r>
    </w:p>
    <w:p>
      <w:pPr>
        <w:pStyle w:val="BodyText"/>
        <w:spacing w:lineRule="auto" w:line="240" w:before="0" w:after="0"/>
        <w:rPr>
          <w:rFonts w:ascii="Linux Libertine G" w:hAnsi="Linux Libertine G" w:eastAsia="Calibri" w:cs="Cambria" w:cstheme="minorHAnsi"/>
          <w:b w:val="false"/>
          <w:bCs w:val="false"/>
        </w:rPr>
      </w:pPr>
      <w:r>
        <w:rPr>
          <w:rFonts w:eastAsia="Calibri" w:cs="Cambria" w:cstheme="minorHAnsi" w:ascii="Linux Libertine G" w:hAnsi="Linux Libertine G"/>
          <w:b w:val="false"/>
          <w:bCs w:val="false"/>
          <w:lang w:val="en-GB"/>
        </w:rPr>
      </w:r>
    </w:p>
    <w:p>
      <w:pPr>
        <w:pStyle w:val="Normal"/>
        <w:spacing w:lineRule="auto" w:line="240" w:before="0" w:after="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b/>
          <w:bCs/>
          <w:lang w:val="en-GB"/>
        </w:rPr>
        <w:t xml:space="preserve">Responding to Child-on-Child Harmful Sexual Behaviour </w:t>
      </w:r>
      <w:r>
        <w:rPr>
          <w:rFonts w:eastAsia="Calibri" w:cs="Cambria" w:ascii="Linux Libertine G" w:hAnsi="Linux Libertine G" w:cstheme="minorHAnsi"/>
          <w:lang w:val="en-GB"/>
        </w:rPr>
        <w:t xml:space="preserve">Where there is a disclosure or concern relating to harmful sexual behaviour between children, the Designated Safeguarding Lead (DSL) will undertake and record an initial risk assessment to determine the appropriate response and any immediate safeguarding actions. </w:t>
      </w:r>
      <w:r>
        <w:rPr>
          <w:rFonts w:eastAsia="Calibri" w:cs="Cambria" w:ascii="Linux Libertine G" w:hAnsi="Linux Libertine G" w:cstheme="minorHAnsi"/>
          <w:lang w:val="en-GB"/>
        </w:rPr>
        <w:t>The risk assessment will be reviewed whenever new information becomes available or circumstances change.</w:t>
      </w:r>
    </w:p>
    <w:p>
      <w:pPr>
        <w:pStyle w:val="Normal"/>
        <w:spacing w:lineRule="auto" w:line="240" w:before="0" w:after="0"/>
        <w:rPr>
          <w:rFonts w:ascii="Linux Libertine G" w:hAnsi="Linux Libertine G"/>
        </w:rPr>
      </w:pPr>
      <w:r>
        <w:rPr>
          <w:rFonts w:eastAsia="Calibri" w:cs="Cambria" w:cstheme="minorHAnsi" w:ascii="Linux Libertine G" w:hAnsi="Linux Libertine G"/>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 xml:space="preserve">The risk assessment will consider, but is not limited to: </w:t>
      </w:r>
    </w:p>
    <w:p>
      <w:pPr>
        <w:pStyle w:val="Normal"/>
        <w:numPr>
          <w:ilvl w:val="0"/>
          <w:numId w:val="21"/>
        </w:numPr>
        <w:spacing w:lineRule="auto" w:line="240" w:before="0" w:after="0"/>
        <w:rPr>
          <w:rFonts w:ascii="Linux Libertine G" w:hAnsi="Linux Libertine G"/>
        </w:rPr>
      </w:pPr>
      <w:r>
        <w:rPr>
          <w:rFonts w:eastAsia="Calibri" w:cs="Cambria" w:ascii="Linux Libertine G" w:hAnsi="Linux Libertine G" w:cstheme="minorHAnsi"/>
          <w:lang w:val="en-GB"/>
        </w:rPr>
        <w:t xml:space="preserve">The needs, wishes and feelings of the </w:t>
      </w:r>
      <w:r>
        <w:rPr>
          <w:rFonts w:eastAsia="Calibri" w:cs="Cambria" w:ascii="Linux Libertine G" w:hAnsi="Linux Libertine G" w:cstheme="minorHAnsi"/>
          <w:lang w:val="en-GB"/>
        </w:rPr>
        <w:t>child who has experienced the harmful sexual behaviour</w:t>
      </w:r>
      <w:r>
        <w:rPr>
          <w:rFonts w:eastAsia="Calibri" w:cs="Cambria" w:ascii="Linux Libertine G" w:hAnsi="Linux Libertine G" w:cstheme="minorHAnsi"/>
          <w:lang w:val="en-GB"/>
        </w:rPr>
        <w:t>, ensuring their protection and ongoing support;</w:t>
      </w:r>
    </w:p>
    <w:p>
      <w:pPr>
        <w:pStyle w:val="Normal"/>
        <w:numPr>
          <w:ilvl w:val="0"/>
          <w:numId w:val="21"/>
        </w:numPr>
        <w:spacing w:lineRule="auto" w:line="240" w:before="0" w:after="0"/>
        <w:rPr>
          <w:rFonts w:ascii="Linux Libertine G" w:hAnsi="Linux Libertine G"/>
        </w:rPr>
      </w:pPr>
      <w:r>
        <w:rPr>
          <w:rFonts w:eastAsia="Calibri" w:cs="Cambria" w:ascii="Linux Libertine G" w:hAnsi="Linux Libertine G" w:cstheme="minorHAnsi"/>
          <w:lang w:val="en-GB"/>
        </w:rPr>
        <w:t xml:space="preserve">The </w:t>
      </w:r>
      <w:r>
        <w:rPr>
          <w:lang w:val="en-GB"/>
        </w:rPr>
        <w:t xml:space="preserve">needs and circumstances of the child alleged to have displayed the harmful sexual behaviour, recognising that they may also require safeguarding support; </w:t>
      </w:r>
      <w:r>
        <w:rPr>
          <w:rFonts w:eastAsia="Calibri" w:cs="Cambria" w:ascii="Linux Libertine G" w:hAnsi="Linux Libertine G" w:cstheme="minorHAnsi"/>
          <w:lang w:val="en-GB"/>
        </w:rPr>
        <w:t xml:space="preserve"> </w:t>
      </w:r>
    </w:p>
    <w:p>
      <w:pPr>
        <w:pStyle w:val="Normal"/>
        <w:numPr>
          <w:ilvl w:val="0"/>
          <w:numId w:val="21"/>
        </w:numPr>
        <w:spacing w:lineRule="auto" w:line="240" w:before="0" w:after="0"/>
        <w:rPr>
          <w:rFonts w:ascii="Linux Libertine G" w:hAnsi="Linux Libertine G"/>
        </w:rPr>
      </w:pPr>
      <w:r>
        <w:rPr>
          <w:rFonts w:eastAsia="Calibri" w:cs="Cambria" w:ascii="Linux Libertine G" w:hAnsi="Linux Libertine G" w:cstheme="minorHAnsi"/>
          <w:lang w:val="en-GB"/>
        </w:rPr>
        <w:t>The risk to any other children (and, if appropriate, adults);</w:t>
      </w:r>
    </w:p>
    <w:p>
      <w:pPr>
        <w:pStyle w:val="Normal"/>
        <w:numPr>
          <w:ilvl w:val="0"/>
          <w:numId w:val="21"/>
        </w:numPr>
        <w:spacing w:lineRule="auto" w:line="240" w:before="0" w:after="0"/>
        <w:rPr>
          <w:rFonts w:ascii="Linux Libertine G" w:hAnsi="Linux Libertine G"/>
        </w:rPr>
      </w:pPr>
      <w:r>
        <w:rPr>
          <w:rFonts w:eastAsia="Calibri" w:cs="Cambria" w:ascii="Linux Libertine G" w:hAnsi="Linux Libertine G" w:cstheme="minorHAnsi"/>
          <w:lang w:val="en-GB"/>
        </w:rPr>
        <w:t xml:space="preserve">Whether the incident is an isolated event or part of a wider pattern of behaviour; </w:t>
      </w:r>
    </w:p>
    <w:p>
      <w:pPr>
        <w:pStyle w:val="Normal"/>
        <w:numPr>
          <w:ilvl w:val="0"/>
          <w:numId w:val="21"/>
        </w:numPr>
        <w:spacing w:lineRule="auto" w:line="240" w:before="0" w:after="0"/>
        <w:rPr>
          <w:rFonts w:ascii="Linux Libertine G" w:hAnsi="Linux Libertine G" w:eastAsia="Calibri" w:cs="Cambria" w:cstheme="minorHAnsi"/>
        </w:rPr>
      </w:pPr>
      <w:r>
        <w:rPr>
          <w:rStyle w:val="Strong"/>
          <w:rFonts w:eastAsia="Calibri" w:cs="Cambria" w:ascii="Linux Libertine G" w:hAnsi="Linux Libertine G" w:cstheme="minorHAnsi"/>
          <w:b w:val="false"/>
          <w:bCs w:val="false"/>
          <w:lang w:val="en-GB"/>
        </w:rPr>
        <w:t>Whether the behaviour may constitute a criminal offence;</w:t>
      </w:r>
      <w:r>
        <w:rPr>
          <w:rFonts w:eastAsia="Calibri" w:cs="Cambria" w:ascii="Linux Libertine G" w:hAnsi="Linux Libertine G" w:cstheme="minorHAnsi"/>
          <w:b w:val="false"/>
          <w:bCs w:val="false"/>
          <w:lang w:val="en-GB"/>
        </w:rPr>
        <w:t xml:space="preserve"> </w:t>
      </w:r>
    </w:p>
    <w:p>
      <w:pPr>
        <w:pStyle w:val="Normal"/>
        <w:numPr>
          <w:ilvl w:val="0"/>
          <w:numId w:val="21"/>
        </w:numPr>
        <w:spacing w:lineRule="auto" w:line="240" w:before="0" w:after="0"/>
        <w:rPr>
          <w:rFonts w:ascii="Linux Libertine G" w:hAnsi="Linux Libertine G" w:eastAsia="Calibri" w:cs="Cambria" w:cstheme="minorHAnsi"/>
          <w:b w:val="false"/>
          <w:bCs w:val="false"/>
        </w:rPr>
      </w:pPr>
      <w:r>
        <w:rPr>
          <w:rFonts w:eastAsia="Calibri" w:cs="Cambria" w:ascii="Linux Libertine G" w:hAnsi="Linux Libertine G" w:cstheme="minorHAnsi"/>
          <w:b w:val="false"/>
          <w:bCs w:val="false"/>
          <w:lang w:val="en-GB"/>
        </w:rPr>
        <w:t xml:space="preserve">Whether external agencies, including Children's Social Care and/or the Police, need to be involved. </w:t>
      </w:r>
    </w:p>
    <w:p>
      <w:pPr>
        <w:pStyle w:val="Normal"/>
        <w:spacing w:lineRule="auto" w:line="240" w:before="0" w:after="0"/>
        <w:rPr>
          <w:rFonts w:ascii="Linux Libertine G" w:hAnsi="Linux Libertine G" w:eastAsia="Calibri" w:cs="Cambria" w:cstheme="minorHAnsi"/>
          <w:b w:val="false"/>
          <w:bCs w:val="false"/>
        </w:rPr>
      </w:pPr>
      <w:r>
        <w:rPr>
          <w:rFonts w:eastAsia="Calibri" w:cs="Cambria" w:cstheme="minorHAnsi" w:ascii="Linux Libertine G" w:hAnsi="Linux Libertine G"/>
          <w:b w:val="false"/>
          <w:bCs w:val="false"/>
          <w:lang w:val="en-GB"/>
        </w:rPr>
      </w:r>
    </w:p>
    <w:p>
      <w:pPr>
        <w:pStyle w:val="BodyText"/>
        <w:spacing w:lineRule="auto" w:line="240" w:before="0" w:after="0"/>
        <w:rPr>
          <w:rFonts w:ascii="Linux Libertine G" w:hAnsi="Linux Libertine G" w:eastAsia="Calibri" w:cs="Cambria" w:cstheme="minorHAnsi"/>
          <w:b w:val="false"/>
          <w:bCs w:val="false"/>
        </w:rPr>
      </w:pPr>
      <w:r>
        <w:rPr>
          <w:rStyle w:val="Strong"/>
          <w:rFonts w:eastAsia="Calibri" w:cs="Cambria" w:ascii="Linux Libertine G" w:hAnsi="Linux Libertine G" w:cstheme="minorHAnsi"/>
          <w:b w:val="false"/>
          <w:bCs w:val="false"/>
          <w:lang w:val="en-GB"/>
        </w:rPr>
        <w:t>The welfare and safety of all children involved will be the paramount consideration. The Designated Safeguarding Lead will discuss concerns with Children's Social Care and, where appropriate, the Police, and make a referral without delay where there is reasonable cause to suspect that a child is suffering, or is likely to suffer, significant harm.</w:t>
      </w:r>
    </w:p>
    <w:p>
      <w:pPr>
        <w:pStyle w:val="BodyText"/>
        <w:spacing w:lineRule="auto" w:line="240"/>
        <w:rPr>
          <w:rFonts w:ascii="Linux Libertine G" w:hAnsi="Linux Libertine G" w:eastAsia="Calibri" w:cs="Cambria" w:cstheme="minorHAnsi"/>
        </w:rPr>
      </w:pPr>
      <w:r>
        <w:rPr>
          <w:rStyle w:val="Strong"/>
          <w:rFonts w:eastAsia="Calibri" w:cs="Cambria" w:ascii="Linux Libertine G" w:hAnsi="Linux Libertine G" w:cstheme="minorHAnsi"/>
          <w:b w:val="false"/>
          <w:bCs w:val="false"/>
          <w:lang w:val="en-GB"/>
        </w:rPr>
        <w:t>All incidents of harmful sexual behaviour will be recorded accurately and managed in accordance with this Safeguarding Policy and the relevant Dorset Safeguarding Children Partnership procedures.</w:t>
      </w:r>
    </w:p>
    <w:p>
      <w:pPr>
        <w:pStyle w:val="BodyText"/>
        <w:spacing w:lineRule="auto" w:line="240"/>
        <w:rPr>
          <w:rFonts w:ascii="Linux Libertine G" w:hAnsi="Linux Libertine G" w:eastAsia="Calibri" w:cs="Cambria" w:cstheme="minorHAnsi"/>
        </w:rPr>
      </w:pPr>
      <w:r>
        <w:rPr>
          <w:rStyle w:val="Strong"/>
          <w:rFonts w:eastAsia="Calibri" w:cs="Cambria" w:ascii="Linux Libertine G" w:hAnsi="Linux Libertine G" w:cstheme="minorHAnsi"/>
          <w:b w:val="false"/>
          <w:bCs w:val="false"/>
          <w:lang w:val="en-GB"/>
        </w:rPr>
        <w:t xml:space="preserve">The response will be proportionate, child-centred and informed by the ages, developmental stages and individual circumstances of the children involved. Children will not be regarded as displaying harmful sexual behaviour solely because of their age or developmental stage, and behaviour will always be considered within its context. </w:t>
      </w:r>
    </w:p>
    <w:p>
      <w:pPr>
        <w:pStyle w:val="Normal"/>
        <w:spacing w:lineRule="auto" w:line="240" w:before="0" w:after="0"/>
        <w:rPr>
          <w:rFonts w:ascii="Linux Libertine G" w:hAnsi="Linux Libertine G" w:eastAsia="Calibri" w:cs="Cambria" w:cstheme="minorHAnsi"/>
          <w:b w:val="false"/>
          <w:bCs w:val="false"/>
        </w:rPr>
      </w:pPr>
      <w:r>
        <w:rPr>
          <w:rFonts w:eastAsia="Calibri" w:cs="Cambria" w:ascii="Linux Libertine G" w:hAnsi="Linux Libertine G" w:cstheme="minorHAnsi"/>
          <w:b w:val="false"/>
          <w:bCs w:val="false"/>
          <w:lang w:val="en-GB"/>
        </w:rPr>
        <w:t xml:space="preserve">Changing Strides Equine Therapies recognises that children who display harmful sexual behaviour may have experienced abuse or trauma themselves. A safeguarding response will therefore consider the needs of all children involved while ensuring that the </w:t>
      </w:r>
      <w:r>
        <w:rPr>
          <w:rFonts w:eastAsia="Calibri" w:cs="Cambria" w:ascii="Linux Libertine G" w:hAnsi="Linux Libertine G" w:cstheme="minorHAnsi"/>
          <w:b w:val="false"/>
          <w:bCs w:val="false"/>
          <w:lang w:val="en-GB"/>
        </w:rPr>
        <w:t>child who has experienced the harmful sexual behaviour</w:t>
      </w:r>
      <w:r>
        <w:rPr>
          <w:rFonts w:eastAsia="Calibri" w:cs="Cambria" w:ascii="Linux Libertine G" w:hAnsi="Linux Libertine G" w:cstheme="minorHAnsi"/>
          <w:b w:val="false"/>
          <w:bCs w:val="false"/>
          <w:lang w:val="en-GB"/>
        </w:rPr>
        <w:t xml:space="preserve"> is protected, supported and listened to. </w:t>
      </w:r>
    </w:p>
    <w:p>
      <w:pPr>
        <w:pStyle w:val="Normal"/>
        <w:spacing w:lineRule="auto" w:line="240" w:before="0" w:after="0"/>
        <w:rPr>
          <w:rFonts w:ascii="Linux Libertine G" w:hAnsi="Linux Libertine G"/>
        </w:rPr>
      </w:pPr>
      <w:r>
        <w:rPr>
          <w:rFonts w:eastAsia="Calibri" w:cs="Cambria" w:cstheme="minorHAnsi" w:ascii="Linux Libertine G" w:hAnsi="Linux Libertine G"/>
          <w:lang w:val="en-GB"/>
        </w:rPr>
      </w:r>
    </w:p>
    <w:p>
      <w:pPr>
        <w:pStyle w:val="Normal"/>
        <w:spacing w:lineRule="auto" w:line="240" w:before="0" w:after="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b/>
          <w:bCs/>
          <w:lang w:val="en-GB"/>
        </w:rPr>
        <w:t>Responding to Online Safety and Technology-Facilitated Abuse</w:t>
      </w:r>
    </w:p>
    <w:p>
      <w:pPr>
        <w:pStyle w:val="Normal"/>
        <w:spacing w:lineRule="auto" w:line="240" w:before="0" w:after="0"/>
        <w:rPr>
          <w:rFonts w:ascii="Linux Libertine G" w:hAnsi="Linux Libertine G"/>
        </w:rPr>
      </w:pPr>
      <w:r>
        <w:rPr>
          <w:rFonts w:ascii="Linux Libertine G" w:hAnsi="Linux Libertine G"/>
          <w:lang w:val="en-GB"/>
        </w:rPr>
      </w:r>
    </w:p>
    <w:p>
      <w:pPr>
        <w:pStyle w:val="Normal"/>
        <w:spacing w:lineRule="auto" w:line="240" w:before="0" w:after="0"/>
        <w:rPr>
          <w:rFonts w:ascii="Linux Libertine G" w:hAnsi="Linux Libertine G" w:eastAsia="Calibri" w:cs="Cambria" w:cstheme="minorHAnsi"/>
          <w:b w:val="false"/>
          <w:bCs w:val="false"/>
        </w:rPr>
      </w:pPr>
      <w:r>
        <w:rPr>
          <w:rFonts w:eastAsia="Calibri" w:cs="Cambria" w:ascii="Linux Libertine G" w:hAnsi="Linux Libertine G" w:cstheme="minorHAnsi"/>
          <w:b w:val="false"/>
          <w:bCs w:val="false"/>
          <w:lang w:val="en-GB"/>
        </w:rPr>
        <w:t>Any concerns that a child has been subjected to online abuse, grooming, exploitation, coercion, or the creation, possession or sharing of child sexual abuse material (CSAM) must be reported immediately to the Designated Safeguarding Lead.</w:t>
      </w:r>
    </w:p>
    <w:p>
      <w:pPr>
        <w:pStyle w:val="Normal"/>
        <w:spacing w:lineRule="auto" w:line="240" w:before="0" w:after="0"/>
        <w:rPr>
          <w:rFonts w:ascii="Linux Libertine G" w:hAnsi="Linux Libertine G" w:eastAsia="Calibri" w:cs="Cambria" w:cstheme="minorHAnsi"/>
          <w:b w:val="false"/>
          <w:bCs w:val="false"/>
        </w:rPr>
      </w:pPr>
      <w:r>
        <w:rPr>
          <w:rFonts w:eastAsia="Calibri" w:cs="Cambria" w:cstheme="minorHAnsi" w:ascii="Linux Libertine G" w:hAnsi="Linux Libertine G"/>
          <w:b w:val="false"/>
          <w:bCs w:val="false"/>
          <w:lang w:val="en-GB"/>
        </w:rPr>
      </w:r>
    </w:p>
    <w:p>
      <w:pPr>
        <w:pStyle w:val="Normal"/>
        <w:spacing w:lineRule="auto" w:line="240" w:before="0" w:after="0"/>
        <w:rPr>
          <w:rFonts w:ascii="Linux Libertine G" w:hAnsi="Linux Libertine G" w:eastAsia="Calibri" w:cs="Cambria" w:cstheme="minorHAnsi"/>
          <w:b w:val="false"/>
          <w:bCs w:val="false"/>
        </w:rPr>
      </w:pPr>
      <w:r>
        <w:rPr>
          <w:rFonts w:eastAsia="Calibri" w:cs="Cambria" w:ascii="Linux Libertine G" w:hAnsi="Linux Libertine G" w:cstheme="minorHAnsi"/>
          <w:b w:val="false"/>
          <w:bCs w:val="false"/>
          <w:lang w:val="en-GB"/>
        </w:rPr>
        <w:t>Where there is reasonable cause to suspect that a child is suffering, or is likely to suffer, significant harm, the Designated Safeguarding Lead will make an immediate referral to Children's Social Care and/or the Police in accordance with local safeguarding procedures.</w:t>
      </w:r>
    </w:p>
    <w:p>
      <w:pPr>
        <w:pStyle w:val="Normal"/>
        <w:spacing w:lineRule="auto" w:line="240" w:before="0" w:after="0"/>
        <w:rPr>
          <w:rFonts w:ascii="Linux Libertine G" w:hAnsi="Linux Libertine G" w:eastAsia="Calibri" w:cs="Cambria" w:cstheme="minorHAnsi"/>
          <w:b w:val="false"/>
          <w:bCs w:val="false"/>
        </w:rPr>
      </w:pPr>
      <w:r>
        <w:rPr>
          <w:rFonts w:eastAsia="Calibri" w:cs="Cambria" w:cstheme="minorHAnsi" w:ascii="Linux Libertine G" w:hAnsi="Linux Libertine G"/>
          <w:b w:val="false"/>
          <w:bCs w:val="false"/>
          <w:lang w:val="en-GB"/>
        </w:rPr>
      </w:r>
    </w:p>
    <w:p>
      <w:pPr>
        <w:pStyle w:val="Normal"/>
        <w:spacing w:lineRule="auto" w:line="240" w:before="0" w:after="0"/>
        <w:rPr>
          <w:rFonts w:ascii="Linux Libertine G" w:hAnsi="Linux Libertine G" w:eastAsia="Calibri" w:cs="Cambria" w:cstheme="minorHAnsi"/>
          <w:b w:val="false"/>
          <w:bCs w:val="false"/>
        </w:rPr>
      </w:pPr>
      <w:r>
        <w:rPr>
          <w:rFonts w:eastAsia="Calibri" w:cs="Cambria" w:ascii="Linux Libertine G" w:hAnsi="Linux Libertine G" w:cstheme="minorHAnsi"/>
          <w:b w:val="false"/>
          <w:bCs w:val="false"/>
          <w:lang w:val="en-GB"/>
        </w:rPr>
        <w:t xml:space="preserve">Staff and volunteers must not </w:t>
      </w:r>
      <w:r>
        <w:rPr>
          <w:rFonts w:eastAsia="Calibri" w:cs="Cambria" w:ascii="Linux Libertine G" w:hAnsi="Linux Libertine G" w:cstheme="minorHAnsi"/>
          <w:b w:val="false"/>
          <w:bCs w:val="false"/>
          <w:lang w:val="en-GB"/>
        </w:rPr>
        <w:t>deliberately</w:t>
      </w:r>
      <w:r>
        <w:rPr>
          <w:rFonts w:eastAsia="Calibri" w:cs="Cambria" w:ascii="Linux Libertine G" w:hAnsi="Linux Libertine G" w:cstheme="minorHAnsi"/>
          <w:b w:val="false"/>
          <w:bCs w:val="false"/>
          <w:lang w:val="en-GB"/>
        </w:rPr>
        <w:t xml:space="preserve"> view, copy, download, print, store or forward </w:t>
      </w:r>
      <w:r>
        <w:rPr>
          <w:rFonts w:eastAsia="Calibri" w:cs="Cambria" w:ascii="Linux Libertine G" w:hAnsi="Linux Libertine G" w:cstheme="minorHAnsi"/>
          <w:b w:val="false"/>
          <w:bCs w:val="false"/>
          <w:lang w:val="en-GB"/>
        </w:rPr>
        <w:t>child sexual abuse material (CSAM) or indecent images of children (IIOC)</w:t>
      </w:r>
      <w:r>
        <w:rPr>
          <w:rFonts w:eastAsia="Calibri" w:cs="Cambria" w:ascii="Linux Libertine G" w:hAnsi="Linux Libertine G" w:cstheme="minorHAnsi"/>
          <w:b w:val="false"/>
          <w:bCs w:val="false"/>
          <w:lang w:val="en-GB"/>
        </w:rPr>
        <w:t>, as doing so may constitute a criminal offence. Where such material is encountered accidentally, it should be secured where possible, the device should not be further accessed, and the Designated Safeguarding Lead and Police should be informed immediately.</w:t>
      </w:r>
    </w:p>
    <w:p>
      <w:pPr>
        <w:pStyle w:val="Normal"/>
        <w:spacing w:lineRule="auto" w:line="240" w:before="0" w:after="0"/>
        <w:rPr>
          <w:rFonts w:ascii="Linux Libertine G" w:hAnsi="Linux Libertine G" w:eastAsia="Calibri" w:cs="Cambria" w:cstheme="minorHAnsi"/>
          <w:b w:val="false"/>
          <w:bCs w:val="false"/>
        </w:rPr>
      </w:pPr>
      <w:r>
        <w:rPr>
          <w:rFonts w:eastAsia="Calibri" w:cs="Cambria" w:cstheme="minorHAnsi" w:ascii="Linux Libertine G" w:hAnsi="Linux Libertine G"/>
          <w:b w:val="false"/>
          <w:bCs w:val="false"/>
          <w:lang w:val="en-GB"/>
        </w:rPr>
      </w:r>
    </w:p>
    <w:p>
      <w:pPr>
        <w:pStyle w:val="BodyText"/>
        <w:spacing w:lineRule="auto" w:line="240" w:before="0" w:after="0"/>
        <w:rPr>
          <w:rFonts w:ascii="Linux Libertine G" w:hAnsi="Linux Libertine G" w:eastAsia="Calibri" w:cs="Cambria" w:cstheme="minorHAnsi"/>
          <w:b w:val="false"/>
          <w:bCs w:val="false"/>
        </w:rPr>
      </w:pPr>
      <w:r>
        <w:rPr>
          <w:rStyle w:val="Strong"/>
          <w:rFonts w:eastAsia="Calibri" w:cs="Cambria" w:ascii="Linux Libertine G" w:hAnsi="Linux Libertine G" w:cstheme="minorHAnsi"/>
          <w:b w:val="false"/>
          <w:bCs w:val="false"/>
          <w:lang w:val="en-GB"/>
        </w:rPr>
        <w:t>Concerns relating to online grooming, child sexual exploitation, child criminal exploitation, coercive or controlling behaviour, cyberbullying, exposure to harmful or illegal online content, consensual or non-consensual sharing of nude or semi-nude images or videos (including AI-generated images), or inappropriate contact through social media, gaming platforms, messaging services or other digital technologies must be reported immediately to the Designated Safeguarding Lead.</w:t>
      </w:r>
    </w:p>
    <w:p>
      <w:pPr>
        <w:pStyle w:val="BodyText"/>
        <w:spacing w:lineRule="auto" w:line="240" w:before="0" w:after="0"/>
        <w:rPr>
          <w:rFonts w:ascii="Linux Libertine G" w:hAnsi="Linux Libertine G" w:eastAsia="Calibri" w:cs="Cambria" w:cstheme="minorHAnsi"/>
          <w:b w:val="false"/>
          <w:bCs w:val="false"/>
        </w:rPr>
      </w:pPr>
      <w:r>
        <w:rPr/>
      </w:r>
    </w:p>
    <w:p>
      <w:pPr>
        <w:pStyle w:val="BodyText"/>
        <w:spacing w:lineRule="auto" w:line="240"/>
        <w:rPr>
          <w:rFonts w:ascii="Linux Libertine G" w:hAnsi="Linux Libertine G" w:eastAsia="Calibri" w:cs="Cambria" w:cstheme="minorHAnsi"/>
        </w:rPr>
      </w:pPr>
      <w:r>
        <w:rPr>
          <w:rStyle w:val="Strong"/>
          <w:rFonts w:eastAsia="Calibri" w:cs="Cambria" w:ascii="Linux Libertine G" w:hAnsi="Linux Libertine G" w:cstheme="minorHAnsi"/>
          <w:b w:val="false"/>
          <w:bCs w:val="false"/>
          <w:lang w:val="en-GB"/>
        </w:rPr>
        <w:t xml:space="preserve">Where appropriate, referrals will be made to Children's Social Care, the Police and other relevant agencies in accordance with local safeguarding procedures. The Designated Safeguarding Lead will also consider whether reporting through the Child Exploitation and Online Protection (CEOP) Safety Centre, </w:t>
      </w:r>
      <w:r>
        <w:rPr>
          <w:rStyle w:val="Strong"/>
          <w:rFonts w:eastAsia="Calibri" w:cs="Cambria" w:ascii="Linux Libertine G" w:hAnsi="Linux Libertine G" w:cstheme="minorHAnsi"/>
          <w:b w:val="false"/>
          <w:bCs w:val="false"/>
          <w:lang w:val="en-GB"/>
        </w:rPr>
        <w:t>seeking advice from</w:t>
      </w:r>
      <w:r>
        <w:rPr>
          <w:rStyle w:val="Strong"/>
          <w:rFonts w:eastAsia="Calibri" w:cs="Cambria" w:ascii="Linux Libertine G" w:hAnsi="Linux Libertine G" w:cstheme="minorHAnsi"/>
          <w:b w:val="false"/>
          <w:bCs w:val="false"/>
          <w:lang w:val="en-GB"/>
        </w:rPr>
        <w:t xml:space="preserve"> the Professionals Online Safety Helpline, </w:t>
      </w:r>
      <w:r>
        <w:rPr>
          <w:rStyle w:val="Strong"/>
          <w:rFonts w:eastAsia="Calibri" w:cs="Cambria" w:ascii="Linux Libertine G" w:hAnsi="Linux Libertine G" w:cstheme="minorHAnsi"/>
          <w:b w:val="false"/>
          <w:bCs w:val="false"/>
          <w:lang w:val="en-GB"/>
        </w:rPr>
        <w:t xml:space="preserve">or consulting other relevant agencies is appropriate. </w:t>
      </w:r>
    </w:p>
    <w:p>
      <w:pPr>
        <w:pStyle w:val="BodyText"/>
        <w:spacing w:lineRule="auto" w:line="240"/>
        <w:rPr>
          <w:rStyle w:val="Strong"/>
          <w:b w:val="false"/>
          <w:bCs w:val="false"/>
        </w:rPr>
      </w:pPr>
      <w:r>
        <w:rPr>
          <w:rStyle w:val="Strong"/>
          <w:rFonts w:eastAsia="Calibri" w:cs="Cambria" w:ascii="Linux Libertine G" w:hAnsi="Linux Libertine G" w:cstheme="minorHAnsi"/>
          <w:b w:val="false"/>
          <w:bCs w:val="false"/>
          <w:lang w:val="en-GB"/>
        </w:rPr>
        <w:t xml:space="preserve">Changing Strides Equine Therapies recognises that technology is a significant factor in many safeguarding issues. Abuse may occur online, offline, or through technology that facilitates abuse occurring offline. All online safeguarding concerns will be treated with the same seriousness as concerns arising in person. </w:t>
      </w:r>
    </w:p>
    <w:p>
      <w:pPr>
        <w:pStyle w:val="Normal"/>
        <w:spacing w:lineRule="auto" w:line="240" w:before="0" w:after="0"/>
        <w:rPr>
          <w:rFonts w:ascii="Linux Libertine G" w:hAnsi="Linux Libertine G" w:eastAsia="Calibri" w:cs="Cambria" w:cstheme="minorHAnsi"/>
          <w:b w:val="false"/>
          <w:bCs w:val="false"/>
        </w:rPr>
      </w:pPr>
      <w:r>
        <w:rPr>
          <w:rFonts w:eastAsia="Calibri" w:cs="Cambria" w:cstheme="minorHAnsi" w:ascii="Linux Libertine G" w:hAnsi="Linux Libertine G"/>
          <w:b w:val="false"/>
          <w:bCs w:val="false"/>
          <w:lang w:val="en-GB"/>
        </w:rPr>
      </w:r>
    </w:p>
    <w:p>
      <w:pPr>
        <w:pStyle w:val="Normal"/>
        <w:spacing w:lineRule="auto" w:line="240" w:before="0" w:after="0"/>
        <w:rPr>
          <w:rFonts w:ascii="Linux Libertine G" w:hAnsi="Linux Libertine G" w:eastAsia="Calibri" w:cs="Cambria" w:cstheme="minorHAnsi"/>
          <w:b/>
          <w:bCs/>
        </w:rPr>
      </w:pPr>
      <w:r>
        <w:rPr>
          <w:rFonts w:eastAsia="Calibri" w:cs="Cambria" w:ascii="Linux Libertine G" w:hAnsi="Linux Libertine G" w:cstheme="minorHAnsi"/>
          <w:b/>
          <w:bCs/>
          <w:lang w:val="en-GB"/>
        </w:rPr>
        <w:t>Staff should:</w:t>
      </w:r>
    </w:p>
    <w:p>
      <w:pPr>
        <w:pStyle w:val="BodyText"/>
        <w:numPr>
          <w:ilvl w:val="0"/>
          <w:numId w:val="39"/>
        </w:numPr>
        <w:spacing w:lineRule="auto" w:line="240" w:before="0" w:after="0"/>
        <w:rPr>
          <w:rFonts w:ascii="Linux Libertine G" w:hAnsi="Linux Libertine G"/>
        </w:rPr>
      </w:pPr>
      <w:r>
        <w:rPr>
          <w:rFonts w:eastAsia="Calibri" w:cs="Cambria" w:ascii="Linux Libertine G" w:hAnsi="Linux Libertine G" w:cstheme="minorHAnsi"/>
          <w:lang w:val="en-GB"/>
        </w:rPr>
        <w:t xml:space="preserve">Listen carefully and take the child or young person seriously. </w:t>
      </w:r>
    </w:p>
    <w:p>
      <w:pPr>
        <w:pStyle w:val="BodyText"/>
        <w:numPr>
          <w:ilvl w:val="0"/>
          <w:numId w:val="38"/>
        </w:numPr>
        <w:tabs>
          <w:tab w:val="clear" w:pos="720"/>
          <w:tab w:val="left" w:pos="0" w:leader="none"/>
        </w:tabs>
        <w:spacing w:lineRule="auto" w:line="240" w:before="0" w:after="0"/>
        <w:ind w:hanging="283" w:left="709"/>
        <w:rPr>
          <w:rFonts w:ascii="Linux Libertine G" w:hAnsi="Linux Libertine G" w:eastAsia="Calibri" w:cs="Cambria" w:cstheme="minorHAnsi"/>
        </w:rPr>
      </w:pPr>
      <w:r>
        <w:rPr>
          <w:rFonts w:eastAsia="Calibri" w:cs="Cambria" w:ascii="Linux Libertine G" w:hAnsi="Linux Libertine G" w:cstheme="minorHAnsi"/>
          <w:lang w:val="en-GB"/>
        </w:rPr>
        <w:t xml:space="preserve">Reassure them that they have done the right thing by speaking to someone. </w:t>
      </w:r>
    </w:p>
    <w:p>
      <w:pPr>
        <w:pStyle w:val="BodyText"/>
        <w:numPr>
          <w:ilvl w:val="0"/>
          <w:numId w:val="38"/>
        </w:numPr>
        <w:tabs>
          <w:tab w:val="clear" w:pos="720"/>
          <w:tab w:val="left" w:pos="0" w:leader="none"/>
        </w:tabs>
        <w:spacing w:lineRule="auto" w:line="240" w:before="0" w:after="0"/>
        <w:ind w:hanging="283" w:left="709"/>
        <w:rPr>
          <w:rFonts w:ascii="Linux Libertine G" w:hAnsi="Linux Libertine G" w:eastAsia="Calibri" w:cs="Cambria" w:cstheme="minorHAnsi"/>
        </w:rPr>
      </w:pPr>
      <w:r>
        <w:rPr>
          <w:rFonts w:eastAsia="Calibri" w:cs="Cambria" w:ascii="Linux Libertine G" w:hAnsi="Linux Libertine G" w:cstheme="minorHAnsi"/>
          <w:lang w:val="en-GB"/>
        </w:rPr>
        <w:t xml:space="preserve">Establish whether there is an immediate risk to the child or another person and seek emergency medical assistance if required. </w:t>
      </w:r>
    </w:p>
    <w:p>
      <w:pPr>
        <w:pStyle w:val="BodyText"/>
        <w:numPr>
          <w:ilvl w:val="0"/>
          <w:numId w:val="38"/>
        </w:numPr>
        <w:tabs>
          <w:tab w:val="clear" w:pos="720"/>
          <w:tab w:val="left" w:pos="0" w:leader="none"/>
        </w:tabs>
        <w:spacing w:lineRule="auto" w:line="240" w:before="0" w:after="0"/>
        <w:ind w:hanging="283" w:left="709"/>
        <w:rPr>
          <w:rFonts w:ascii="Linux Libertine G" w:hAnsi="Linux Libertine G" w:eastAsia="Calibri" w:cs="Cambria" w:cstheme="minorHAnsi"/>
        </w:rPr>
      </w:pPr>
      <w:r>
        <w:rPr>
          <w:rFonts w:eastAsia="Calibri" w:cs="Cambria" w:ascii="Linux Libertine G" w:hAnsi="Linux Libertine G" w:cstheme="minorHAnsi"/>
          <w:lang w:val="en-GB"/>
        </w:rPr>
        <w:t xml:space="preserve">Explain that the information cannot be kept confidential and will need to be shared with people who can help keep them safe. </w:t>
      </w:r>
    </w:p>
    <w:p>
      <w:pPr>
        <w:pStyle w:val="BodyText"/>
        <w:numPr>
          <w:ilvl w:val="0"/>
          <w:numId w:val="38"/>
        </w:numPr>
        <w:tabs>
          <w:tab w:val="clear" w:pos="720"/>
          <w:tab w:val="left" w:pos="0" w:leader="none"/>
        </w:tabs>
        <w:spacing w:lineRule="auto" w:line="240" w:before="0" w:after="0"/>
        <w:ind w:hanging="283" w:left="709"/>
        <w:rPr>
          <w:rFonts w:ascii="Linux Libertine G" w:hAnsi="Linux Libertine G" w:eastAsia="Calibri" w:cs="Cambria" w:cstheme="minorHAnsi"/>
        </w:rPr>
      </w:pPr>
      <w:r>
        <w:rPr>
          <w:rFonts w:eastAsia="Calibri" w:cs="Cambria" w:ascii="Linux Libertine G" w:hAnsi="Linux Libertine G" w:cstheme="minorHAnsi"/>
          <w:lang w:val="en-GB"/>
        </w:rPr>
        <w:t xml:space="preserve">Report the concern immediately to the Designated Safeguarding Lead. </w:t>
      </w:r>
    </w:p>
    <w:p>
      <w:pPr>
        <w:pStyle w:val="BodyText"/>
        <w:numPr>
          <w:ilvl w:val="0"/>
          <w:numId w:val="38"/>
        </w:numPr>
        <w:tabs>
          <w:tab w:val="clear" w:pos="720"/>
          <w:tab w:val="left" w:pos="0" w:leader="none"/>
        </w:tabs>
        <w:spacing w:lineRule="auto" w:line="240" w:before="0" w:after="6"/>
        <w:ind w:hanging="283" w:left="709"/>
        <w:rPr>
          <w:rFonts w:ascii="Linux Libertine G" w:hAnsi="Linux Libertine G" w:eastAsia="Calibri" w:cs="Cambria" w:cstheme="minorHAnsi"/>
          <w:lang w:val="en-GB"/>
        </w:rPr>
      </w:pPr>
      <w:r>
        <w:rPr>
          <w:rFonts w:eastAsia="Calibri" w:cs="Cambria" w:cstheme="minorHAnsi" w:ascii="Linux Libertine G" w:hAnsi="Linux Libertine G"/>
          <w:lang w:val="en-GB"/>
        </w:rPr>
        <w:t>Record the disclosure accurately using the child's own words wherever possible.</w:t>
      </w:r>
    </w:p>
    <w:p>
      <w:pPr>
        <w:pStyle w:val="BodyText"/>
        <w:numPr>
          <w:ilvl w:val="0"/>
          <w:numId w:val="38"/>
        </w:numPr>
        <w:tabs>
          <w:tab w:val="clear" w:pos="720"/>
          <w:tab w:val="left" w:pos="0" w:leader="none"/>
        </w:tabs>
        <w:spacing w:lineRule="auto" w:line="240" w:before="0" w:after="6"/>
        <w:ind w:hanging="283" w:left="709"/>
        <w:rPr>
          <w:rFonts w:ascii="Linux Libertine G" w:hAnsi="Linux Libertine G" w:eastAsia="Calibri" w:cs="Cambria" w:cstheme="minorHAnsi"/>
        </w:rPr>
      </w:pPr>
      <w:r>
        <w:rPr>
          <w:rFonts w:eastAsia="Calibri" w:cs="Cambria" w:cstheme="minorHAnsi" w:ascii="Linux Libertine G" w:hAnsi="Linux Libertine G"/>
          <w:lang w:val="en-GB"/>
        </w:rPr>
        <w:t xml:space="preserve">Avoid asking leading questions or attempting to investigate the concern. </w:t>
      </w:r>
      <w:r>
        <w:rPr>
          <w:rFonts w:eastAsia="Calibri" w:cs="Cambria" w:cstheme="minorHAnsi" w:ascii="Linux Libertine G" w:hAnsi="Linux Libertine G"/>
          <w:lang w:val="en-GB"/>
        </w:rPr>
        <w:t xml:space="preserve"> </w:t>
      </w:r>
    </w:p>
    <w:p>
      <w:pPr>
        <w:pStyle w:val="BodyText"/>
        <w:numPr>
          <w:ilvl w:val="0"/>
          <w:numId w:val="0"/>
        </w:numPr>
        <w:tabs>
          <w:tab w:val="clear" w:pos="720"/>
          <w:tab w:val="left" w:pos="0" w:leader="none"/>
        </w:tabs>
        <w:spacing w:lineRule="auto" w:line="240" w:before="0" w:after="6"/>
        <w:ind w:hanging="0" w:left="709"/>
        <w:rPr>
          <w:rFonts w:ascii="Linux Libertine G" w:hAnsi="Linux Libertine G" w:eastAsia="Calibri" w:cs="Cambria" w:cstheme="minorHAnsi"/>
        </w:rPr>
      </w:pPr>
      <w:r>
        <w:rPr>
          <w:rFonts w:eastAsia="Calibri" w:cs="Cambria" w:cstheme="minorHAnsi" w:ascii="Linux Libertine G" w:hAnsi="Linux Libertine G"/>
          <w:lang w:val="en-GB"/>
        </w:rPr>
      </w:r>
    </w:p>
    <w:p>
      <w:pPr>
        <w:pStyle w:val="BodyText"/>
        <w:spacing w:lineRule="auto" w:line="240"/>
        <w:rPr>
          <w:rFonts w:ascii="Linux Libertine G" w:hAnsi="Linux Libertine G" w:eastAsia="Calibri" w:cs="Cambria" w:cstheme="minorHAnsi"/>
        </w:rPr>
      </w:pPr>
      <w:r>
        <w:rPr>
          <w:rStyle w:val="Strong"/>
          <w:rFonts w:eastAsia="Calibri" w:cs="Cambria" w:ascii="Linux Libertine G" w:hAnsi="Linux Libertine G" w:cstheme="minorHAnsi"/>
          <w:lang w:val="en-GB"/>
        </w:rPr>
        <w:t xml:space="preserve">The Designated Safeguarding Lead will determine the appropriate safeguarding response, </w:t>
      </w:r>
      <w:r>
        <w:rPr>
          <w:rStyle w:val="Strong"/>
          <w:rFonts w:eastAsia="Calibri" w:cs="Cambria" w:ascii="Linux Libertine G" w:hAnsi="Linux Libertine G" w:cstheme="minorHAnsi"/>
          <w:lang w:val="en-GB"/>
        </w:rPr>
        <w:t>undertake any necessary risk assessment,</w:t>
      </w:r>
      <w:r>
        <w:rPr>
          <w:rStyle w:val="Strong"/>
          <w:rFonts w:eastAsia="Calibri" w:cs="Cambria" w:ascii="Linux Libertine G" w:hAnsi="Linux Libertine G" w:cstheme="minorHAnsi"/>
          <w:lang w:val="en-GB"/>
        </w:rPr>
        <w:t xml:space="preserve"> and make referrals to Children's Social Care, </w:t>
      </w:r>
      <w:r>
        <w:rPr>
          <w:rStyle w:val="Strong"/>
          <w:rFonts w:eastAsia="Calibri" w:cs="Cambria" w:ascii="Linux Libertine G" w:hAnsi="Linux Libertine G" w:cstheme="minorHAnsi"/>
          <w:lang w:val="en-GB"/>
        </w:rPr>
        <w:t xml:space="preserve">Adult Social Care (where appropriate) </w:t>
      </w:r>
      <w:r>
        <w:rPr>
          <w:rStyle w:val="Strong"/>
          <w:rFonts w:eastAsia="Calibri" w:cs="Cambria" w:ascii="Linux Libertine G" w:hAnsi="Linux Libertine G" w:cstheme="minorHAnsi"/>
          <w:lang w:val="en-GB"/>
        </w:rPr>
        <w:t xml:space="preserve">health services, </w:t>
      </w:r>
      <w:r>
        <w:rPr>
          <w:rStyle w:val="Strong"/>
          <w:rFonts w:eastAsia="Calibri" w:cs="Cambria" w:ascii="Linux Libertine G" w:hAnsi="Linux Libertine G" w:cstheme="minorHAnsi"/>
          <w:lang w:val="en-GB"/>
        </w:rPr>
        <w:t>the Police</w:t>
      </w:r>
      <w:r>
        <w:rPr>
          <w:rStyle w:val="Strong"/>
          <w:rFonts w:eastAsia="Calibri" w:cs="Cambria" w:ascii="Linux Libertine G" w:hAnsi="Linux Libertine G" w:cstheme="minorHAnsi"/>
          <w:lang w:val="en-GB"/>
        </w:rPr>
        <w:t xml:space="preserve"> or </w:t>
      </w:r>
      <w:r>
        <w:rPr>
          <w:rStyle w:val="Strong"/>
          <w:rFonts w:eastAsia="Calibri" w:cs="Cambria" w:ascii="Linux Libertine G" w:hAnsi="Linux Libertine G" w:cstheme="minorHAnsi"/>
          <w:lang w:val="en-GB"/>
        </w:rPr>
        <w:t>other relevant agencies without delay.</w:t>
      </w:r>
    </w:p>
    <w:p>
      <w:pPr>
        <w:pStyle w:val="Normal"/>
        <w:spacing w:lineRule="auto" w:line="240"/>
        <w:rPr>
          <w:rFonts w:ascii="Linux Libertine G" w:hAnsi="Linux Libertine G" w:eastAsia="Calibri" w:cs="Cambria" w:cstheme="minorHAnsi"/>
        </w:rPr>
      </w:pPr>
      <w:r>
        <w:rPr>
          <w:rStyle w:val="Strong"/>
          <w:rFonts w:eastAsia="Calibri" w:cs="Cambria" w:ascii="Linux Libertine G" w:hAnsi="Linux Libertine G" w:cstheme="minorHAnsi"/>
          <w:b w:val="false"/>
          <w:bCs w:val="false"/>
          <w:color w:val="auto"/>
          <w:lang w:val="en-GB"/>
        </w:rPr>
        <w:t>Online abuse will be treated with the same seriousness as abuse occurring offline. Staff and volunteers should recognise that technology may be used to facilitate many forms of abuse, including child sexual exploitation, child criminal exploitation, coercive and controlling behaviour, domestic abuse, bullying and harassment.</w:t>
      </w:r>
    </w:p>
    <w:p>
      <w:pPr>
        <w:pStyle w:val="Normal"/>
        <w:spacing w:lineRule="auto" w:line="240"/>
        <w:rPr>
          <w:rFonts w:ascii="Linux Libertine G" w:hAnsi="Linux Libertine G" w:eastAsia="Calibri" w:cs="Cambria" w:cstheme="minorHAnsi"/>
        </w:rPr>
      </w:pPr>
      <w:r>
        <w:rPr/>
      </w:r>
    </w:p>
    <w:p>
      <w:pPr>
        <w:pStyle w:val="Normal"/>
        <w:spacing w:lineRule="auto" w:line="240" w:before="0" w:after="0"/>
        <w:rPr>
          <w:rFonts w:ascii="Linux Libertine G" w:hAnsi="Linux Libertine G"/>
        </w:rPr>
      </w:pPr>
      <w:r>
        <w:rPr>
          <w:rFonts w:eastAsia="Calibri" w:cs="Cambria" w:cstheme="minorHAnsi" w:ascii="Linux Libertine G" w:hAnsi="Linux Libertine G"/>
          <w:b/>
          <w:bCs/>
          <w:lang w:val="en-GB"/>
        </w:rPr>
        <w:t>Responding to Self-harm and Suicidal Behaviour</w:t>
      </w:r>
    </w:p>
    <w:p>
      <w:pPr>
        <w:pStyle w:val="Normal"/>
        <w:spacing w:lineRule="auto" w:line="240" w:before="0" w:after="0"/>
        <w:rPr>
          <w:rFonts w:ascii="Linux Libertine G" w:hAnsi="Linux Libertine G"/>
        </w:rPr>
      </w:pPr>
      <w:r>
        <w:rPr>
          <w:rFonts w:eastAsia="Calibri" w:cs="Cambria" w:cstheme="minorHAnsi" w:ascii="Linux Libertine G" w:hAnsi="Linux Libertine G"/>
          <w:lang w:val="en-GB"/>
        </w:rPr>
      </w:r>
    </w:p>
    <w:p>
      <w:pPr>
        <w:pStyle w:val="Normal"/>
        <w:spacing w:lineRule="auto" w:line="240" w:before="0" w:after="0"/>
        <w:rPr>
          <w:rFonts w:ascii="Linux Libertine G" w:hAnsi="Linux Libertine G"/>
        </w:rPr>
      </w:pPr>
      <w:r>
        <w:rPr>
          <w:rFonts w:eastAsia="Calibri" w:cs="Cambria" w:cstheme="minorHAnsi" w:ascii="Linux Libertine G" w:hAnsi="Linux Libertine G"/>
          <w:lang w:val="en-GB"/>
        </w:rPr>
        <w:t>Where a child discloses self-harm, suicidal thoughts or suicidal behaviour, or where staff or volunteers become concerned that a child may be at risk, they should respond calmly, listen carefully and assess whether there is an immediate risk to the child's safety. The child should not be left alone if there is an immediate risk of harm.</w:t>
      </w:r>
    </w:p>
    <w:p>
      <w:pPr>
        <w:pStyle w:val="Normal"/>
        <w:spacing w:lineRule="auto" w:line="240" w:before="0" w:after="0"/>
        <w:rPr>
          <w:rFonts w:ascii="Linux Libertine G" w:hAnsi="Linux Libertine G"/>
        </w:rPr>
      </w:pPr>
      <w:r>
        <w:rPr>
          <w:rFonts w:eastAsia="Calibri" w:cs="Cambria" w:cstheme="minorHAnsi" w:ascii="Linux Libertine G" w:hAnsi="Linux Libertine G"/>
          <w:lang w:val="en-GB"/>
        </w:rPr>
      </w:r>
    </w:p>
    <w:p>
      <w:pPr>
        <w:pStyle w:val="Normal"/>
        <w:spacing w:lineRule="auto" w:line="240" w:before="0" w:after="0"/>
        <w:rPr>
          <w:rFonts w:ascii="Linux Libertine G" w:hAnsi="Linux Libertine G"/>
        </w:rPr>
      </w:pPr>
      <w:r>
        <w:rPr>
          <w:rFonts w:eastAsia="Calibri" w:cs="Cambria" w:cstheme="minorHAnsi" w:ascii="Linux Libertine G" w:hAnsi="Linux Libertine G"/>
          <w:lang w:val="en-GB"/>
        </w:rPr>
        <w:t>Staff and Volunteers should seek to establish:</w:t>
      </w:r>
    </w:p>
    <w:p>
      <w:pPr>
        <w:pStyle w:val="Normal"/>
        <w:numPr>
          <w:ilvl w:val="0"/>
          <w:numId w:val="22"/>
        </w:numPr>
        <w:spacing w:lineRule="auto" w:line="240" w:before="0" w:after="0"/>
        <w:rPr>
          <w:rFonts w:ascii="Linux Libertine G" w:hAnsi="Linux Libertine G"/>
        </w:rPr>
      </w:pPr>
      <w:r>
        <w:rPr>
          <w:rFonts w:eastAsia="Calibri" w:cs="Cambria" w:ascii="Linux Libertine G" w:hAnsi="Linux Libertine G" w:cstheme="minorHAnsi"/>
          <w:lang w:val="en-GB"/>
        </w:rPr>
        <w:t>Whether the child has</w:t>
      </w:r>
      <w:r>
        <w:rPr>
          <w:rFonts w:eastAsia="Calibri" w:cs="Cambria" w:ascii="Linux Libertine G" w:hAnsi="Linux Libertine G" w:cstheme="minorHAnsi"/>
          <w:lang w:val="en-GB"/>
        </w:rPr>
        <w:t xml:space="preserve"> taken any substances or injured themselves </w:t>
      </w:r>
      <w:r>
        <w:rPr>
          <w:rFonts w:eastAsia="Calibri" w:cs="Cambria" w:ascii="Linux Libertine G" w:hAnsi="Linux Libertine G" w:cstheme="minorHAnsi"/>
          <w:lang w:val="en-GB"/>
        </w:rPr>
        <w:t>and</w:t>
      </w:r>
      <w:r>
        <w:rPr>
          <w:rFonts w:eastAsia="Calibri" w:cs="Cambria" w:ascii="Linux Libertine G" w:hAnsi="Linux Libertine G" w:cstheme="minorHAnsi"/>
          <w:lang w:val="en-GB"/>
        </w:rPr>
        <w:t xml:space="preserve">, if so, </w:t>
      </w:r>
      <w:r>
        <w:rPr>
          <w:rFonts w:eastAsia="Calibri" w:cs="Cambria" w:ascii="Linux Libertine G" w:hAnsi="Linux Libertine G" w:cstheme="minorHAnsi"/>
          <w:lang w:val="en-GB"/>
        </w:rPr>
        <w:t>whether urgent medical treatment is required;</w:t>
      </w:r>
    </w:p>
    <w:p>
      <w:pPr>
        <w:pStyle w:val="Normal"/>
        <w:numPr>
          <w:ilvl w:val="0"/>
          <w:numId w:val="22"/>
        </w:numPr>
        <w:spacing w:lineRule="auto" w:line="240" w:before="0" w:after="0"/>
        <w:rPr>
          <w:rFonts w:ascii="Linux Libertine G" w:hAnsi="Linux Libertine G"/>
        </w:rPr>
      </w:pPr>
      <w:r>
        <w:rPr>
          <w:rFonts w:eastAsia="Calibri" w:cs="Cambria" w:ascii="Linux Libertine G" w:hAnsi="Linux Libertine G" w:cstheme="minorHAnsi"/>
          <w:lang w:val="en-GB"/>
        </w:rPr>
        <w:t>Whether there</w:t>
      </w:r>
      <w:r>
        <w:rPr>
          <w:rFonts w:eastAsia="Calibri" w:cs="Cambria" w:ascii="Linux Libertine G" w:hAnsi="Linux Libertine G" w:cstheme="minorHAnsi"/>
          <w:lang w:val="en-GB"/>
        </w:rPr>
        <w:t xml:space="preserve"> is an immediate concern for the child safety </w:t>
      </w:r>
      <w:r>
        <w:rPr>
          <w:rFonts w:eastAsia="Calibri" w:cs="Cambria" w:ascii="Linux Libertine G" w:hAnsi="Linux Libertine G" w:cstheme="minorHAnsi"/>
          <w:lang w:val="en-GB"/>
        </w:rPr>
        <w:t>or the safety of another person</w:t>
      </w:r>
      <w:r>
        <w:rPr>
          <w:rFonts w:eastAsia="Calibri" w:cs="Cambria" w:ascii="Linux Libertine G" w:hAnsi="Linux Libertine G" w:cstheme="minorHAnsi"/>
          <w:lang w:val="en-GB"/>
        </w:rPr>
        <w:t>;</w:t>
      </w:r>
    </w:p>
    <w:p>
      <w:pPr>
        <w:pStyle w:val="Normal"/>
        <w:numPr>
          <w:ilvl w:val="0"/>
          <w:numId w:val="22"/>
        </w:numPr>
        <w:spacing w:lineRule="auto" w:line="240" w:before="0" w:after="0"/>
        <w:rPr>
          <w:rFonts w:ascii="Linux Libertine G" w:hAnsi="Linux Libertine G"/>
        </w:rPr>
      </w:pPr>
      <w:r>
        <w:rPr>
          <w:rFonts w:eastAsia="Calibri" w:cs="Cambria" w:ascii="Linux Libertine G" w:hAnsi="Linux Libertine G" w:cstheme="minorHAnsi"/>
          <w:lang w:val="en-GB"/>
        </w:rPr>
        <w:t xml:space="preserve">Understand </w:t>
      </w:r>
      <w:r>
        <w:rPr>
          <w:rFonts w:eastAsia="Calibri" w:cs="Cambria" w:ascii="Linux Libertine G" w:hAnsi="Linux Libertine G" w:cstheme="minorHAnsi"/>
          <w:lang w:val="en-GB"/>
        </w:rPr>
        <w:t xml:space="preserve">what is troubling the </w:t>
      </w:r>
      <w:r>
        <w:rPr>
          <w:rFonts w:eastAsia="Calibri" w:cs="Cambria" w:ascii="Linux Libertine G" w:hAnsi="Linux Libertine G" w:cstheme="minorHAnsi"/>
          <w:lang w:val="en-GB"/>
        </w:rPr>
        <w:t>child</w:t>
      </w:r>
      <w:r>
        <w:rPr>
          <w:rFonts w:eastAsia="Calibri" w:cs="Cambria" w:ascii="Linux Libertine G" w:hAnsi="Linux Libertine G" w:cstheme="minorHAnsi"/>
          <w:lang w:val="en-GB"/>
        </w:rPr>
        <w:t>;</w:t>
      </w:r>
    </w:p>
    <w:p>
      <w:pPr>
        <w:pStyle w:val="Normal"/>
        <w:numPr>
          <w:ilvl w:val="0"/>
          <w:numId w:val="22"/>
        </w:numPr>
        <w:spacing w:lineRule="auto" w:line="240" w:before="0" w:after="0"/>
        <w:rPr>
          <w:rFonts w:ascii="Linux Libertine G" w:hAnsi="Linux Libertine G"/>
        </w:rPr>
      </w:pPr>
      <w:r>
        <w:rPr>
          <w:rFonts w:eastAsia="Calibri" w:cs="Cambria" w:ascii="Linux Libertine G" w:hAnsi="Linux Libertine G" w:cstheme="minorHAnsi"/>
          <w:lang w:val="en-GB"/>
        </w:rPr>
        <w:t>Whether the child is expressing thoughts of suicide or has indicated that they have a plan or intention to end their life;</w:t>
      </w:r>
    </w:p>
    <w:p>
      <w:pPr>
        <w:pStyle w:val="Normal"/>
        <w:numPr>
          <w:ilvl w:val="0"/>
          <w:numId w:val="22"/>
        </w:numPr>
        <w:spacing w:lineRule="auto" w:line="240" w:before="0" w:after="0"/>
        <w:rPr>
          <w:rFonts w:ascii="Linux Libertine G" w:hAnsi="Linux Libertine G"/>
        </w:rPr>
      </w:pPr>
      <w:r>
        <w:rPr>
          <w:rFonts w:eastAsia="Calibri" w:cs="Cambria" w:ascii="Linux Libertine G" w:hAnsi="Linux Libertine G" w:cstheme="minorHAnsi"/>
          <w:lang w:val="en-GB"/>
        </w:rPr>
        <w:t xml:space="preserve">Ask </w:t>
      </w:r>
      <w:r>
        <w:rPr>
          <w:rFonts w:eastAsia="Calibri" w:cs="Cambria" w:ascii="Linux Libertine G" w:hAnsi="Linux Libertine G" w:cstheme="minorHAnsi"/>
          <w:lang w:val="en-GB"/>
        </w:rPr>
        <w:t>what help or support the child would w</w:t>
      </w:r>
      <w:r>
        <w:rPr>
          <w:rFonts w:eastAsia="Calibri" w:cs="Cambria" w:ascii="Linux Libertine G" w:hAnsi="Linux Libertine G" w:cstheme="minorHAnsi"/>
          <w:lang w:val="en-GB"/>
        </w:rPr>
        <w:t>ould like</w:t>
      </w:r>
      <w:r>
        <w:rPr>
          <w:rFonts w:eastAsia="Calibri" w:cs="Cambria" w:ascii="Linux Libertine G" w:hAnsi="Linux Libertine G" w:cstheme="minorHAnsi"/>
          <w:lang w:val="en-GB"/>
        </w:rPr>
        <w:t>;</w:t>
      </w:r>
    </w:p>
    <w:p>
      <w:pPr>
        <w:pStyle w:val="Normal"/>
        <w:numPr>
          <w:ilvl w:val="0"/>
          <w:numId w:val="22"/>
        </w:numPr>
        <w:spacing w:lineRule="auto" w:line="240" w:before="0" w:after="0"/>
        <w:rPr>
          <w:rFonts w:ascii="Linux Libertine G" w:hAnsi="Linux Libertine G"/>
        </w:rPr>
      </w:pPr>
      <w:r>
        <w:rPr>
          <w:rFonts w:eastAsia="Calibri" w:cs="Cambria" w:ascii="Linux Libertine G" w:hAnsi="Linux Libertine G" w:cstheme="minorHAnsi"/>
          <w:lang w:val="en-GB"/>
        </w:rPr>
        <w:t>Ask whether there is a trusted adult, family member or other person</w:t>
      </w:r>
      <w:r>
        <w:rPr>
          <w:rFonts w:eastAsia="Calibri" w:cs="Cambria" w:ascii="Linux Libertine G" w:hAnsi="Linux Libertine G" w:cstheme="minorHAnsi"/>
          <w:lang w:val="en-GB"/>
        </w:rPr>
        <w:t xml:space="preserve"> </w:t>
      </w:r>
      <w:r>
        <w:rPr>
          <w:rFonts w:eastAsia="Calibri" w:cs="Cambria" w:ascii="Linux Libertine G" w:hAnsi="Linux Libertine G" w:cstheme="minorHAnsi"/>
          <w:lang w:val="en-GB"/>
        </w:rPr>
        <w:t>is</w:t>
      </w:r>
      <w:r>
        <w:rPr>
          <w:rFonts w:eastAsia="Calibri" w:cs="Cambria" w:ascii="Linux Libertine G" w:hAnsi="Linux Libertine G" w:cstheme="minorHAnsi"/>
          <w:lang w:val="en-GB"/>
        </w:rPr>
        <w:t xml:space="preserve"> aware of, </w:t>
      </w:r>
      <w:r>
        <w:rPr>
          <w:rFonts w:eastAsia="Calibri" w:cs="Cambria" w:ascii="Linux Libertine G" w:hAnsi="Linux Libertine G" w:cstheme="minorHAnsi"/>
          <w:lang w:val="en-GB"/>
        </w:rPr>
        <w:t>or can support them;</w:t>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Where appropriate, and only where this does not delay urgent safeguarding or medical attention, staff may sensitively explore:</w:t>
      </w:r>
    </w:p>
    <w:p>
      <w:pPr>
        <w:pStyle w:val="Normal"/>
        <w:numPr>
          <w:ilvl w:val="0"/>
          <w:numId w:val="23"/>
        </w:numPr>
        <w:spacing w:lineRule="auto" w:line="240" w:before="0" w:after="0"/>
        <w:rPr>
          <w:rFonts w:ascii="Linux Libertine G" w:hAnsi="Linux Libertine G"/>
        </w:rPr>
      </w:pPr>
      <w:r>
        <w:rPr>
          <w:rFonts w:eastAsia="Calibri" w:cs="Cambria" w:ascii="Linux Libertine G" w:hAnsi="Linux Libertine G" w:cstheme="minorHAnsi"/>
          <w:lang w:val="en-GB"/>
        </w:rPr>
        <w:t xml:space="preserve">How long </w:t>
      </w:r>
      <w:r>
        <w:rPr>
          <w:rFonts w:eastAsia="Calibri" w:cs="Cambria" w:ascii="Linux Libertine G" w:hAnsi="Linux Libertine G" w:cstheme="minorHAnsi"/>
          <w:lang w:val="en-GB"/>
        </w:rPr>
        <w:t>they have been feeling this way;</w:t>
      </w:r>
    </w:p>
    <w:p>
      <w:pPr>
        <w:pStyle w:val="Normal"/>
        <w:numPr>
          <w:ilvl w:val="0"/>
          <w:numId w:val="23"/>
        </w:numPr>
        <w:spacing w:lineRule="auto" w:line="240" w:before="0" w:after="0"/>
        <w:rPr>
          <w:rFonts w:ascii="Linux Libertine G" w:hAnsi="Linux Libertine G"/>
        </w:rPr>
      </w:pPr>
      <w:r>
        <w:rPr>
          <w:rFonts w:eastAsia="Calibri" w:cs="Cambria" w:ascii="Linux Libertine G" w:hAnsi="Linux Libertine G" w:cstheme="minorHAnsi"/>
          <w:lang w:val="en-GB"/>
        </w:rPr>
        <w:t>Whether they feel safe at home, online and in other environments;</w:t>
      </w:r>
    </w:p>
    <w:p>
      <w:pPr>
        <w:pStyle w:val="Normal"/>
        <w:numPr>
          <w:ilvl w:val="0"/>
          <w:numId w:val="23"/>
        </w:numPr>
        <w:spacing w:lineRule="auto" w:line="240" w:before="0" w:after="0"/>
        <w:rPr>
          <w:rFonts w:ascii="Linux Libertine G" w:hAnsi="Linux Libertine G"/>
        </w:rPr>
      </w:pPr>
      <w:r>
        <w:rPr>
          <w:rFonts w:eastAsia="Calibri" w:cs="Cambria" w:ascii="Linux Libertine G" w:hAnsi="Linux Libertine G" w:cstheme="minorHAnsi"/>
          <w:lang w:val="en-GB"/>
        </w:rPr>
        <w:t>Whether they are at risk of harm from another person;</w:t>
      </w:r>
    </w:p>
    <w:p>
      <w:pPr>
        <w:pStyle w:val="Normal"/>
        <w:numPr>
          <w:ilvl w:val="0"/>
          <w:numId w:val="23"/>
        </w:numPr>
        <w:spacing w:lineRule="auto" w:line="240" w:before="0" w:after="0"/>
        <w:rPr>
          <w:rFonts w:ascii="Linux Libertine G" w:hAnsi="Linux Libertine G"/>
        </w:rPr>
      </w:pPr>
      <w:r>
        <w:rPr>
          <w:rFonts w:eastAsia="Calibri" w:cs="Cambria" w:ascii="Linux Libertine G" w:hAnsi="Linux Libertine G" w:cstheme="minorHAnsi"/>
          <w:lang w:val="en-GB"/>
        </w:rPr>
        <w:t>whether they are experiencing difficulties relating to their physical or mental health, relationships, bullying, abuse, exploitation or other safeguarding concerns;</w:t>
      </w:r>
    </w:p>
    <w:p>
      <w:pPr>
        <w:pStyle w:val="Normal"/>
        <w:numPr>
          <w:ilvl w:val="0"/>
          <w:numId w:val="23"/>
        </w:numPr>
        <w:spacing w:lineRule="auto" w:line="240" w:before="0" w:after="0"/>
        <w:rPr>
          <w:rFonts w:ascii="Linux Libertine G" w:hAnsi="Linux Libertine G"/>
        </w:rPr>
      </w:pPr>
      <w:r>
        <w:rPr>
          <w:rFonts w:eastAsia="Calibri" w:cs="Cambria" w:ascii="Linux Libertine G" w:hAnsi="Linux Libertine G" w:cstheme="minorHAnsi"/>
          <w:lang w:val="en-GB"/>
        </w:rPr>
        <w:t>whether they have engaged in any other behaviours that increased their risk of harm;</w:t>
      </w:r>
    </w:p>
    <w:p>
      <w:pPr>
        <w:pStyle w:val="Normal"/>
        <w:numPr>
          <w:ilvl w:val="0"/>
          <w:numId w:val="23"/>
        </w:numPr>
        <w:spacing w:lineRule="auto" w:line="240" w:before="0" w:after="0"/>
        <w:rPr>
          <w:rFonts w:ascii="Linux Libertine G" w:hAnsi="Linux Libertine G"/>
        </w:rPr>
      </w:pPr>
      <w:r>
        <w:rPr>
          <w:rFonts w:eastAsia="Calibri" w:cs="Cambria" w:ascii="Linux Libertine G" w:hAnsi="Linux Libertine G" w:cstheme="minorHAnsi"/>
          <w:lang w:val="en-GB"/>
        </w:rPr>
        <w:t>What coping strategies or sources of support have been helpful;</w:t>
      </w:r>
    </w:p>
    <w:p>
      <w:pPr>
        <w:pStyle w:val="Normal"/>
        <w:numPr>
          <w:ilvl w:val="0"/>
          <w:numId w:val="23"/>
        </w:numPr>
        <w:spacing w:lineRule="auto" w:line="240" w:before="0" w:after="0"/>
        <w:rPr>
          <w:rFonts w:ascii="Linux Libertine G" w:hAnsi="Linux Libertine G"/>
        </w:rPr>
      </w:pPr>
      <w:r>
        <w:rPr>
          <w:rFonts w:eastAsia="Calibri" w:cs="Cambria" w:ascii="Linux Libertine G" w:hAnsi="Linux Libertine G" w:cstheme="minorHAnsi"/>
          <w:lang w:val="en-GB"/>
        </w:rPr>
        <w:t>what helps them feel safer;</w:t>
      </w:r>
    </w:p>
    <w:p>
      <w:pPr>
        <w:pStyle w:val="Normal"/>
        <w:numPr>
          <w:ilvl w:val="0"/>
          <w:numId w:val="23"/>
        </w:numPr>
        <w:spacing w:lineRule="auto" w:line="240" w:before="0" w:after="0"/>
        <w:rPr>
          <w:rFonts w:ascii="Linux Libertine G" w:hAnsi="Linux Libertine G"/>
        </w:rPr>
      </w:pPr>
      <w:r>
        <w:rPr>
          <w:rFonts w:eastAsia="Calibri" w:cs="Cambria" w:ascii="Linux Libertine G" w:hAnsi="Linux Libertine G" w:cstheme="minorHAnsi"/>
          <w:lang w:val="en-GB"/>
        </w:rPr>
        <w:t>What support they would feel would help at home, within Changing Strides Equine Therapies or from other services;</w:t>
      </w:r>
    </w:p>
    <w:p>
      <w:pPr>
        <w:pStyle w:val="Normal"/>
        <w:numPr>
          <w:ilvl w:val="0"/>
          <w:numId w:val="23"/>
        </w:numPr>
        <w:spacing w:lineRule="auto" w:line="240" w:before="0" w:after="0"/>
        <w:rPr>
          <w:rFonts w:ascii="Linux Libertine G" w:hAnsi="Linux Libertine G"/>
        </w:rPr>
      </w:pPr>
      <w:r>
        <w:rPr>
          <w:rFonts w:eastAsia="Calibri" w:cs="Cambria" w:cstheme="minorHAnsi" w:ascii="Linux Libertine G" w:hAnsi="Linux Libertine G"/>
          <w:lang w:val="en-GB"/>
        </w:rPr>
        <w:t>What they think would help them feel safer and more supported.</w:t>
      </w:r>
    </w:p>
    <w:p>
      <w:pPr>
        <w:pStyle w:val="Normal"/>
        <w:spacing w:lineRule="auto" w:line="240" w:before="0" w:after="0"/>
        <w:rPr>
          <w:rFonts w:ascii="Linux Libertine G" w:hAnsi="Linux Libertine G"/>
        </w:rPr>
      </w:pPr>
      <w:r>
        <w:rPr/>
      </w:r>
    </w:p>
    <w:p>
      <w:pPr>
        <w:pStyle w:val="Normal"/>
        <w:spacing w:lineRule="auto" w:line="240" w:before="0" w:after="0"/>
        <w:rPr>
          <w:rFonts w:ascii="Linux Libertine G" w:hAnsi="Linux Libertine G"/>
        </w:rPr>
      </w:pPr>
      <w:r>
        <w:rPr>
          <w:rStyle w:val="Strong"/>
          <w:rFonts w:eastAsia="Calibri" w:cs="Cambria" w:ascii="Linux Libertine G" w:hAnsi="Linux Libertine G" w:cstheme="minorHAnsi"/>
          <w:b/>
          <w:bCs/>
          <w:color w:val="auto"/>
          <w:lang w:val="en-GB"/>
        </w:rPr>
        <w:t xml:space="preserve">Where there is an immediate risk to life or serious injury, emergency services must be contacted immediately by calling 999. urgent medical treatment must never be delayed because of safeguarding procedures. </w:t>
      </w:r>
    </w:p>
    <w:p>
      <w:pPr>
        <w:pStyle w:val="Heading3"/>
        <w:spacing w:lineRule="auto" w:line="240"/>
        <w:rPr>
          <w:rFonts w:ascii="Linux Libertine G" w:hAnsi="Linux Libertine G" w:eastAsia="Calibri" w:cs="Cambria" w:cstheme="minorHAnsi"/>
        </w:rPr>
      </w:pPr>
      <w:r>
        <w:rPr>
          <w:rStyle w:val="Strong"/>
          <w:rFonts w:eastAsia="Calibri" w:cs="Cambria" w:ascii="Linux Libertine G" w:hAnsi="Linux Libertine G" w:cstheme="minorHAnsi"/>
          <w:b/>
          <w:bCs/>
          <w:color w:val="auto"/>
          <w:lang w:val="en-GB"/>
        </w:rPr>
        <w:t>Staff should not:</w:t>
      </w:r>
    </w:p>
    <w:p>
      <w:pPr>
        <w:pStyle w:val="BodyText"/>
        <w:numPr>
          <w:ilvl w:val="0"/>
          <w:numId w:val="40"/>
        </w:numPr>
        <w:tabs>
          <w:tab w:val="clear" w:pos="720"/>
          <w:tab w:val="left" w:pos="0" w:leader="none"/>
        </w:tabs>
        <w:spacing w:lineRule="auto" w:line="240" w:before="0" w:after="0"/>
        <w:ind w:hanging="283" w:left="709"/>
        <w:rPr>
          <w:rFonts w:ascii="Linux Libertine G" w:hAnsi="Linux Libertine G" w:eastAsia="Calibri" w:cs="Cambria" w:cstheme="minorHAnsi"/>
        </w:rPr>
      </w:pPr>
      <w:r>
        <w:rPr>
          <w:rFonts w:eastAsia="Calibri" w:cs="Cambria" w:ascii="Linux Libertine G" w:hAnsi="Linux Libertine G" w:cstheme="minorHAnsi"/>
          <w:lang w:val="en-GB"/>
        </w:rPr>
        <w:t xml:space="preserve">Panic or minimise the concern. </w:t>
      </w:r>
    </w:p>
    <w:p>
      <w:pPr>
        <w:pStyle w:val="BodyText"/>
        <w:numPr>
          <w:ilvl w:val="0"/>
          <w:numId w:val="40"/>
        </w:numPr>
        <w:tabs>
          <w:tab w:val="clear" w:pos="720"/>
          <w:tab w:val="left" w:pos="0" w:leader="none"/>
        </w:tabs>
        <w:spacing w:lineRule="auto" w:line="240" w:before="0" w:after="0"/>
        <w:ind w:hanging="283" w:left="709"/>
        <w:rPr>
          <w:rFonts w:ascii="Linux Libertine G" w:hAnsi="Linux Libertine G" w:eastAsia="Calibri" w:cs="Cambria" w:cstheme="minorHAnsi"/>
        </w:rPr>
      </w:pPr>
      <w:r>
        <w:rPr>
          <w:rFonts w:eastAsia="Calibri" w:cs="Cambria" w:ascii="Linux Libertine G" w:hAnsi="Linux Libertine G" w:cstheme="minorHAnsi"/>
          <w:lang w:val="en-GB"/>
        </w:rPr>
        <w:t xml:space="preserve">Promise to keep the information secret. </w:t>
      </w:r>
    </w:p>
    <w:p>
      <w:pPr>
        <w:pStyle w:val="BodyText"/>
        <w:numPr>
          <w:ilvl w:val="0"/>
          <w:numId w:val="40"/>
        </w:numPr>
        <w:tabs>
          <w:tab w:val="clear" w:pos="720"/>
          <w:tab w:val="left" w:pos="0" w:leader="none"/>
        </w:tabs>
        <w:spacing w:lineRule="auto" w:line="240" w:before="0" w:after="0"/>
        <w:ind w:hanging="283" w:left="709"/>
        <w:rPr>
          <w:rFonts w:ascii="Linux Libertine G" w:hAnsi="Linux Libertine G" w:eastAsia="Calibri" w:cs="Cambria" w:cstheme="minorHAnsi"/>
        </w:rPr>
      </w:pPr>
      <w:r>
        <w:rPr>
          <w:rFonts w:eastAsia="Calibri" w:cs="Cambria" w:ascii="Linux Libertine G" w:hAnsi="Linux Libertine G" w:cstheme="minorHAnsi"/>
          <w:lang w:val="en-GB"/>
        </w:rPr>
        <w:t xml:space="preserve">Ask leading questions or attempt to investigate. </w:t>
      </w:r>
    </w:p>
    <w:p>
      <w:pPr>
        <w:pStyle w:val="BodyText"/>
        <w:numPr>
          <w:ilvl w:val="0"/>
          <w:numId w:val="40"/>
        </w:numPr>
        <w:tabs>
          <w:tab w:val="clear" w:pos="720"/>
          <w:tab w:val="left" w:pos="0" w:leader="none"/>
        </w:tabs>
        <w:spacing w:lineRule="auto" w:line="240" w:before="0" w:after="0"/>
        <w:ind w:hanging="283" w:left="709"/>
        <w:rPr>
          <w:rFonts w:ascii="Linux Libertine G" w:hAnsi="Linux Libertine G" w:eastAsia="Calibri" w:cs="Cambria" w:cstheme="minorHAnsi"/>
        </w:rPr>
      </w:pPr>
      <w:r>
        <w:rPr>
          <w:rFonts w:eastAsia="Calibri" w:cs="Cambria" w:ascii="Linux Libertine G" w:hAnsi="Linux Libertine G" w:cstheme="minorHAnsi"/>
          <w:lang w:val="en-GB"/>
        </w:rPr>
        <w:t xml:space="preserve">Leave the child alone if there is an immediate risk of harm. </w:t>
      </w:r>
    </w:p>
    <w:p>
      <w:pPr>
        <w:pStyle w:val="BodyText"/>
        <w:numPr>
          <w:ilvl w:val="0"/>
          <w:numId w:val="40"/>
        </w:numPr>
        <w:tabs>
          <w:tab w:val="clear" w:pos="720"/>
          <w:tab w:val="left" w:pos="0" w:leader="none"/>
        </w:tabs>
        <w:spacing w:lineRule="auto" w:line="240" w:before="0" w:after="0"/>
        <w:ind w:hanging="283" w:left="709"/>
        <w:rPr>
          <w:rFonts w:ascii="Linux Libertine G" w:hAnsi="Linux Libertine G" w:eastAsia="Calibri" w:cs="Cambria" w:cstheme="minorHAnsi"/>
        </w:rPr>
      </w:pPr>
      <w:r>
        <w:rPr>
          <w:rFonts w:eastAsia="Calibri" w:cs="Cambria" w:ascii="Linux Libertine G" w:hAnsi="Linux Libertine G" w:cstheme="minorHAnsi"/>
          <w:lang w:val="en-GB"/>
        </w:rPr>
        <w:t xml:space="preserve">Dismiss the behaviour as attention-seeking, manipulative or a phase. </w:t>
      </w:r>
    </w:p>
    <w:p>
      <w:pPr>
        <w:pStyle w:val="BodyText"/>
        <w:numPr>
          <w:ilvl w:val="0"/>
          <w:numId w:val="40"/>
        </w:numPr>
        <w:tabs>
          <w:tab w:val="clear" w:pos="720"/>
          <w:tab w:val="left" w:pos="0" w:leader="none"/>
        </w:tabs>
        <w:spacing w:lineRule="auto" w:line="240" w:before="0" w:after="0"/>
        <w:ind w:hanging="283" w:left="709"/>
        <w:rPr>
          <w:rFonts w:ascii="Linux Libertine G" w:hAnsi="Linux Libertine G" w:eastAsia="Calibri" w:cs="Cambria" w:cstheme="minorHAnsi"/>
        </w:rPr>
      </w:pPr>
      <w:r>
        <w:rPr>
          <w:rFonts w:eastAsia="Calibri" w:cs="Cambria" w:ascii="Linux Libertine G" w:hAnsi="Linux Libertine G" w:cstheme="minorHAnsi"/>
          <w:lang w:val="en-GB"/>
        </w:rPr>
        <w:t xml:space="preserve">Assume that previous threats or incidents were not serious. </w:t>
      </w:r>
    </w:p>
    <w:p>
      <w:pPr>
        <w:pStyle w:val="BodyText"/>
        <w:numPr>
          <w:ilvl w:val="0"/>
          <w:numId w:val="40"/>
        </w:numPr>
        <w:tabs>
          <w:tab w:val="clear" w:pos="720"/>
          <w:tab w:val="left" w:pos="0" w:leader="none"/>
        </w:tabs>
        <w:spacing w:lineRule="auto" w:line="240" w:before="0" w:after="6"/>
        <w:ind w:hanging="283" w:left="709"/>
        <w:rPr>
          <w:rFonts w:ascii="Linux Libertine G" w:hAnsi="Linux Libertine G" w:eastAsia="Calibri" w:cs="Cambria" w:cstheme="minorHAnsi"/>
          <w:lang w:val="en-GB"/>
        </w:rPr>
      </w:pPr>
      <w:r>
        <w:rPr>
          <w:rFonts w:eastAsia="Calibri" w:cs="Cambria" w:cstheme="minorHAnsi" w:ascii="Linux Libertine G" w:hAnsi="Linux Libertine G"/>
          <w:lang w:val="en-GB"/>
        </w:rPr>
        <w:t>Make assumptions based on the child's presentation, as children often conceal emotional distress.</w:t>
      </w:r>
    </w:p>
    <w:p>
      <w:pPr>
        <w:pStyle w:val="BodyText"/>
        <w:numPr>
          <w:ilvl w:val="0"/>
          <w:numId w:val="40"/>
        </w:numPr>
        <w:tabs>
          <w:tab w:val="clear" w:pos="720"/>
          <w:tab w:val="left" w:pos="0" w:leader="none"/>
        </w:tabs>
        <w:bidi w:val="0"/>
        <w:spacing w:lineRule="auto" w:line="240" w:before="0" w:after="6"/>
        <w:ind w:hanging="283" w:left="709"/>
        <w:rPr>
          <w:rFonts w:ascii="Linux Libertine G" w:hAnsi="Linux Libertine G" w:eastAsia="Calibri" w:cs="Cambria" w:cstheme="minorHAnsi"/>
          <w:lang w:val="en-GB"/>
        </w:rPr>
      </w:pPr>
      <w:r>
        <w:rPr>
          <w:rFonts w:eastAsia="Calibri" w:cs="Cambria" w:cstheme="minorHAnsi" w:ascii="Linux Libertine G" w:hAnsi="Linux Libertine G"/>
          <w:lang w:val="en-GB"/>
        </w:rPr>
        <w:t xml:space="preserve">Express shock, judgement or disbelief. </w:t>
      </w:r>
    </w:p>
    <w:p>
      <w:pPr>
        <w:pStyle w:val="BodyText"/>
        <w:numPr>
          <w:ilvl w:val="0"/>
          <w:numId w:val="40"/>
        </w:numPr>
        <w:tabs>
          <w:tab w:val="clear" w:pos="720"/>
          <w:tab w:val="left" w:pos="0" w:leader="none"/>
        </w:tabs>
        <w:bidi w:val="0"/>
        <w:spacing w:lineRule="auto" w:line="240" w:before="0" w:after="6"/>
        <w:ind w:hanging="283" w:left="709"/>
        <w:rPr>
          <w:rFonts w:ascii="Linux Libertine G" w:hAnsi="Linux Libertine G" w:eastAsia="Calibri" w:cs="Cambria" w:cstheme="minorHAnsi"/>
          <w:lang w:val="en-GB"/>
        </w:rPr>
      </w:pPr>
      <w:r>
        <w:rPr>
          <w:rFonts w:eastAsia="Calibri" w:cs="Cambria" w:cstheme="minorHAnsi" w:ascii="Linux Libertine G" w:hAnsi="Linux Libertine G"/>
          <w:lang w:val="en-GB"/>
        </w:rPr>
        <w:t xml:space="preserve">Offer reassurance that cannot be guaranteed or make promises about outcomes. </w:t>
      </w:r>
    </w:p>
    <w:p>
      <w:pPr>
        <w:pStyle w:val="BodyText"/>
        <w:tabs>
          <w:tab w:val="clear" w:pos="720"/>
          <w:tab w:val="left" w:pos="0" w:leader="none"/>
        </w:tabs>
        <w:bidi w:val="0"/>
        <w:spacing w:lineRule="auto" w:line="240" w:before="0" w:after="6"/>
        <w:ind w:hanging="0" w:left="0"/>
        <w:rPr>
          <w:rFonts w:ascii="Linux Libertine G" w:hAnsi="Linux Libertine G" w:eastAsia="Calibri" w:cs="Cambria" w:cstheme="minorHAnsi"/>
          <w:lang w:val="en-GB"/>
        </w:rPr>
      </w:pPr>
      <w:r>
        <w:rPr>
          <w:rFonts w:eastAsia="Calibri" w:cs="Cambria" w:cstheme="minorHAnsi" w:ascii="Linux Libertine G" w:hAnsi="Linux Libertine G"/>
          <w:lang w:val="en-GB"/>
        </w:rPr>
      </w:r>
    </w:p>
    <w:p>
      <w:pPr>
        <w:pStyle w:val="BodyText"/>
        <w:tabs>
          <w:tab w:val="clear" w:pos="720"/>
          <w:tab w:val="left" w:pos="0" w:leader="none"/>
        </w:tabs>
        <w:bidi w:val="0"/>
        <w:spacing w:lineRule="auto" w:line="240" w:before="0" w:after="6"/>
        <w:ind w:hanging="0" w:left="0"/>
        <w:rPr>
          <w:rFonts w:ascii="Linux Libertine G" w:hAnsi="Linux Libertine G" w:eastAsia="Calibri" w:cs="Cambria" w:cstheme="minorHAnsi"/>
          <w:lang w:val="en-GB"/>
        </w:rPr>
      </w:pPr>
      <w:r>
        <w:rPr>
          <w:rFonts w:eastAsia="Calibri" w:cs="Cambria" w:cstheme="minorHAnsi" w:ascii="Linux Libertine G" w:hAnsi="Linux Libertine G"/>
          <w:lang w:val="en-GB"/>
        </w:rPr>
        <w:t>All concerns relating to self-harm, suicidal thoughts or suicidal behaviour must be reported immediately to the Designated Safeguarding Lead and recorded accurately in accordance with this Safeguarding Policy. The Designated Safeguarding Lead will determine the appropriate safeguarding response and make referrals to Children's Social Care, health services, Child and Adolescent Mental Health Services (CAMHS), emergency services or other relevant agencies where appropriate.</w:t>
      </w:r>
    </w:p>
    <w:p>
      <w:pPr>
        <w:pStyle w:val="BodyText"/>
        <w:spacing w:lineRule="auto" w:line="240"/>
        <w:rPr>
          <w:rStyle w:val="Strong"/>
          <w:rFonts w:ascii="Linux Libertine G" w:hAnsi="Linux Libertine G" w:eastAsia="Calibri" w:cs="Cambria" w:cstheme="minorHAnsi"/>
        </w:rPr>
      </w:pPr>
      <w:r>
        <w:rPr/>
      </w:r>
    </w:p>
    <w:p>
      <w:pPr>
        <w:pStyle w:val="BodyText"/>
        <w:spacing w:lineRule="auto" w:line="240"/>
        <w:rPr>
          <w:rStyle w:val="Strong"/>
          <w:rFonts w:ascii="Linux Libertine G" w:hAnsi="Linux Libertine G" w:eastAsia="Calibri" w:cs="Cambria" w:cstheme="minorHAnsi"/>
        </w:rPr>
      </w:pPr>
      <w:r>
        <w:rPr>
          <w:rStyle w:val="Strong"/>
          <w:rFonts w:eastAsia="Calibri" w:cs="Cambria" w:ascii="Linux Libertine G" w:hAnsi="Linux Libertine G" w:cstheme="minorHAnsi"/>
          <w:lang w:val="en-GB"/>
        </w:rPr>
        <w:t xml:space="preserve">Self-harm, suicidal thoughts and suicide attempts should always be treated as safeguarding concerns and responded to in accordance with this policy. </w:t>
      </w:r>
    </w:p>
    <w:p>
      <w:pPr>
        <w:pStyle w:val="Normal"/>
        <w:spacing w:lineRule="auto" w:line="240" w:before="0" w:after="0"/>
        <w:rPr>
          <w:rFonts w:ascii="Linux Libertine G" w:hAnsi="Linux Libertine G"/>
        </w:rPr>
      </w:pPr>
      <w:r>
        <w:rPr>
          <w:rFonts w:ascii="Linux Libertine G" w:hAnsi="Linux Libertine G"/>
          <w:lang w:val="en-GB"/>
        </w:rPr>
      </w:r>
    </w:p>
    <w:p>
      <w:pPr>
        <w:pStyle w:val="Normal"/>
        <w:spacing w:lineRule="auto" w:line="240" w:before="0" w:after="0"/>
        <w:rPr>
          <w:b/>
          <w:bCs/>
        </w:rPr>
      </w:pPr>
      <w:r>
        <w:rPr>
          <w:b/>
          <w:bCs/>
          <w:lang w:val="en-GB"/>
        </w:rPr>
        <w:t>Referrals to Children’s Social Care and other Agencies:</w:t>
      </w:r>
    </w:p>
    <w:p>
      <w:pPr>
        <w:pStyle w:val="Normal"/>
        <w:spacing w:lineRule="auto" w:line="240" w:before="0" w:after="0"/>
        <w:rPr>
          <w:b/>
          <w:bCs/>
        </w:rPr>
      </w:pPr>
      <w:r>
        <w:rPr>
          <w:b/>
          <w:bCs/>
          <w:lang w:val="en-GB"/>
        </w:rPr>
      </w:r>
    </w:p>
    <w:p>
      <w:pPr>
        <w:pStyle w:val="BodyText"/>
        <w:spacing w:lineRule="auto" w:line="240" w:before="0" w:after="0"/>
        <w:rPr>
          <w:rFonts w:ascii="Linux Libertine G" w:hAnsi="Linux Libertine G" w:eastAsia="Calibri" w:cs="Cambria" w:cstheme="minorHAnsi"/>
        </w:rPr>
      </w:pPr>
      <w:r>
        <w:rPr>
          <w:rStyle w:val="Strong"/>
          <w:rFonts w:eastAsia="Calibri" w:cs="Cambria" w:ascii="Linux Libertine G" w:hAnsi="Linux Libertine G" w:cstheme="minorHAnsi"/>
          <w:b w:val="false"/>
          <w:bCs w:val="false"/>
          <w:lang w:val="en-GB"/>
        </w:rPr>
        <w:t xml:space="preserve">Where there are concerns that a child is suffering, or is likely to suffer, significant harm, the Designated Safeguarding Lead will make a referral to Children's Social Care without delay, in accordance with local safeguarding procedures. </w:t>
      </w:r>
      <w:r>
        <w:rPr>
          <w:rStyle w:val="Strong"/>
          <w:rFonts w:eastAsia="Calibri" w:cs="Cambria" w:ascii="Linux Libertine G" w:hAnsi="Linux Libertine G" w:cstheme="minorHAnsi"/>
          <w:b w:val="false"/>
          <w:bCs w:val="false"/>
          <w:lang w:val="en-GB"/>
        </w:rPr>
        <w:t xml:space="preserve">Where there is immediate risk of harm or a crime may have been committed, the Police will also be contacted without delay. Staff and volunteers must not delay making a referral because they are waiting for additional information or for someone else to take action. </w:t>
      </w:r>
    </w:p>
    <w:p>
      <w:pPr>
        <w:pStyle w:val="BodyText"/>
        <w:spacing w:lineRule="auto" w:line="240" w:before="0" w:after="0"/>
        <w:rPr>
          <w:rStyle w:val="Strong"/>
          <w:b w:val="false"/>
          <w:bCs w:val="false"/>
        </w:rPr>
      </w:pPr>
      <w:r>
        <w:rPr>
          <w:b w:val="false"/>
          <w:bCs w:val="false"/>
        </w:rPr>
      </w:r>
    </w:p>
    <w:p>
      <w:pPr>
        <w:pStyle w:val="BodyText"/>
        <w:spacing w:lineRule="auto" w:line="240"/>
        <w:rPr>
          <w:rFonts w:ascii="Linux Libertine G" w:hAnsi="Linux Libertine G" w:eastAsia="Calibri" w:cs="Cambria" w:cstheme="minorHAnsi"/>
        </w:rPr>
      </w:pPr>
      <w:r>
        <w:rPr>
          <w:rStyle w:val="Strong"/>
          <w:rFonts w:eastAsia="Calibri" w:cs="Cambria" w:ascii="Linux Libertine G" w:hAnsi="Linux Libertine G" w:cstheme="minorHAnsi"/>
          <w:b w:val="false"/>
          <w:bCs w:val="false"/>
          <w:lang w:val="en-GB"/>
        </w:rPr>
        <w:t xml:space="preserve">Referrals should include all relevant information known at the time, including the child's details, the nature of the concern, any disclosures made, observations, known family circumstances, previous safeguarding concerns, any immediate risks, and actions already taken. </w:t>
      </w:r>
      <w:r>
        <w:rPr>
          <w:rStyle w:val="Strong"/>
          <w:rFonts w:eastAsia="Calibri" w:cs="Cambria" w:ascii="Linux Libertine G" w:hAnsi="Linux Libertine G" w:cstheme="minorHAnsi"/>
          <w:b w:val="false"/>
          <w:bCs w:val="false"/>
          <w:lang w:val="en-GB"/>
        </w:rPr>
        <w:t xml:space="preserve">Referrals should clearly distinguish between factual information, professional observations and opinion. Where information is incomplete, this should not delay the referral, and additional information should be shared as soon as it becomes available. </w:t>
      </w:r>
    </w:p>
    <w:p>
      <w:pPr>
        <w:pStyle w:val="BodyText"/>
        <w:spacing w:lineRule="auto" w:line="240"/>
        <w:rPr>
          <w:rFonts w:ascii="Linux Libertine G" w:hAnsi="Linux Libertine G" w:eastAsia="Calibri" w:cs="Cambria" w:cstheme="minorHAnsi"/>
        </w:rPr>
      </w:pPr>
      <w:r>
        <w:rPr>
          <w:rStyle w:val="Strong"/>
          <w:rFonts w:eastAsia="Calibri" w:cs="Cambria" w:ascii="Linux Libertine G" w:hAnsi="Linux Libertine G" w:cstheme="minorHAnsi"/>
          <w:b/>
          <w:bCs/>
          <w:lang w:val="en-GB"/>
        </w:rPr>
        <w:t>Where Hospital Treatment is Required:</w:t>
      </w:r>
    </w:p>
    <w:p>
      <w:pPr>
        <w:pStyle w:val="BodyText"/>
        <w:spacing w:lineRule="auto" w:line="240"/>
        <w:rPr>
          <w:rFonts w:ascii="Linux Libertine G" w:hAnsi="Linux Libertine G" w:eastAsia="Calibri" w:cs="Cambria" w:cstheme="minorHAnsi"/>
        </w:rPr>
      </w:pPr>
      <w:r>
        <w:rPr>
          <w:rStyle w:val="Strong"/>
          <w:rFonts w:eastAsia="Calibri" w:cs="Cambria" w:ascii="Linux Libertine G" w:hAnsi="Linux Libertine G" w:cstheme="minorHAnsi"/>
          <w:b w:val="false"/>
          <w:bCs w:val="false"/>
          <w:lang w:val="en-GB"/>
        </w:rPr>
        <w:t>Where a child requires emergency medical treatment, staff must seek immediate medical assistance by calling 999 or attending the nearest Accident and Emergency Department. Medical treatment must never be delayed because of safeguarding concerns.</w:t>
      </w:r>
    </w:p>
    <w:p>
      <w:pPr>
        <w:pStyle w:val="BodyText"/>
        <w:spacing w:lineRule="auto" w:line="240"/>
        <w:rPr>
          <w:rFonts w:ascii="Linux Libertine G" w:hAnsi="Linux Libertine G" w:eastAsia="Calibri" w:cs="Cambria" w:cstheme="minorHAnsi"/>
        </w:rPr>
      </w:pPr>
      <w:r>
        <w:rPr>
          <w:rStyle w:val="Strong"/>
          <w:rFonts w:eastAsia="Calibri" w:cs="Cambria" w:ascii="Linux Libertine G" w:hAnsi="Linux Libertine G" w:cstheme="minorHAnsi"/>
          <w:b w:val="false"/>
          <w:bCs w:val="false"/>
          <w:lang w:val="en-GB"/>
        </w:rPr>
        <w:t xml:space="preserve">The Designated Safeguarding Lead must be informed as soon as possible and will liaise with Children's Social Care, health professionals and the Police, where appropriate, to ensure the child receives the necessary safeguarding support. </w:t>
      </w:r>
      <w:r>
        <w:rPr>
          <w:rStyle w:val="Strong"/>
          <w:rFonts w:eastAsia="Calibri" w:cs="Cambria" w:ascii="Linux Libertine G" w:hAnsi="Linux Libertine G" w:cstheme="minorHAnsi"/>
          <w:b w:val="false"/>
          <w:bCs w:val="false"/>
          <w:lang w:val="en-GB"/>
        </w:rPr>
        <w:t xml:space="preserve">Relevant safeguarding information will be shared with healthcare professionals in accordance with data protection legislation and statutory safeguarding guidance where this is necessary to protect the child. </w:t>
      </w:r>
    </w:p>
    <w:p>
      <w:pPr>
        <w:pStyle w:val="BodyText"/>
        <w:spacing w:lineRule="auto" w:line="240"/>
        <w:rPr>
          <w:rFonts w:ascii="Linux Libertine G" w:hAnsi="Linux Libertine G" w:eastAsia="Calibri" w:cs="Cambria" w:cstheme="minorHAnsi"/>
        </w:rPr>
      </w:pPr>
      <w:r>
        <w:rPr>
          <w:rStyle w:val="Strong"/>
          <w:rFonts w:eastAsia="Calibri" w:cs="Cambria" w:ascii="Linux Libertine G" w:hAnsi="Linux Libertine G" w:cstheme="minorHAnsi"/>
          <w:b w:val="false"/>
          <w:bCs w:val="false"/>
          <w:lang w:val="en-GB"/>
        </w:rPr>
        <w:t>Decisions regarding medical treatment, admission, mental health assessment and ongoing clinical care are the responsibility of appropriately qualified healthcare professionals.</w:t>
      </w:r>
    </w:p>
    <w:p>
      <w:pPr>
        <w:pStyle w:val="BodyText"/>
        <w:spacing w:lineRule="auto" w:line="240"/>
        <w:rPr>
          <w:rFonts w:ascii="Linux Libertine G" w:hAnsi="Linux Libertine G" w:eastAsia="Calibri" w:cs="Cambria" w:cstheme="minorHAnsi"/>
        </w:rPr>
      </w:pPr>
      <w:r>
        <w:rPr>
          <w:rStyle w:val="Strong"/>
          <w:rFonts w:eastAsia="Calibri" w:cs="Cambria" w:ascii="Linux Libertine G" w:hAnsi="Linux Libertine G" w:cstheme="minorHAnsi"/>
          <w:b w:val="false"/>
          <w:bCs w:val="false"/>
          <w:lang w:val="en-GB"/>
        </w:rPr>
        <w:t xml:space="preserve">Where appropriate, the Designated Safeguarding Lead will continue to work with Children’s Social Care, healthcare professionals. The Police and other partner agencies to support the child and contribute to ongoing safeguarding planning. </w:t>
      </w:r>
    </w:p>
    <w:p>
      <w:pPr>
        <w:pStyle w:val="BodyText"/>
        <w:spacing w:lineRule="auto" w:line="240"/>
        <w:rPr>
          <w:rStyle w:val="Strong"/>
          <w:b w:val="false"/>
          <w:bCs w:val="false"/>
        </w:rPr>
      </w:pPr>
      <w:r>
        <w:rPr>
          <w:b w:val="false"/>
          <w:bCs w:val="false"/>
        </w:rPr>
      </w:r>
    </w:p>
    <w:p>
      <w:pPr>
        <w:pStyle w:val="Normal"/>
        <w:spacing w:lineRule="auto" w:line="240" w:before="0" w:after="0"/>
        <w:rPr>
          <w:rFonts w:ascii="Linux Libertine G" w:hAnsi="Linux Libertine G" w:eastAsia="Calibri" w:cs="Cambria" w:cstheme="minorHAnsi"/>
          <w:b w:val="false"/>
          <w:bCs w:val="false"/>
        </w:rPr>
      </w:pPr>
      <w:r>
        <w:rPr>
          <w:rFonts w:eastAsia="Calibri" w:cs="Cambria" w:cstheme="minorHAnsi" w:ascii="Linux Libertine G" w:hAnsi="Linux Libertine G"/>
          <w:b w:val="false"/>
          <w:bCs w:val="false"/>
          <w:lang w:val="en-GB"/>
        </w:rPr>
      </w:r>
    </w:p>
    <w:p>
      <w:pPr>
        <w:pStyle w:val="Normal"/>
        <w:keepNext w:val="true"/>
        <w:keepLines/>
        <w:numPr>
          <w:ilvl w:val="0"/>
          <w:numId w:val="0"/>
        </w:numPr>
        <w:spacing w:lineRule="auto" w:line="240" w:before="0" w:after="0"/>
        <w:ind w:hanging="0" w:left="0"/>
        <w:outlineLvl w:val="1"/>
        <w:rPr>
          <w:rFonts w:ascii="Linux Libertine G" w:hAnsi="Linux Libertine G"/>
        </w:rPr>
      </w:pPr>
      <w:bookmarkStart w:id="9" w:name="_Toc486246954"/>
      <w:r>
        <w:rPr>
          <w:rFonts w:eastAsia="Times New Roman" w:cs="Cambria" w:ascii="Linux Libertine G" w:hAnsi="Linux Libertine G" w:cstheme="minorHAnsi"/>
          <w:b/>
          <w:bCs/>
          <w:lang w:val="en-GB" w:eastAsia="x-none"/>
        </w:rPr>
        <w:t>Making a Referral</w:t>
      </w:r>
      <w:bookmarkEnd w:id="9"/>
    </w:p>
    <w:p>
      <w:pPr>
        <w:pStyle w:val="Normal"/>
        <w:numPr>
          <w:ilvl w:val="0"/>
          <w:numId w:val="0"/>
        </w:numPr>
        <w:spacing w:lineRule="auto" w:line="240" w:before="0" w:after="0"/>
        <w:ind w:hanging="0" w:left="0"/>
        <w:outlineLvl w:val="1"/>
        <w:rPr>
          <w:rFonts w:ascii="Linux Libertine G" w:hAnsi="Linux Libertine G" w:eastAsia="Calibri" w:cs="Calibri"/>
          <w:b w:val="false"/>
          <w:bCs w:val="false"/>
          <w:color w:val="000000"/>
          <w:u w:val="none"/>
          <w:lang w:val="x-none" w:eastAsia="x-none"/>
        </w:rPr>
      </w:pPr>
      <w:r>
        <w:rPr>
          <w:rFonts w:eastAsia="Calibri" w:cs="Calibri" w:ascii="Linux Libertine G" w:hAnsi="Linux Libertine G"/>
          <w:b w:val="false"/>
          <w:bCs w:val="false"/>
          <w:color w:val="000000"/>
          <w:u w:val="none"/>
          <w:lang w:val="en-GB" w:eastAsia="x-none"/>
        </w:rPr>
        <w:t xml:space="preserve">Any suspicion, allegation, disclosure or safeguarding concern must be recorded promptly and reported to the Designated Safeguarding Lead (DSL), or in their absence, the Deputy DSL or the Trustee with safeguarding responsibility. If there is an immediate risk of significant harm and no safeguarding lead is available, any member of staff or volunteer must make a referral directly to Children's Social Care and/or the Police without delay. The DSL must be informed as soon as possible afterwards. </w:t>
      </w:r>
      <w:r>
        <w:rPr>
          <w:rFonts w:eastAsia="Calibri" w:cs="Calibri" w:ascii="Linux Libertine G" w:hAnsi="Linux Libertine G"/>
          <w:b w:val="false"/>
          <w:bCs w:val="false"/>
          <w:color w:val="000000"/>
          <w:u w:val="none"/>
          <w:lang w:val="en-GB" w:eastAsia="x-none"/>
        </w:rPr>
        <w:t>Where there is an immediate danger to life or a crime is in progress, emergency services must be contacted by calling 999.</w:t>
      </w:r>
    </w:p>
    <w:p>
      <w:pPr>
        <w:pStyle w:val="Normal"/>
        <w:numPr>
          <w:ilvl w:val="0"/>
          <w:numId w:val="0"/>
        </w:numPr>
        <w:spacing w:lineRule="auto" w:line="240" w:before="0" w:after="0"/>
        <w:ind w:hanging="0" w:left="0"/>
        <w:outlineLvl w:val="1"/>
        <w:rPr>
          <w:rFonts w:ascii="Linux Libertine G" w:hAnsi="Linux Libertine G" w:eastAsia="Calibri" w:cs="Calibri"/>
          <w:b w:val="false"/>
          <w:bCs w:val="false"/>
          <w:color w:val="000000"/>
          <w:u w:val="none"/>
          <w:lang w:val="x-none" w:eastAsia="x-none"/>
        </w:rPr>
      </w:pPr>
      <w:r>
        <w:rPr>
          <w:rFonts w:eastAsia="Calibri" w:cs="Calibri" w:ascii="Linux Libertine G" w:hAnsi="Linux Libertine G"/>
          <w:b w:val="false"/>
          <w:bCs w:val="false"/>
          <w:color w:val="000000"/>
          <w:u w:val="none"/>
          <w:lang w:val="en-GB" w:eastAsia="x-none"/>
        </w:rPr>
      </w:r>
    </w:p>
    <w:p>
      <w:pPr>
        <w:pStyle w:val="Normal"/>
        <w:numPr>
          <w:ilvl w:val="0"/>
          <w:numId w:val="0"/>
        </w:numPr>
        <w:spacing w:lineRule="auto" w:line="240" w:before="0" w:after="0"/>
        <w:ind w:hanging="0" w:left="0"/>
        <w:outlineLvl w:val="1"/>
        <w:rPr>
          <w:rFonts w:ascii="Linux Libertine G" w:hAnsi="Linux Libertine G" w:eastAsia="Calibri" w:cs="Calibri"/>
          <w:b w:val="false"/>
          <w:bCs w:val="false"/>
          <w:color w:val="000000"/>
          <w:u w:val="none"/>
          <w:lang w:val="x-none" w:eastAsia="x-none"/>
        </w:rPr>
      </w:pPr>
      <w:r>
        <w:rPr>
          <w:rFonts w:eastAsia="Calibri" w:cs="Calibri" w:ascii="Linux Libertine G" w:hAnsi="Linux Libertine G"/>
          <w:b w:val="false"/>
          <w:bCs w:val="false"/>
          <w:color w:val="000000"/>
          <w:u w:val="none"/>
          <w:lang w:val="en-GB" w:eastAsia="x-none"/>
        </w:rPr>
        <w:t>Referrals should be made to the Children's Social Care service for the local authority where the child normally lives or is found, in accordance with local safeguarding procedures.</w:t>
      </w:r>
    </w:p>
    <w:p>
      <w:pPr>
        <w:pStyle w:val="Normal"/>
        <w:numPr>
          <w:ilvl w:val="0"/>
          <w:numId w:val="0"/>
        </w:numPr>
        <w:spacing w:lineRule="auto" w:line="240" w:before="0" w:after="0"/>
        <w:ind w:hanging="0" w:left="0"/>
        <w:outlineLvl w:val="1"/>
        <w:rPr>
          <w:rFonts w:ascii="Linux Libertine G" w:hAnsi="Linux Libertine G" w:eastAsia="Calibri" w:cs="Calibri"/>
          <w:b w:val="false"/>
          <w:bCs w:val="false"/>
          <w:color w:val="000000"/>
          <w:u w:val="none"/>
          <w:lang w:val="x-none" w:eastAsia="x-none"/>
        </w:rPr>
      </w:pPr>
      <w:r>
        <w:rPr>
          <w:rFonts w:eastAsia="Calibri" w:cs="Calibri" w:ascii="Linux Libertine G" w:hAnsi="Linux Libertine G"/>
          <w:b w:val="false"/>
          <w:bCs w:val="false"/>
          <w:color w:val="000000"/>
          <w:u w:val="none"/>
          <w:lang w:val="en-GB" w:eastAsia="x-none"/>
        </w:rPr>
      </w:r>
    </w:p>
    <w:p>
      <w:pPr>
        <w:pStyle w:val="Normal"/>
        <w:numPr>
          <w:ilvl w:val="0"/>
          <w:numId w:val="0"/>
        </w:numPr>
        <w:spacing w:lineRule="auto" w:line="240" w:before="0" w:after="0"/>
        <w:ind w:hanging="0" w:left="0"/>
        <w:outlineLvl w:val="1"/>
        <w:rPr>
          <w:rFonts w:ascii="Linux Libertine G" w:hAnsi="Linux Libertine G" w:eastAsia="Calibri" w:cs="Calibri"/>
          <w:b w:val="false"/>
          <w:bCs w:val="false"/>
          <w:color w:val="000000"/>
          <w:u w:val="none"/>
          <w:lang w:val="x-none" w:eastAsia="x-none"/>
        </w:rPr>
      </w:pPr>
      <w:r>
        <w:rPr>
          <w:rFonts w:eastAsia="Calibri" w:cs="Calibri" w:ascii="Linux Libertine G" w:hAnsi="Linux Libertine G"/>
          <w:b w:val="false"/>
          <w:bCs w:val="false"/>
          <w:color w:val="000000"/>
          <w:u w:val="none"/>
          <w:lang w:val="en-GB" w:eastAsia="x-none"/>
        </w:rPr>
        <w:t xml:space="preserve">Referrals may be made by telephone, online or in writing, depending on local authority procedures. Changing Strides Equine Therapies will maintain accurate, confidential records of all safeguarding concerns, discussions, decisions, referrals and the reasons for those decisions. </w:t>
      </w:r>
      <w:r>
        <w:rPr>
          <w:rFonts w:eastAsia="Calibri" w:cs="Calibri" w:ascii="Linux Libertine G" w:hAnsi="Linux Libertine G"/>
          <w:b w:val="false"/>
          <w:bCs w:val="false"/>
          <w:color w:val="000000"/>
          <w:u w:val="none"/>
          <w:lang w:val="en-GB" w:eastAsia="x-none"/>
        </w:rPr>
        <w:t xml:space="preserve">Records should be factual, timely, signed, dated and clearly distinguish between fact, obervation and professional opinion. </w:t>
      </w:r>
    </w:p>
    <w:p>
      <w:pPr>
        <w:pStyle w:val="Normal"/>
        <w:numPr>
          <w:ilvl w:val="0"/>
          <w:numId w:val="0"/>
        </w:numPr>
        <w:spacing w:lineRule="auto" w:line="240" w:before="0" w:after="0"/>
        <w:ind w:hanging="0" w:left="0"/>
        <w:outlineLvl w:val="1"/>
        <w:rPr>
          <w:rFonts w:ascii="Linux Libertine G" w:hAnsi="Linux Libertine G" w:eastAsia="Calibri" w:cs="Calibri"/>
          <w:b w:val="false"/>
          <w:bCs w:val="false"/>
          <w:color w:val="000000"/>
          <w:u w:val="none"/>
          <w:lang w:val="x-none" w:eastAsia="x-none"/>
        </w:rPr>
      </w:pPr>
      <w:r>
        <w:rPr>
          <w:rFonts w:eastAsia="Calibri" w:cs="Calibri" w:ascii="Linux Libertine G" w:hAnsi="Linux Libertine G"/>
          <w:b w:val="false"/>
          <w:bCs w:val="false"/>
          <w:color w:val="000000"/>
          <w:u w:val="none"/>
          <w:lang w:val="en-GB" w:eastAsia="x-none"/>
        </w:rPr>
      </w:r>
    </w:p>
    <w:p>
      <w:pPr>
        <w:pStyle w:val="Normal"/>
        <w:numPr>
          <w:ilvl w:val="0"/>
          <w:numId w:val="0"/>
        </w:numPr>
        <w:spacing w:lineRule="auto" w:line="240" w:before="0" w:after="0"/>
        <w:ind w:hanging="0" w:left="0"/>
        <w:outlineLvl w:val="1"/>
        <w:rPr>
          <w:rFonts w:ascii="Linux Libertine G" w:hAnsi="Linux Libertine G" w:eastAsia="Calibri" w:cs="Calibri"/>
          <w:b w:val="false"/>
          <w:bCs w:val="false"/>
          <w:color w:val="000000"/>
          <w:u w:val="none"/>
          <w:lang w:val="x-none" w:eastAsia="x-none"/>
        </w:rPr>
      </w:pPr>
      <w:r>
        <w:rPr>
          <w:rFonts w:eastAsia="Calibri" w:cs="Calibri" w:ascii="Linux Libertine G" w:hAnsi="Linux Libertine G"/>
          <w:b w:val="false"/>
          <w:bCs w:val="false"/>
          <w:color w:val="000000"/>
          <w:u w:val="none"/>
          <w:lang w:val="en-GB" w:eastAsia="x-none"/>
        </w:rPr>
        <w:t>Where a referral has been made, the Designated Safeguarding Lead will follow up if an acknowledgement or outcome is not received within an appropriate timescale, and will continue to advocate for the child's safety and welfare where necessary.</w:t>
      </w:r>
      <w:r>
        <w:rPr>
          <w:rFonts w:eastAsia="Calibri" w:cs="Calibri" w:ascii="Linux Libertine G" w:hAnsi="Linux Libertine G"/>
          <w:b w:val="false"/>
          <w:bCs w:val="false"/>
          <w:color w:val="000000"/>
          <w:u w:val="none"/>
          <w:lang w:val="en-GB" w:eastAsia="x-none"/>
        </w:rPr>
        <w:t xml:space="preserve">Where a referral is not accepted and safeguarding concerns remain, the Designated Safeguarding Lead will consider whether further information should be provided, whether the referral should be reconsidered, or whether the Dorset Safeguarding Children Partnership Multi-Agency Resolution and Escalation Procedure should be followed. </w:t>
      </w:r>
    </w:p>
    <w:p>
      <w:pPr>
        <w:pStyle w:val="Normal"/>
        <w:numPr>
          <w:ilvl w:val="0"/>
          <w:numId w:val="0"/>
        </w:numPr>
        <w:spacing w:lineRule="auto" w:line="240" w:before="0" w:after="0"/>
        <w:ind w:hanging="0" w:left="0"/>
        <w:outlineLvl w:val="1"/>
        <w:rPr>
          <w:rFonts w:ascii="Linux Libertine G" w:hAnsi="Linux Libertine G" w:eastAsia="Calibri" w:cs="Calibri"/>
          <w:b w:val="false"/>
          <w:bCs w:val="false"/>
          <w:color w:val="000000"/>
          <w:u w:val="none"/>
          <w:lang w:val="x-none" w:eastAsia="x-none"/>
        </w:rPr>
      </w:pPr>
      <w:r>
        <w:rPr>
          <w:rFonts w:eastAsia="Calibri" w:cs="Calibri" w:ascii="Linux Libertine G" w:hAnsi="Linux Libertine G"/>
          <w:b w:val="false"/>
          <w:bCs w:val="false"/>
          <w:color w:val="000000"/>
          <w:u w:val="none"/>
          <w:lang w:val="en-GB" w:eastAsia="x-none"/>
        </w:rPr>
      </w:r>
    </w:p>
    <w:p>
      <w:pPr>
        <w:pStyle w:val="Normal"/>
        <w:numPr>
          <w:ilvl w:val="0"/>
          <w:numId w:val="0"/>
        </w:numPr>
        <w:spacing w:lineRule="auto" w:line="240" w:before="0" w:after="0"/>
        <w:ind w:hanging="0" w:left="0"/>
        <w:outlineLvl w:val="1"/>
        <w:rPr>
          <w:rFonts w:ascii="Linux Libertine G" w:hAnsi="Linux Libertine G" w:eastAsia="Calibri" w:cs="Calibri"/>
          <w:b w:val="false"/>
          <w:bCs w:val="false"/>
          <w:color w:val="000000"/>
          <w:u w:val="none"/>
          <w:lang w:val="x-none" w:eastAsia="x-none"/>
        </w:rPr>
      </w:pPr>
      <w:r>
        <w:rPr>
          <w:rFonts w:eastAsia="Calibri" w:cs="Calibri" w:ascii="Linux Libertine G" w:hAnsi="Linux Libertine G"/>
          <w:b w:val="false"/>
          <w:bCs w:val="false"/>
          <w:color w:val="000000"/>
          <w:u w:val="none"/>
          <w:lang w:val="en-GB" w:eastAsia="x-none"/>
        </w:rPr>
        <w:t>Where there are professional differences or concerns about the response of another agency, these should be resolved promptly in the best interests of the child. Changing Strides Equine Therapies will follow the current Dorset Safeguarding Children Partnership Multi-Agency Resolution and Escalation Procedure to seek resolution where concerns remain unresolved.</w:t>
      </w:r>
    </w:p>
    <w:p>
      <w:pPr>
        <w:pStyle w:val="Normal"/>
        <w:numPr>
          <w:ilvl w:val="0"/>
          <w:numId w:val="0"/>
        </w:numPr>
        <w:spacing w:lineRule="auto" w:line="240" w:before="0" w:after="0"/>
        <w:ind w:hanging="0" w:left="0"/>
        <w:outlineLvl w:val="1"/>
        <w:rPr>
          <w:rFonts w:ascii="Linux Libertine G" w:hAnsi="Linux Libertine G" w:eastAsia="Calibri" w:cs="Calibri"/>
          <w:b w:val="false"/>
          <w:bCs w:val="false"/>
          <w:color w:val="000000"/>
          <w:u w:val="none"/>
          <w:lang w:val="x-none" w:eastAsia="x-none"/>
        </w:rPr>
      </w:pPr>
      <w:r>
        <w:rPr>
          <w:rFonts w:eastAsia="Calibri" w:cs="Calibri" w:ascii="Linux Libertine G" w:hAnsi="Linux Libertine G"/>
          <w:b w:val="false"/>
          <w:bCs w:val="false"/>
          <w:color w:val="000000"/>
          <w:u w:val="none"/>
          <w:lang w:val="en-GB" w:eastAsia="x-none"/>
        </w:rPr>
      </w:r>
    </w:p>
    <w:p>
      <w:pPr>
        <w:pStyle w:val="Normal"/>
        <w:numPr>
          <w:ilvl w:val="0"/>
          <w:numId w:val="0"/>
        </w:numPr>
        <w:spacing w:lineRule="auto" w:line="240" w:before="0" w:after="0"/>
        <w:ind w:hanging="0" w:left="0"/>
        <w:outlineLvl w:val="1"/>
        <w:rPr>
          <w:rFonts w:ascii="Linux Libertine G" w:hAnsi="Linux Libertine G" w:eastAsia="Calibri" w:cs="Calibri"/>
          <w:b w:val="false"/>
          <w:bCs w:val="false"/>
          <w:color w:val="000000"/>
          <w:u w:val="none"/>
          <w:lang w:val="x-none" w:eastAsia="x-none"/>
        </w:rPr>
      </w:pPr>
      <w:r>
        <w:rPr>
          <w:rFonts w:eastAsia="Calibri" w:cs="Calibri" w:ascii="Linux Libertine G" w:hAnsi="Linux Libertine G"/>
          <w:b w:val="false"/>
          <w:bCs w:val="false"/>
          <w:color w:val="000000"/>
          <w:u w:val="none"/>
          <w:lang w:val="en-GB" w:eastAsia="x-none"/>
        </w:rPr>
        <w:t xml:space="preserve">Where appropriare, the Designated Safeguarding Lead will continue to work in partnership with Children’s Social Care, the Police, health professionals, education providers and other relevant agencies to support the child and contribute to ongoing safeguarding planning. </w:t>
      </w:r>
    </w:p>
    <w:p>
      <w:pPr>
        <w:pStyle w:val="Normal"/>
        <w:spacing w:lineRule="auto" w:line="240" w:before="0" w:after="0"/>
        <w:rPr>
          <w:rFonts w:ascii="Linux Libertine G" w:hAnsi="Linux Libertine G" w:eastAsia="Calibri" w:cs="Cambria" w:cstheme="minorHAnsi"/>
          <w:b w:val="false"/>
          <w:bCs w:val="false"/>
          <w:color w:val="000000"/>
          <w:u w:val="none"/>
        </w:rPr>
      </w:pPr>
      <w:r>
        <w:rPr>
          <w:rFonts w:eastAsia="Calibri" w:cs="Cambria" w:cstheme="minorHAnsi" w:ascii="Linux Libertine G" w:hAnsi="Linux Libertine G"/>
          <w:b w:val="false"/>
          <w:bCs w:val="false"/>
          <w:color w:val="000000"/>
          <w:u w:val="none"/>
          <w:lang w:val="en-GB"/>
        </w:rPr>
      </w:r>
    </w:p>
    <w:p>
      <w:pPr>
        <w:pStyle w:val="Normal"/>
        <w:keepNext w:val="true"/>
        <w:keepLines/>
        <w:numPr>
          <w:ilvl w:val="0"/>
          <w:numId w:val="0"/>
        </w:numPr>
        <w:spacing w:lineRule="auto" w:line="240" w:before="0" w:after="0"/>
        <w:ind w:hanging="0" w:left="0"/>
        <w:outlineLvl w:val="1"/>
        <w:rPr>
          <w:rFonts w:ascii="Linux Libertine G" w:hAnsi="Linux Libertine G"/>
        </w:rPr>
      </w:pPr>
      <w:bookmarkStart w:id="10" w:name="_Toc486246955"/>
      <w:r>
        <w:rPr>
          <w:rFonts w:eastAsia="Times New Roman" w:cs="Cambria" w:ascii="Linux Libertine G" w:hAnsi="Linux Libertine G" w:cstheme="minorHAnsi"/>
          <w:b/>
          <w:bCs/>
          <w:lang w:val="en-GB" w:eastAsia="x-none"/>
        </w:rPr>
        <w:t>Concerns Raised by a Member of the Public</w:t>
      </w:r>
      <w:bookmarkEnd w:id="10"/>
    </w:p>
    <w:p>
      <w:pPr>
        <w:pStyle w:val="Normal"/>
        <w:numPr>
          <w:ilvl w:val="0"/>
          <w:numId w:val="0"/>
        </w:numPr>
        <w:spacing w:lineRule="auto" w:line="240" w:before="0" w:after="0"/>
        <w:ind w:hanging="0" w:left="0"/>
        <w:outlineLvl w:val="1"/>
        <w:rPr>
          <w:rFonts w:ascii="Linux Libertine G" w:hAnsi="Linux Libertine G"/>
        </w:rPr>
      </w:pPr>
      <w:r>
        <w:rPr>
          <w:rFonts w:ascii="Linux Libertine G" w:hAnsi="Linux Libertine G"/>
          <w:lang w:val="en-GB"/>
        </w:rPr>
      </w:r>
    </w:p>
    <w:p>
      <w:pPr>
        <w:pStyle w:val="Normal"/>
        <w:numPr>
          <w:ilvl w:val="0"/>
          <w:numId w:val="0"/>
        </w:numPr>
        <w:spacing w:lineRule="auto" w:line="240" w:before="0" w:after="0"/>
        <w:ind w:hanging="0" w:left="0"/>
        <w:outlineLvl w:val="1"/>
        <w:rPr>
          <w:rFonts w:ascii="Linux Libertine G" w:hAnsi="Linux Libertine G"/>
        </w:rPr>
      </w:pPr>
      <w:r>
        <w:rPr>
          <w:rFonts w:eastAsia="Calibri" w:cs="Cambria" w:ascii="Linux Libertine G" w:hAnsi="Linux Libertine G" w:cstheme="minorHAnsi"/>
          <w:b w:val="false"/>
          <w:bCs w:val="false"/>
          <w:lang w:val="en-GB" w:eastAsia="x-none"/>
        </w:rPr>
        <w:t>When a member of the public raises concerns about the welfare of a child or an unborn baby, staff and volunteers will take all concerns seriously and respond in accordance with this Safeguarding Policy</w:t>
      </w:r>
      <w:r>
        <w:rPr>
          <w:rFonts w:eastAsia="Calibri" w:cs="Cambria" w:ascii="Linux Libertine G" w:hAnsi="Linux Libertine G" w:cstheme="minorHAnsi"/>
          <w:b/>
          <w:bCs/>
          <w:lang w:val="en-GB" w:eastAsia="x-none"/>
        </w:rPr>
        <w:t xml:space="preserve">. </w:t>
      </w:r>
    </w:p>
    <w:p>
      <w:pPr>
        <w:pStyle w:val="Normal"/>
        <w:numPr>
          <w:ilvl w:val="0"/>
          <w:numId w:val="0"/>
        </w:numPr>
        <w:spacing w:lineRule="auto" w:line="240" w:before="0" w:after="0"/>
        <w:ind w:hanging="0" w:left="0"/>
        <w:outlineLvl w:val="1"/>
        <w:rPr>
          <w:rFonts w:ascii="Linux Libertine G" w:hAnsi="Linux Libertine G"/>
        </w:rPr>
      </w:pPr>
      <w:r>
        <w:rPr>
          <w:rFonts w:ascii="Linux Libertine G" w:hAnsi="Linux Libertine G"/>
          <w:lang w:val="en-GB"/>
        </w:rPr>
      </w:r>
    </w:p>
    <w:p>
      <w:pPr>
        <w:pStyle w:val="BodyText"/>
        <w:widowControl/>
        <w:suppressAutoHyphens w:val="true"/>
        <w:bidi w:val="0"/>
        <w:spacing w:lineRule="auto" w:line="240" w:before="0" w:after="0"/>
        <w:ind w:firstLine="57" w:left="-57" w:right="0"/>
        <w:contextualSpacing/>
        <w:jc w:val="left"/>
        <w:rPr>
          <w:rFonts w:ascii="Linux Libertine G" w:hAnsi="Linux Libertine G" w:eastAsia="Calibri" w:cs="Cambria" w:cstheme="minorHAnsi"/>
        </w:rPr>
      </w:pPr>
      <w:r>
        <w:rPr>
          <w:rStyle w:val="Strong"/>
          <w:rFonts w:eastAsia="Calibri" w:cs="Cambria" w:ascii="Linux Libertine G" w:hAnsi="Linux Libertine G" w:cstheme="minorHAnsi"/>
          <w:b w:val="false"/>
          <w:bCs w:val="false"/>
          <w:lang w:val="en-GB"/>
        </w:rPr>
        <w:t xml:space="preserve">Staff and volunteers should listen carefully, remain calm, reassure the person that their concerns are being taken seriously, and gather sufficient factual information to understand the nature of the concern without undertaking an investigation or asking leading questions </w:t>
      </w:r>
    </w:p>
    <w:p>
      <w:pPr>
        <w:pStyle w:val="Normal"/>
        <w:spacing w:lineRule="auto" w:line="240" w:before="0" w:after="0"/>
        <w:ind w:hanging="357" w:left="357"/>
        <w:contextualSpacing/>
        <w:rPr>
          <w:rFonts w:ascii="Linux Libertine G" w:hAnsi="Linux Libertine G"/>
        </w:rPr>
      </w:pPr>
      <w:r>
        <w:rPr>
          <w:rFonts w:ascii="Linux Libertine G" w:hAnsi="Linux Libertine G"/>
          <w:lang w:val="en-GB"/>
        </w:rPr>
      </w:r>
    </w:p>
    <w:p>
      <w:pPr>
        <w:pStyle w:val="Normal"/>
        <w:spacing w:lineRule="auto" w:line="240" w:before="0" w:after="0"/>
        <w:ind w:hanging="357" w:left="357"/>
        <w:contextualSpacing/>
        <w:rPr>
          <w:rFonts w:ascii="Linux Libertine G" w:hAnsi="Linux Libertine G"/>
        </w:rPr>
      </w:pPr>
      <w:r>
        <w:rPr>
          <w:rFonts w:eastAsia="Calibri" w:cs="Cambria" w:ascii="Linux Libertine G" w:hAnsi="Linux Libertine G" w:cstheme="minorHAnsi"/>
          <w:lang w:val="en-GB"/>
        </w:rPr>
        <w:t>Take basic details:</w:t>
      </w:r>
    </w:p>
    <w:p>
      <w:pPr>
        <w:pStyle w:val="Normal"/>
        <w:numPr>
          <w:ilvl w:val="1"/>
          <w:numId w:val="4"/>
        </w:numPr>
        <w:spacing w:lineRule="auto" w:line="240" w:before="0" w:after="0"/>
        <w:rPr>
          <w:rFonts w:ascii="Linux Libertine G" w:hAnsi="Linux Libertine G"/>
        </w:rPr>
      </w:pPr>
      <w:r>
        <w:rPr>
          <w:rFonts w:eastAsia="Calibri" w:cs="Cambria" w:ascii="Linux Libertine G" w:hAnsi="Linux Libertine G" w:cstheme="minorHAnsi"/>
          <w:lang w:val="en-GB"/>
        </w:rPr>
        <w:t xml:space="preserve">Name, address and date of birth of child </w:t>
      </w:r>
      <w:r>
        <w:rPr>
          <w:rFonts w:eastAsia="Calibri" w:cs="Cambria" w:ascii="Linux Libertine G" w:hAnsi="Linux Libertine G" w:cstheme="minorHAnsi"/>
          <w:lang w:val="en-GB"/>
        </w:rPr>
        <w:t>and, where relevant gender and date of birth of the child;</w:t>
      </w:r>
    </w:p>
    <w:p>
      <w:pPr>
        <w:pStyle w:val="Normal"/>
        <w:numPr>
          <w:ilvl w:val="1"/>
          <w:numId w:val="4"/>
        </w:numPr>
        <w:spacing w:lineRule="auto" w:line="240" w:before="0" w:after="0"/>
        <w:rPr>
          <w:rFonts w:ascii="Linux Libertine G" w:hAnsi="Linux Libertine G"/>
        </w:rPr>
      </w:pPr>
      <w:r>
        <w:rPr>
          <w:rFonts w:eastAsia="Calibri" w:cs="Cambria" w:ascii="Linux Libertine G" w:hAnsi="Linux Libertine G" w:cstheme="minorHAnsi"/>
          <w:lang w:val="en-GB"/>
        </w:rPr>
        <w:t xml:space="preserve">Name and contact details for </w:t>
      </w:r>
      <w:r>
        <w:rPr>
          <w:rFonts w:eastAsia="Calibri" w:cs="Cambria" w:ascii="Linux Libertine G" w:hAnsi="Linux Libertine G" w:cstheme="minorHAnsi"/>
          <w:lang w:val="en-GB"/>
        </w:rPr>
        <w:t>the child’s</w:t>
      </w:r>
      <w:r>
        <w:rPr>
          <w:rFonts w:eastAsia="Calibri" w:cs="Cambria" w:ascii="Linux Libertine G" w:hAnsi="Linux Libertine G" w:cstheme="minorHAnsi"/>
          <w:lang w:val="en-GB"/>
        </w:rPr>
        <w:t xml:space="preserve"> parent/s, educational setting (e.g. nursery, school), primary medical practitioner (e.g. GP practice), practitioners providing other services a</w:t>
      </w:r>
      <w:r>
        <w:rPr>
          <w:rFonts w:eastAsia="Calibri" w:cs="Cambria" w:ascii="Linux Libertine G" w:hAnsi="Linux Libertine G" w:cstheme="minorHAnsi"/>
          <w:lang w:val="en-GB"/>
        </w:rPr>
        <w:t>nd</w:t>
      </w:r>
      <w:r>
        <w:rPr>
          <w:rFonts w:eastAsia="Calibri" w:cs="Cambria" w:ascii="Linux Libertine G" w:hAnsi="Linux Libertine G" w:cstheme="minorHAnsi"/>
          <w:lang w:val="en-GB"/>
        </w:rPr>
        <w:t xml:space="preserve"> lead practitioner for the child where known.</w:t>
      </w:r>
    </w:p>
    <w:p>
      <w:pPr>
        <w:pStyle w:val="Normal"/>
        <w:spacing w:lineRule="auto" w:line="240" w:before="0" w:after="0"/>
        <w:rPr>
          <w:rFonts w:ascii="Linux Libertine G" w:hAnsi="Linux Libertine G"/>
        </w:rPr>
      </w:pPr>
      <w:r>
        <w:rPr>
          <w:rFonts w:ascii="Linux Libertine G" w:hAnsi="Linux Libertine G"/>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The Designated Safeguarding Lead will consider the information and determine the appropriate course of action, which may include:</w:t>
      </w:r>
    </w:p>
    <w:p>
      <w:pPr>
        <w:pStyle w:val="Normal"/>
        <w:numPr>
          <w:ilvl w:val="1"/>
          <w:numId w:val="4"/>
        </w:numPr>
        <w:spacing w:lineRule="auto" w:line="240" w:before="0" w:after="0"/>
        <w:rPr>
          <w:rFonts w:ascii="Linux Libertine G" w:hAnsi="Linux Libertine G"/>
        </w:rPr>
      </w:pPr>
      <w:r>
        <w:rPr>
          <w:rFonts w:eastAsia="Calibri" w:cs="Cambria" w:ascii="Linux Libertine G" w:hAnsi="Linux Libertine G" w:cstheme="minorHAnsi"/>
          <w:lang w:val="en-GB"/>
        </w:rPr>
        <w:t>Mak</w:t>
      </w:r>
      <w:r>
        <w:rPr>
          <w:rFonts w:eastAsia="Calibri" w:cs="Cambria" w:ascii="Linux Libertine G" w:hAnsi="Linux Libertine G" w:cstheme="minorHAnsi"/>
          <w:lang w:val="en-GB"/>
        </w:rPr>
        <w:t>ing</w:t>
      </w:r>
      <w:r>
        <w:rPr>
          <w:rFonts w:eastAsia="Calibri" w:cs="Cambria" w:ascii="Linux Libertine G" w:hAnsi="Linux Libertine G" w:cstheme="minorHAnsi"/>
          <w:lang w:val="en-GB"/>
        </w:rPr>
        <w:t xml:space="preserve"> a referral to Children's Social Care;</w:t>
      </w:r>
    </w:p>
    <w:p>
      <w:pPr>
        <w:pStyle w:val="Normal"/>
        <w:numPr>
          <w:ilvl w:val="1"/>
          <w:numId w:val="4"/>
        </w:numPr>
        <w:spacing w:lineRule="auto" w:line="240" w:before="0" w:after="0"/>
        <w:rPr>
          <w:rFonts w:ascii="Linux Libertine G" w:hAnsi="Linux Libertine G"/>
        </w:rPr>
      </w:pPr>
      <w:r>
        <w:rPr>
          <w:rFonts w:eastAsia="Calibri" w:cs="Cambria" w:ascii="Linux Libertine G" w:hAnsi="Linux Libertine G" w:cstheme="minorHAnsi"/>
          <w:lang w:val="en-GB"/>
        </w:rPr>
        <w:t>Seeking advice from Children’s Social Care where appropriate;</w:t>
      </w:r>
    </w:p>
    <w:p>
      <w:pPr>
        <w:pStyle w:val="Normal"/>
        <w:numPr>
          <w:ilvl w:val="1"/>
          <w:numId w:val="4"/>
        </w:numPr>
        <w:spacing w:lineRule="auto" w:line="240" w:before="0" w:after="0"/>
        <w:rPr>
          <w:rFonts w:ascii="Linux Libertine G" w:hAnsi="Linux Libertine G"/>
        </w:rPr>
      </w:pPr>
      <w:r>
        <w:rPr>
          <w:rFonts w:eastAsia="Calibri" w:cs="Cambria" w:ascii="Linux Libertine G" w:hAnsi="Linux Libertine G" w:cstheme="minorHAnsi"/>
          <w:lang w:val="en-GB"/>
        </w:rPr>
        <w:t>Mak</w:t>
      </w:r>
      <w:r>
        <w:rPr>
          <w:rFonts w:eastAsia="Calibri" w:cs="Cambria" w:ascii="Linux Libertine G" w:hAnsi="Linux Libertine G" w:cstheme="minorHAnsi"/>
          <w:lang w:val="en-GB"/>
        </w:rPr>
        <w:t>ing</w:t>
      </w:r>
      <w:r>
        <w:rPr>
          <w:rFonts w:eastAsia="Calibri" w:cs="Cambria" w:ascii="Linux Libertine G" w:hAnsi="Linux Libertine G" w:cstheme="minorHAnsi"/>
          <w:lang w:val="en-GB"/>
        </w:rPr>
        <w:t xml:space="preserve"> a referral to the police if a child is at immediate risk of harm or </w:t>
      </w:r>
      <w:r>
        <w:rPr>
          <w:rFonts w:eastAsia="Calibri" w:cs="Cambria" w:ascii="Linux Libertine G" w:hAnsi="Linux Libertine G" w:cstheme="minorHAnsi"/>
          <w:lang w:val="en-GB"/>
        </w:rPr>
        <w:t>it is suspected that</w:t>
      </w:r>
      <w:r>
        <w:rPr>
          <w:rFonts w:eastAsia="Calibri" w:cs="Cambria" w:ascii="Linux Libertine G" w:hAnsi="Linux Libertine G" w:cstheme="minorHAnsi"/>
          <w:lang w:val="en-GB"/>
        </w:rPr>
        <w:t xml:space="preserve"> a criminal offence may have been committed.</w:t>
      </w:r>
    </w:p>
    <w:p>
      <w:pPr>
        <w:pStyle w:val="Normal"/>
        <w:numPr>
          <w:ilvl w:val="0"/>
          <w:numId w:val="0"/>
        </w:numPr>
        <w:spacing w:lineRule="auto" w:line="240" w:before="0" w:after="0"/>
        <w:ind w:hanging="0" w:left="1080"/>
        <w:rPr>
          <w:rFonts w:ascii="Linux Libertine G" w:hAnsi="Linux Libertine G"/>
        </w:rPr>
      </w:pPr>
      <w:r>
        <w:rPr>
          <w:rFonts w:ascii="Linux Libertine G" w:hAnsi="Linux Libertine G"/>
          <w:lang w:val="en-GB"/>
        </w:rPr>
      </w:r>
    </w:p>
    <w:p>
      <w:pPr>
        <w:pStyle w:val="Normal"/>
        <w:widowControl/>
        <w:numPr>
          <w:ilvl w:val="0"/>
          <w:numId w:val="0"/>
        </w:numPr>
        <w:suppressAutoHyphens w:val="true"/>
        <w:bidi w:val="0"/>
        <w:spacing w:lineRule="auto" w:line="240" w:before="0" w:after="0"/>
        <w:ind w:hanging="0" w:left="0" w:right="0"/>
        <w:jc w:val="left"/>
        <w:rPr>
          <w:rFonts w:ascii="Linux Libertine G" w:hAnsi="Linux Libertine G"/>
        </w:rPr>
      </w:pPr>
      <w:r>
        <w:rPr>
          <w:rFonts w:eastAsia="Calibri" w:cs="Cambria" w:ascii="Linux Libertine G" w:hAnsi="Linux Libertine G" w:cstheme="minorHAnsi"/>
          <w:lang w:val="en-GB"/>
        </w:rPr>
        <w:t xml:space="preserve">Record the concern as soon as possible, including the information received, actions taken and any decision made, ensuring that factual information is clearly distinguished from professional opinion. </w:t>
      </w:r>
      <w:r>
        <w:rPr>
          <w:rFonts w:eastAsia="Calibri" w:cs="Cambria" w:ascii="Linux Libertine G" w:hAnsi="Linux Libertine G" w:cstheme="minorHAnsi"/>
          <w:lang w:val="en-GB"/>
        </w:rPr>
        <w:t xml:space="preserve">Records should be dated, signed and stored in accordance with data protection legislation and this Safeguarding Policy. </w:t>
      </w:r>
      <w:r>
        <w:rPr>
          <w:rFonts w:eastAsia="Calibri" w:cs="Cambria" w:ascii="Linux Libertine G" w:hAnsi="Linux Libertine G" w:cstheme="minorHAnsi"/>
          <w:lang w:val="en-GB"/>
        </w:rPr>
        <w:t xml:space="preserve"> </w:t>
      </w:r>
    </w:p>
    <w:p>
      <w:pPr>
        <w:pStyle w:val="Normal"/>
        <w:spacing w:lineRule="auto" w:line="240" w:before="0" w:after="0"/>
        <w:rPr>
          <w:rFonts w:ascii="Linux Libertine G" w:hAnsi="Linux Libertine G"/>
        </w:rPr>
      </w:pPr>
      <w:r>
        <w:rPr>
          <w:rFonts w:ascii="Linux Libertine G" w:hAnsi="Linux Libertine G"/>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 xml:space="preserve">Where appropriate, further clarification may be sought from the referrer. Members of the public may also be encouraged to report their concerns directly to Children's Social Care. Where Changing Strides Equine Therapies believes that a child may be suffering, or is likely to suffer, significant harm, we will make our own referral without relying on another person to do so. </w:t>
      </w:r>
      <w:r>
        <w:rPr>
          <w:rFonts w:eastAsia="Calibri" w:cs="Cambria" w:ascii="Linux Libertine G" w:hAnsi="Linux Libertine G" w:cstheme="minorHAnsi"/>
          <w:lang w:val="en-GB"/>
        </w:rPr>
        <w:t xml:space="preserve">The absence of complete information must never delay a safeguarding referral. </w:t>
      </w:r>
    </w:p>
    <w:p>
      <w:pPr>
        <w:pStyle w:val="Normal"/>
        <w:spacing w:lineRule="auto" w:line="240" w:before="0" w:after="0"/>
        <w:rPr>
          <w:rFonts w:ascii="Linux Libertine G" w:hAnsi="Linux Libertine G"/>
        </w:rPr>
      </w:pPr>
      <w:r>
        <w:rPr>
          <w:rFonts w:ascii="Linux Libertine G" w:hAnsi="Linux Libertine G"/>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Some people may wish to remain anonymous or may not want their identity disclosed to the child's family. Wherever possible, we will respect these wishes; however, anonymity or confidentiality cannot be guaranteed where disclosure is required by law or is necessary to protect a child or as part of legal proceedings. Consideration will also be given to the referrer's own safety where relevant.</w:t>
      </w:r>
    </w:p>
    <w:p>
      <w:pPr>
        <w:pStyle w:val="Normal"/>
        <w:spacing w:lineRule="auto" w:line="240" w:before="0" w:after="0"/>
        <w:rPr>
          <w:rFonts w:ascii="Linux Libertine G" w:hAnsi="Linux Libertine G"/>
        </w:rPr>
      </w:pPr>
      <w:r>
        <w:rPr>
          <w:rFonts w:ascii="Linux Libertine G" w:hAnsi="Linux Libertine G"/>
          <w:lang w:val="en-GB"/>
        </w:rPr>
      </w:r>
    </w:p>
    <w:p>
      <w:pPr>
        <w:pStyle w:val="Normal"/>
        <w:keepNext w:val="true"/>
        <w:keepLines/>
        <w:numPr>
          <w:ilvl w:val="0"/>
          <w:numId w:val="0"/>
        </w:numPr>
        <w:spacing w:lineRule="auto" w:line="240" w:before="0" w:after="0"/>
        <w:ind w:hanging="0" w:left="0"/>
        <w:outlineLvl w:val="1"/>
        <w:rPr>
          <w:rFonts w:ascii="Linux Libertine G" w:hAnsi="Linux Libertine G"/>
        </w:rPr>
      </w:pPr>
      <w:bookmarkStart w:id="11" w:name="_Toc486246956"/>
      <w:r>
        <w:rPr>
          <w:rFonts w:eastAsia="Times New Roman" w:cs="Cambria" w:ascii="Linux Libertine G" w:hAnsi="Linux Libertine G" w:cstheme="minorHAnsi"/>
          <w:b/>
          <w:bCs/>
          <w:lang w:val="en-GB" w:eastAsia="x-none"/>
        </w:rPr>
        <w:t>Safeguarding Children whilst working with Adults</w:t>
      </w:r>
      <w:bookmarkEnd w:id="11"/>
    </w:p>
    <w:p>
      <w:pPr>
        <w:pStyle w:val="Normal"/>
        <w:numPr>
          <w:ilvl w:val="0"/>
          <w:numId w:val="0"/>
        </w:numPr>
        <w:spacing w:lineRule="auto" w:line="240" w:before="0" w:after="0"/>
        <w:ind w:hanging="0" w:left="0"/>
        <w:outlineLvl w:val="1"/>
        <w:rPr>
          <w:rFonts w:ascii="Linux Libertine G" w:hAnsi="Linux Libertine G"/>
        </w:rPr>
      </w:pPr>
      <w:r>
        <w:rPr>
          <w:rFonts w:ascii="Linux Libertine G" w:hAnsi="Linux Libertine G"/>
          <w:lang w:val="en-GB"/>
        </w:rPr>
      </w:r>
    </w:p>
    <w:p>
      <w:pPr>
        <w:pStyle w:val="Normal"/>
        <w:numPr>
          <w:ilvl w:val="0"/>
          <w:numId w:val="0"/>
        </w:numPr>
        <w:spacing w:lineRule="auto" w:line="240" w:before="0" w:after="0"/>
        <w:ind w:hanging="0" w:left="0"/>
        <w:outlineLvl w:val="1"/>
        <w:rPr>
          <w:rFonts w:ascii="Linux Libertine G" w:hAnsi="Linux Libertine G"/>
        </w:rPr>
      </w:pPr>
      <w:r>
        <w:rPr>
          <w:rFonts w:eastAsia="Times New Roman" w:cs="Cambria" w:ascii="Linux Libertine G" w:hAnsi="Linux Libertine G" w:cstheme="minorHAnsi"/>
          <w:b w:val="false"/>
          <w:bCs w:val="false"/>
          <w:lang w:val="en-GB" w:eastAsia="x-none"/>
        </w:rPr>
        <w:t xml:space="preserve">Changing Strides Equine Therapies recognises that when working with adults, consideration must always be given to the welfare of any children who may be affected by the adult's circumstances, needs or behaviour. </w:t>
      </w:r>
      <w:r>
        <w:rPr>
          <w:rFonts w:eastAsia="Times New Roman" w:cs="Cambria" w:ascii="Linux Libertine G" w:hAnsi="Linux Libertine G" w:cstheme="minorHAnsi"/>
          <w:b w:val="false"/>
          <w:bCs w:val="false"/>
          <w:lang w:val="en-GB" w:eastAsia="x-none"/>
        </w:rPr>
        <w:t xml:space="preserve">Safeguarding is everyone’s responsibility, and staff and volunteers should adopt a ‘Think Family’ approach by considering the needs of all family members when concerns arise. </w:t>
      </w:r>
    </w:p>
    <w:p>
      <w:pPr>
        <w:pStyle w:val="Normal"/>
        <w:numPr>
          <w:ilvl w:val="0"/>
          <w:numId w:val="0"/>
        </w:numPr>
        <w:spacing w:lineRule="auto" w:line="240" w:before="0" w:after="0"/>
        <w:ind w:hanging="0" w:left="0"/>
        <w:outlineLvl w:val="1"/>
        <w:rPr>
          <w:rFonts w:ascii="Linux Libertine G" w:hAnsi="Linux Libertine G"/>
        </w:rPr>
      </w:pPr>
      <w:r>
        <w:rPr>
          <w:rFonts w:ascii="Linux Libertine G" w:hAnsi="Linux Libertine G"/>
          <w:lang w:val="en-GB"/>
        </w:rPr>
      </w:r>
    </w:p>
    <w:p>
      <w:pPr>
        <w:pStyle w:val="Normal"/>
        <w:numPr>
          <w:ilvl w:val="0"/>
          <w:numId w:val="0"/>
        </w:numPr>
        <w:spacing w:lineRule="auto" w:line="240" w:before="0" w:after="0"/>
        <w:ind w:hanging="0" w:left="0"/>
        <w:outlineLvl w:val="1"/>
        <w:rPr>
          <w:rFonts w:ascii="Linux Libertine G" w:hAnsi="Linux Libertine G"/>
        </w:rPr>
      </w:pPr>
      <w:r>
        <w:rPr>
          <w:rFonts w:eastAsia="Times New Roman" w:cs="Cambria" w:ascii="Linux Libertine G" w:hAnsi="Linux Libertine G" w:cstheme="minorHAnsi"/>
          <w:b w:val="false"/>
          <w:bCs w:val="false"/>
          <w:lang w:val="en-GB" w:eastAsia="x-none"/>
        </w:rPr>
        <w:t xml:space="preserve">Where appropriate, we will consider the impact of the adult's circumstances, </w:t>
      </w:r>
      <w:r>
        <w:rPr>
          <w:rFonts w:eastAsia="Times New Roman" w:cs="Cambria" w:ascii="Linux Libertine G" w:hAnsi="Linux Libertine G" w:cstheme="minorHAnsi"/>
          <w:b w:val="false"/>
          <w:bCs w:val="false"/>
          <w:lang w:val="en-GB" w:eastAsia="x-none"/>
        </w:rPr>
        <w:t xml:space="preserve">including </w:t>
      </w:r>
      <w:r>
        <w:rPr>
          <w:rFonts w:eastAsia="Times New Roman" w:cs="Cambria" w:ascii="Linux Libertine G" w:hAnsi="Linux Libertine G" w:cstheme="minorHAnsi"/>
          <w:b w:val="false"/>
          <w:bCs w:val="false"/>
          <w:lang w:val="en-GB" w:eastAsia="x-none"/>
        </w:rPr>
        <w:t xml:space="preserve">physical or mental health, substance misuse, domestic abuse, learning disability, behaviour </w:t>
      </w:r>
      <w:r>
        <w:rPr>
          <w:rFonts w:eastAsia="Times New Roman" w:cs="Cambria" w:ascii="Linux Libertine G" w:hAnsi="Linux Libertine G" w:cstheme="minorHAnsi"/>
          <w:b w:val="false"/>
          <w:bCs w:val="false"/>
          <w:lang w:val="en-GB" w:eastAsia="x-none"/>
        </w:rPr>
        <w:t>or other vulnerabilities</w:t>
      </w:r>
      <w:r>
        <w:rPr>
          <w:rFonts w:eastAsia="Times New Roman" w:cs="Cambria" w:ascii="Linux Libertine G" w:hAnsi="Linux Libertine G" w:cstheme="minorHAnsi"/>
          <w:b w:val="false"/>
          <w:bCs w:val="false"/>
          <w:lang w:val="en-GB" w:eastAsia="x-none"/>
        </w:rPr>
        <w:t xml:space="preserve"> on: </w:t>
      </w:r>
    </w:p>
    <w:p>
      <w:pPr>
        <w:pStyle w:val="Normal"/>
        <w:numPr>
          <w:ilvl w:val="0"/>
          <w:numId w:val="76"/>
        </w:numPr>
        <w:spacing w:lineRule="auto" w:line="240" w:before="0" w:after="0"/>
        <w:ind w:hanging="357" w:left="357"/>
        <w:contextualSpacing/>
        <w:rPr>
          <w:lang w:val="en-GB"/>
        </w:rPr>
      </w:pPr>
      <w:r>
        <w:rPr>
          <w:rFonts w:eastAsia="Calibri" w:cs="Cambria" w:ascii="Linux Libertine G" w:hAnsi="Linux Libertine G" w:cstheme="minorHAnsi"/>
          <w:lang w:val="en-GB"/>
        </w:rPr>
        <w:t xml:space="preserve">The </w:t>
      </w:r>
      <w:r>
        <w:rPr>
          <w:rFonts w:eastAsia="Calibri" w:cs="Cambria" w:ascii="Linux Libertine G" w:hAnsi="Linux Libertine G" w:cstheme="minorHAnsi"/>
          <w:lang w:val="en-GB"/>
        </w:rPr>
        <w:t>child's development;</w:t>
      </w:r>
    </w:p>
    <w:p>
      <w:pPr>
        <w:pStyle w:val="Normal"/>
        <w:numPr>
          <w:ilvl w:val="0"/>
          <w:numId w:val="76"/>
        </w:numPr>
        <w:spacing w:lineRule="auto" w:line="240" w:before="0" w:after="0"/>
        <w:ind w:hanging="357" w:left="357"/>
        <w:contextualSpacing/>
        <w:rPr>
          <w:lang w:val="en-GB"/>
        </w:rPr>
      </w:pPr>
      <w:r>
        <w:rPr>
          <w:rFonts w:eastAsia="Calibri" w:cs="Cambria" w:ascii="Linux Libertine G" w:hAnsi="Linux Libertine G" w:cstheme="minorHAnsi"/>
          <w:lang w:val="en-GB"/>
        </w:rPr>
        <w:t>Family functioning;</w:t>
      </w:r>
    </w:p>
    <w:p>
      <w:pPr>
        <w:pStyle w:val="Normal"/>
        <w:numPr>
          <w:ilvl w:val="0"/>
          <w:numId w:val="76"/>
        </w:numPr>
        <w:spacing w:lineRule="auto" w:line="240" w:before="0" w:after="0"/>
        <w:ind w:hanging="357" w:left="357"/>
        <w:contextualSpacing/>
        <w:rPr>
          <w:rFonts w:ascii="Linux Libertine G" w:hAnsi="Linux Libertine G"/>
        </w:rPr>
      </w:pPr>
      <w:r>
        <w:rPr>
          <w:rFonts w:eastAsia="Calibri" w:cs="Cambria" w:ascii="Linux Libertine G" w:hAnsi="Linux Libertine G" w:cstheme="minorHAnsi"/>
          <w:lang w:val="en-GB"/>
        </w:rPr>
        <w:t>The adult's parenting capacity.</w:t>
      </w:r>
    </w:p>
    <w:p>
      <w:pPr>
        <w:pStyle w:val="Normal"/>
        <w:spacing w:lineRule="auto" w:line="240" w:before="0" w:after="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 xml:space="preserve">If we have concerns that a child is suffering, or is likely to suffer, significant harm as a result of an adult's circumstances or parenting capacity, these concerns will be reported immediately to the Designated Safeguarding Lead. The Designated Safeguarding Lead will make a referral to Children's Social Care and/or the Police without delay, where appropriate. </w:t>
      </w:r>
      <w:r>
        <w:rPr>
          <w:rFonts w:eastAsia="Calibri" w:cs="Cambria" w:ascii="Linux Libertine G" w:hAnsi="Linux Libertine G" w:cstheme="minorHAnsi"/>
          <w:lang w:val="en-GB"/>
        </w:rPr>
        <w:t xml:space="preserve">Consideration will also be given to whether Family Help or other support services may benefit the child and family. </w:t>
      </w:r>
    </w:p>
    <w:p>
      <w:pPr>
        <w:pStyle w:val="Normal"/>
        <w:spacing w:lineRule="auto" w:line="240" w:before="0" w:after="0"/>
        <w:rPr>
          <w:rFonts w:ascii="Linux Libertine G" w:hAnsi="Linux Libertine G"/>
        </w:rPr>
      </w:pPr>
      <w:r>
        <w:rPr>
          <w:rFonts w:ascii="Linux Libertine G" w:hAnsi="Linux Libertine G"/>
          <w:lang w:val="en-GB"/>
        </w:rPr>
      </w:r>
    </w:p>
    <w:p>
      <w:pPr>
        <w:pStyle w:val="BodyText"/>
        <w:spacing w:lineRule="auto" w:line="240" w:before="0" w:after="0"/>
        <w:rPr>
          <w:rFonts w:ascii="Linux Libertine G" w:hAnsi="Linux Libertine G" w:eastAsia="Calibri" w:cs="Cambria" w:cstheme="minorHAnsi"/>
        </w:rPr>
      </w:pPr>
      <w:r>
        <w:rPr>
          <w:rStyle w:val="Strong"/>
          <w:rFonts w:eastAsia="Calibri" w:cs="Cambria" w:ascii="Linux Libertine G" w:hAnsi="Linux Libertine G" w:cstheme="minorHAnsi"/>
          <w:b w:val="false"/>
          <w:bCs w:val="false"/>
          <w:lang w:val="en-GB"/>
        </w:rPr>
        <w:t xml:space="preserve">Requests for information from Children's Social Care or other safeguarding partners will be directed to the Designated Safeguarding Lead or an appropriate senior member of staff. Information will be shared in accordance with safeguarding legislation, statutory guidance and data protection requirements, where it is necessary to safeguard or promote the welfare of a child. </w:t>
      </w:r>
      <w:r>
        <w:rPr>
          <w:rStyle w:val="Strong"/>
          <w:rFonts w:eastAsia="Calibri" w:cs="Cambria" w:ascii="Linux Libertine G" w:hAnsi="Linux Libertine G" w:cstheme="minorHAnsi"/>
          <w:b w:val="false"/>
          <w:bCs w:val="false"/>
          <w:lang w:val="en-GB"/>
        </w:rPr>
        <w:t>Information sharing should be proportionate, relevant, accurate, timely and secure, in accordance with Data Protection Act 2018, UK GPDR and statutory information-sharing guidance.</w:t>
      </w:r>
    </w:p>
    <w:p>
      <w:pPr>
        <w:pStyle w:val="BodyText"/>
        <w:spacing w:lineRule="auto" w:line="240" w:before="0" w:after="0"/>
        <w:rPr>
          <w:rFonts w:ascii="Linux Libertine G" w:hAnsi="Linux Libertine G" w:eastAsia="Calibri" w:cs="Cambria" w:cstheme="minorHAnsi"/>
        </w:rPr>
      </w:pPr>
      <w:r>
        <w:rPr/>
      </w:r>
    </w:p>
    <w:p>
      <w:pPr>
        <w:pStyle w:val="BodyText"/>
        <w:spacing w:lineRule="auto" w:line="240" w:before="0" w:after="0"/>
        <w:rPr>
          <w:rFonts w:ascii="Linux Libertine G" w:hAnsi="Linux Libertine G" w:eastAsia="Calibri" w:cs="Cambria" w:cstheme="minorHAnsi"/>
        </w:rPr>
      </w:pPr>
      <w:r>
        <w:rPr>
          <w:rStyle w:val="Strong"/>
          <w:rFonts w:eastAsia="Calibri" w:cs="Cambria" w:ascii="Linux Libertine G" w:hAnsi="Linux Libertine G" w:cstheme="minorHAnsi"/>
          <w:b w:val="false"/>
          <w:bCs w:val="false"/>
          <w:lang w:val="en-GB"/>
        </w:rPr>
        <w:t xml:space="preserve">Where staff are working with adults who have care and support needs, they will remain alert to the possibility that children within the family or household may also require safeguarding, protection or additional support. </w:t>
      </w:r>
    </w:p>
    <w:p>
      <w:pPr>
        <w:pStyle w:val="Normal"/>
        <w:spacing w:lineRule="auto" w:line="240" w:before="0" w:after="0"/>
        <w:rPr>
          <w:rFonts w:ascii="Linux Libertine G" w:hAnsi="Linux Libertine G"/>
        </w:rPr>
      </w:pPr>
      <w:r>
        <w:rPr>
          <w:rFonts w:ascii="Linux Libertine G" w:hAnsi="Linux Libertine G"/>
          <w:lang w:val="en-GB"/>
        </w:rPr>
      </w:r>
    </w:p>
    <w:p>
      <w:pPr>
        <w:pStyle w:val="Normal"/>
        <w:numPr>
          <w:ilvl w:val="0"/>
          <w:numId w:val="0"/>
        </w:numPr>
        <w:spacing w:lineRule="auto" w:line="240" w:before="0" w:after="0"/>
        <w:ind w:hanging="0" w:left="0"/>
        <w:outlineLvl w:val="1"/>
        <w:rPr>
          <w:rFonts w:ascii="Linux Libertine G" w:hAnsi="Linux Libertine G"/>
        </w:rPr>
      </w:pPr>
      <w:r>
        <w:rPr>
          <w:rFonts w:ascii="Linux Libertine G" w:hAnsi="Linux Libertine G"/>
          <w:lang w:val="en-GB"/>
        </w:rPr>
      </w:r>
    </w:p>
    <w:p>
      <w:pPr>
        <w:pStyle w:val="Normal"/>
        <w:keepNext w:val="true"/>
        <w:keepLines/>
        <w:numPr>
          <w:ilvl w:val="0"/>
          <w:numId w:val="0"/>
        </w:numPr>
        <w:spacing w:lineRule="auto" w:line="240" w:before="0" w:after="0"/>
        <w:ind w:hanging="0" w:left="0"/>
        <w:outlineLvl w:val="1"/>
        <w:rPr>
          <w:rFonts w:ascii="Linux Libertine G" w:hAnsi="Linux Libertine G"/>
        </w:rPr>
      </w:pPr>
      <w:bookmarkStart w:id="12" w:name="_Toc486246957"/>
      <w:r>
        <w:rPr>
          <w:rFonts w:eastAsia="Times New Roman" w:cs="Cambria" w:ascii="Linux Libertine G" w:hAnsi="Linux Libertine G" w:cstheme="minorHAnsi"/>
          <w:b/>
          <w:bCs/>
          <w:lang w:val="en-GB" w:eastAsia="x-none"/>
        </w:rPr>
        <w:t>Absence reporting</w:t>
      </w:r>
      <w:bookmarkEnd w:id="12"/>
      <w:r>
        <w:rPr>
          <w:rFonts w:eastAsia="Times New Roman" w:cs="Cambria" w:ascii="Linux Libertine G" w:hAnsi="Linux Libertine G" w:cstheme="minorHAnsi"/>
          <w:b/>
          <w:bCs/>
          <w:lang w:val="en-GB" w:eastAsia="x-none"/>
        </w:rPr>
        <w:t xml:space="preserve"> </w:t>
      </w:r>
      <w:r>
        <w:rPr>
          <w:rFonts w:eastAsia="Times New Roman" w:cs="Cambria" w:ascii="Linux Libertine G" w:hAnsi="Linux Libertine G" w:cstheme="minorHAnsi"/>
          <w:b/>
          <w:bCs/>
          <w:lang w:val="en-GB" w:eastAsia="x-none"/>
        </w:rPr>
        <w:t>and missing children</w:t>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 xml:space="preserve">If a child who is expected to attend our service is absent without explanation, we will make prompt inquiries with parents, carers or the referring professional, as appropriate. We will remain particularly vigilant where the child is a </w:t>
      </w:r>
      <w:r>
        <w:rPr>
          <w:rFonts w:eastAsia="Calibri" w:cs="Cambria" w:ascii="Linux Libertine G" w:hAnsi="Linux Libertine G" w:cstheme="minorHAnsi"/>
          <w:lang w:val="en-GB"/>
        </w:rPr>
        <w:t>l</w:t>
      </w:r>
      <w:r>
        <w:rPr>
          <w:rFonts w:eastAsia="Calibri" w:cs="Cambria" w:ascii="Linux Libertine G" w:hAnsi="Linux Libertine G" w:cstheme="minorHAnsi"/>
          <w:lang w:val="en-GB"/>
        </w:rPr>
        <w:t xml:space="preserve">ooked After Child, a child known to Children's Social Care, a child at risk of exploitation (including child sexual exploitation or child criminal exploitation), county lines involvement, domestic abuse, or a young carer, or where there are any other known safeguarding concerns. </w:t>
      </w:r>
      <w:r>
        <w:rPr>
          <w:rFonts w:eastAsia="Calibri" w:cs="Cambria" w:ascii="Linux Libertine G" w:hAnsi="Linux Libertine G" w:cstheme="minorHAnsi"/>
          <w:lang w:val="en-GB"/>
        </w:rPr>
        <w:t>Unexplained absences will be considered in the context of the child’s individual vulnerabilities and any known safeguarding risks.</w:t>
      </w:r>
    </w:p>
    <w:p>
      <w:pPr>
        <w:pStyle w:val="Normal"/>
        <w:spacing w:lineRule="auto" w:line="240" w:before="0" w:after="0"/>
        <w:rPr>
          <w:rFonts w:ascii="Linux Libertine G" w:hAnsi="Linux Libertine G"/>
        </w:rPr>
      </w:pPr>
      <w:r>
        <w:rPr>
          <w:rFonts w:eastAsia="Calibri" w:cs="Cambria" w:cstheme="minorHAnsi" w:ascii="Linux Libertine G" w:hAnsi="Linux Libertine G"/>
          <w:lang w:val="en-GB"/>
        </w:rPr>
      </w:r>
    </w:p>
    <w:p>
      <w:pPr>
        <w:pStyle w:val="Normal"/>
        <w:spacing w:lineRule="auto" w:line="240" w:before="0" w:after="0"/>
        <w:rPr>
          <w:rFonts w:ascii="Linux Libertine G" w:hAnsi="Linux Libertine G" w:eastAsia="Calibri" w:cs="Cambria" w:cstheme="minorHAnsi"/>
          <w:lang w:eastAsia="x-none"/>
        </w:rPr>
      </w:pPr>
      <w:r>
        <w:rPr>
          <w:rStyle w:val="Strong"/>
          <w:rFonts w:eastAsia="Calibri" w:cs="Cambria" w:ascii="Linux Libertine G" w:hAnsi="Linux Libertine G" w:cstheme="minorHAnsi"/>
          <w:b w:val="false"/>
          <w:bCs w:val="false"/>
          <w:lang w:val="en-GB" w:eastAsia="x-none"/>
        </w:rPr>
        <w:t>Where a child attends Changing Strides Equine Therapies on a regular basis</w:t>
      </w:r>
      <w:r>
        <w:rPr>
          <w:rFonts w:eastAsia="Calibri" w:cs="Cambria" w:ascii="Linux Libertine G" w:hAnsi="Linux Libertine G" w:cstheme="minorHAnsi"/>
          <w:b w:val="false"/>
          <w:bCs w:val="false"/>
          <w:lang w:val="en-GB" w:eastAsia="x-none"/>
        </w:rPr>
        <w:t xml:space="preserve"> </w:t>
      </w:r>
      <w:r>
        <w:rPr>
          <w:rStyle w:val="Strong"/>
          <w:rFonts w:eastAsia="Calibri" w:cs="Cambria" w:ascii="Linux Libertine G" w:hAnsi="Linux Libertine G" w:cstheme="minorHAnsi"/>
          <w:b w:val="false"/>
          <w:bCs w:val="false"/>
          <w:lang w:val="en-GB" w:eastAsia="x-none"/>
        </w:rPr>
        <w:t>we will maintain a confidential 'Need to Know' record identifying any known safeguarding concerns, vulnerabilities or risk factors to inform our response to unexplained absences or other safeguarding incidents.</w:t>
      </w:r>
    </w:p>
    <w:p>
      <w:pPr>
        <w:pStyle w:val="Normal"/>
        <w:spacing w:lineRule="auto" w:line="240" w:before="0" w:after="0"/>
        <w:rPr>
          <w:rFonts w:ascii="Linux Libertine G" w:hAnsi="Linux Libertine G"/>
        </w:rPr>
      </w:pPr>
      <w:r>
        <w:rPr>
          <w:rFonts w:ascii="Linux Libertine G" w:hAnsi="Linux Libertine G"/>
          <w:lang w:val="en-GB"/>
        </w:rPr>
      </w:r>
    </w:p>
    <w:p>
      <w:pPr>
        <w:pStyle w:val="Normal"/>
        <w:numPr>
          <w:ilvl w:val="0"/>
          <w:numId w:val="0"/>
        </w:numPr>
        <w:spacing w:lineRule="auto" w:line="240" w:before="0" w:after="0"/>
        <w:ind w:hanging="0" w:left="0"/>
        <w:outlineLvl w:val="1"/>
        <w:rPr>
          <w:rFonts w:ascii="Linux Libertine G" w:hAnsi="Linux Libertine G"/>
        </w:rPr>
      </w:pPr>
      <w:r>
        <w:rPr>
          <w:rFonts w:eastAsia="Calibri" w:cs="Cambria" w:ascii="Linux Libertine G" w:hAnsi="Linux Libertine G" w:cstheme="minorHAnsi"/>
          <w:lang w:val="en-GB" w:eastAsia="x-none"/>
        </w:rPr>
        <w:t xml:space="preserve">If a child goes missing whilst in our care, staff will take immediate action to locate the child whilst ensuring the safety of other children and adults present. If the child cannot be located promptly, the Police will be contacted immediately. The Designated Safeguarding Lead will be informed without delay, together with the child's parent or carer, emergency contact and referring professional, where appropriate, </w:t>
      </w:r>
      <w:r>
        <w:rPr>
          <w:rFonts w:eastAsia="Calibri" w:cs="Cambria" w:ascii="Linux Libertine G" w:hAnsi="Linux Libertine G" w:cstheme="minorHAnsi"/>
          <w:lang w:val="en-GB" w:eastAsia="x-none"/>
        </w:rPr>
        <w:t xml:space="preserve">Children’s Social Care will also be informed without delay. </w:t>
      </w:r>
    </w:p>
    <w:p>
      <w:pPr>
        <w:pStyle w:val="Normal"/>
        <w:numPr>
          <w:ilvl w:val="0"/>
          <w:numId w:val="0"/>
        </w:numPr>
        <w:spacing w:lineRule="auto" w:line="240" w:before="0" w:after="0"/>
        <w:ind w:hanging="0" w:left="0"/>
        <w:outlineLvl w:val="1"/>
        <w:rPr>
          <w:rFonts w:ascii="Linux Libertine G" w:hAnsi="Linux Libertine G"/>
        </w:rPr>
      </w:pPr>
      <w:r>
        <w:rPr>
          <w:rFonts w:ascii="Linux Libertine G" w:hAnsi="Linux Libertine G"/>
          <w:lang w:val="en-GB"/>
        </w:rPr>
      </w:r>
    </w:p>
    <w:p>
      <w:pPr>
        <w:pStyle w:val="BodyText"/>
        <w:numPr>
          <w:ilvl w:val="0"/>
          <w:numId w:val="0"/>
        </w:numPr>
        <w:spacing w:lineRule="auto" w:line="240" w:before="0" w:after="0"/>
        <w:ind w:hanging="0" w:left="0"/>
        <w:outlineLvl w:val="1"/>
        <w:rPr>
          <w:rFonts w:ascii="Linux Libertine G" w:hAnsi="Linux Libertine G"/>
        </w:rPr>
      </w:pPr>
      <w:r>
        <w:rPr>
          <w:rStyle w:val="Strong"/>
          <w:rFonts w:eastAsia="Calibri" w:cs="Cambria" w:ascii="Linux Libertine G" w:hAnsi="Linux Libertine G" w:cstheme="minorHAnsi"/>
          <w:lang w:val="en-GB" w:eastAsia="x-none"/>
        </w:rPr>
        <w:t>Information shared with the Police should include, where available:</w:t>
      </w:r>
    </w:p>
    <w:p>
      <w:pPr>
        <w:pStyle w:val="BodyText"/>
        <w:numPr>
          <w:ilvl w:val="0"/>
          <w:numId w:val="41"/>
        </w:numPr>
        <w:tabs>
          <w:tab w:val="clear" w:pos="720"/>
          <w:tab w:val="left" w:pos="0" w:leader="none"/>
        </w:tabs>
        <w:spacing w:lineRule="auto" w:line="240" w:before="0" w:after="0"/>
        <w:ind w:hanging="283" w:left="709"/>
        <w:rPr>
          <w:rFonts w:ascii="Linux Libertine G" w:hAnsi="Linux Libertine G" w:eastAsia="Calibri" w:cs="Cambria" w:cstheme="minorHAnsi"/>
          <w:lang w:eastAsia="x-none"/>
        </w:rPr>
      </w:pPr>
      <w:r>
        <w:rPr>
          <w:rFonts w:eastAsia="Calibri" w:cs="Cambria" w:ascii="Linux Libertine G" w:hAnsi="Linux Libertine G" w:cstheme="minorHAnsi"/>
          <w:lang w:val="en-GB" w:eastAsia="x-none"/>
        </w:rPr>
        <w:t>the child's full name;</w:t>
      </w:r>
      <w:r>
        <w:rPr>
          <w:rFonts w:eastAsia="Calibri" w:cs="Cambria" w:ascii="Linux Libertine G" w:hAnsi="Linux Libertine G" w:cstheme="minorHAnsi"/>
          <w:strike/>
          <w:lang w:val="en-GB" w:eastAsia="x-none"/>
        </w:rPr>
        <w:t xml:space="preserve"> </w:t>
      </w:r>
    </w:p>
    <w:p>
      <w:pPr>
        <w:pStyle w:val="BodyText"/>
        <w:numPr>
          <w:ilvl w:val="0"/>
          <w:numId w:val="41"/>
        </w:numPr>
        <w:tabs>
          <w:tab w:val="clear" w:pos="720"/>
          <w:tab w:val="left" w:pos="0" w:leader="none"/>
        </w:tabs>
        <w:spacing w:before="0" w:after="6"/>
        <w:ind w:hanging="283" w:left="709"/>
        <w:rPr>
          <w:lang w:eastAsia="x-none"/>
        </w:rPr>
      </w:pPr>
      <w:r>
        <w:rPr>
          <w:lang w:val="en-GB" w:eastAsia="x-none"/>
        </w:rPr>
        <w:t xml:space="preserve">date of birth; </w:t>
      </w:r>
    </w:p>
    <w:p>
      <w:pPr>
        <w:pStyle w:val="BodyText"/>
        <w:numPr>
          <w:ilvl w:val="0"/>
          <w:numId w:val="41"/>
        </w:numPr>
        <w:tabs>
          <w:tab w:val="clear" w:pos="720"/>
          <w:tab w:val="left" w:pos="0" w:leader="none"/>
        </w:tabs>
        <w:spacing w:before="0" w:after="6"/>
        <w:ind w:hanging="283" w:left="709"/>
        <w:rPr>
          <w:lang w:eastAsia="x-none"/>
        </w:rPr>
      </w:pPr>
      <w:r>
        <w:rPr>
          <w:lang w:val="en-GB" w:eastAsia="x-none"/>
        </w:rPr>
        <w:t xml:space="preserve">description; </w:t>
      </w:r>
    </w:p>
    <w:p>
      <w:pPr>
        <w:pStyle w:val="BodyText"/>
        <w:numPr>
          <w:ilvl w:val="0"/>
          <w:numId w:val="41"/>
        </w:numPr>
        <w:tabs>
          <w:tab w:val="clear" w:pos="720"/>
          <w:tab w:val="left" w:pos="0" w:leader="none"/>
        </w:tabs>
        <w:spacing w:before="0" w:after="6"/>
        <w:ind w:hanging="283" w:left="709"/>
        <w:rPr>
          <w:lang w:eastAsia="x-none"/>
        </w:rPr>
      </w:pPr>
      <w:r>
        <w:rPr>
          <w:lang w:val="en-GB" w:eastAsia="x-none"/>
        </w:rPr>
        <w:t xml:space="preserve">a recent photograph, if available; </w:t>
      </w:r>
    </w:p>
    <w:p>
      <w:pPr>
        <w:pStyle w:val="BodyText"/>
        <w:numPr>
          <w:ilvl w:val="0"/>
          <w:numId w:val="41"/>
        </w:numPr>
        <w:tabs>
          <w:tab w:val="clear" w:pos="720"/>
          <w:tab w:val="left" w:pos="0" w:leader="none"/>
        </w:tabs>
        <w:spacing w:before="0" w:after="6"/>
        <w:ind w:hanging="283" w:left="709"/>
        <w:rPr>
          <w:lang w:eastAsia="x-none"/>
        </w:rPr>
      </w:pPr>
      <w:r>
        <w:rPr>
          <w:lang w:val="en-GB" w:eastAsia="x-none"/>
        </w:rPr>
        <w:t xml:space="preserve">details of where and when the child was last seen; </w:t>
      </w:r>
    </w:p>
    <w:p>
      <w:pPr>
        <w:pStyle w:val="BodyText"/>
        <w:numPr>
          <w:ilvl w:val="0"/>
          <w:numId w:val="41"/>
        </w:numPr>
        <w:tabs>
          <w:tab w:val="clear" w:pos="720"/>
          <w:tab w:val="left" w:pos="0" w:leader="none"/>
        </w:tabs>
        <w:spacing w:before="0" w:after="6"/>
        <w:ind w:hanging="283" w:left="709"/>
        <w:rPr>
          <w:lang w:eastAsia="x-none"/>
        </w:rPr>
      </w:pPr>
      <w:r>
        <w:rPr>
          <w:lang w:val="en-GB" w:eastAsia="x-none"/>
        </w:rPr>
        <w:t xml:space="preserve">who they were with; </w:t>
      </w:r>
    </w:p>
    <w:p>
      <w:pPr>
        <w:pStyle w:val="BodyText"/>
        <w:numPr>
          <w:ilvl w:val="0"/>
          <w:numId w:val="41"/>
        </w:numPr>
        <w:tabs>
          <w:tab w:val="clear" w:pos="720"/>
          <w:tab w:val="left" w:pos="0" w:leader="none"/>
        </w:tabs>
        <w:spacing w:before="0" w:after="6"/>
        <w:ind w:hanging="283" w:left="709"/>
        <w:rPr>
          <w:lang w:eastAsia="x-none"/>
        </w:rPr>
      </w:pPr>
      <w:r>
        <w:rPr>
          <w:rStyle w:val="Strong"/>
          <w:b w:val="false"/>
          <w:bCs w:val="false"/>
          <w:lang w:val="en-GB" w:eastAsia="x-none"/>
        </w:rPr>
        <w:t>any known vulnerabilities, medical needs or safeguarding concerns that may assist in locating and safeguarding the child.</w:t>
      </w:r>
    </w:p>
    <w:p>
      <w:pPr>
        <w:pStyle w:val="BodyText"/>
        <w:tabs>
          <w:tab w:val="clear" w:pos="720"/>
          <w:tab w:val="left" w:pos="0" w:leader="none"/>
        </w:tabs>
        <w:spacing w:before="0" w:after="6"/>
        <w:ind w:hanging="0" w:left="0"/>
        <w:rPr>
          <w:lang w:val="en-GB"/>
        </w:rPr>
      </w:pPr>
      <w:r>
        <w:rPr>
          <w:lang w:val="en-GB"/>
        </w:rPr>
      </w:r>
    </w:p>
    <w:p>
      <w:pPr>
        <w:pStyle w:val="BodyText"/>
        <w:tabs>
          <w:tab w:val="clear" w:pos="720"/>
          <w:tab w:val="left" w:pos="0" w:leader="none"/>
        </w:tabs>
        <w:spacing w:before="0" w:after="6"/>
        <w:ind w:hanging="0" w:left="0"/>
        <w:rPr>
          <w:lang w:val="en-GB"/>
        </w:rPr>
      </w:pPr>
      <w:r>
        <w:rPr>
          <w:lang w:val="en-GB"/>
        </w:rPr>
        <w:t xml:space="preserve">Where appropriate, staff should also provide details of the child's clothing, means of transport, mobile telephone number (if known), and any places or people the child may be likely to visit. </w:t>
      </w:r>
    </w:p>
    <w:p>
      <w:pPr>
        <w:pStyle w:val="BodyText"/>
        <w:spacing w:before="0" w:after="6"/>
        <w:rPr>
          <w:rStyle w:val="Strong"/>
          <w:b w:val="false"/>
          <w:bCs w:val="false"/>
        </w:rPr>
      </w:pPr>
      <w:r>
        <w:rPr>
          <w:b w:val="false"/>
          <w:bCs w:val="false"/>
        </w:rPr>
      </w:r>
    </w:p>
    <w:p>
      <w:pPr>
        <w:pStyle w:val="BodyText"/>
        <w:spacing w:before="0" w:after="6"/>
        <w:rPr>
          <w:rStyle w:val="Strong"/>
          <w:b w:val="false"/>
          <w:bCs w:val="false"/>
        </w:rPr>
      </w:pPr>
      <w:r>
        <w:rPr>
          <w:rStyle w:val="Strong"/>
          <w:b w:val="false"/>
          <w:bCs w:val="false"/>
          <w:lang w:val="en-GB" w:eastAsia="x-none"/>
        </w:rPr>
        <w:t xml:space="preserve">All incidents involving unexplained absences or children going missing whilst in our care will be recorded, reviewed by the Designated Safeguarding Lead and, where appropriate, shared with relevant safeguarding agencies. Following any incident where a child goes missing, the Designated Safeguarding Lead will review the circumstances, consider whether safeguarding procedures were effective, update any relevant risk assessments, and take any necessary action to reduce the likelihood of a similar incident occurring.  </w:t>
      </w:r>
    </w:p>
    <w:p>
      <w:pPr>
        <w:pStyle w:val="Normal"/>
        <w:numPr>
          <w:ilvl w:val="0"/>
          <w:numId w:val="0"/>
        </w:numPr>
        <w:spacing w:lineRule="auto" w:line="240" w:before="0" w:after="0"/>
        <w:ind w:hanging="0" w:left="0"/>
        <w:outlineLvl w:val="1"/>
        <w:rPr>
          <w:rFonts w:ascii="Linux Libertine G" w:hAnsi="Linux Libertine G"/>
        </w:rPr>
      </w:pPr>
      <w:r>
        <w:rPr>
          <w:rFonts w:ascii="Linux Libertine G" w:hAnsi="Linux Libertine G"/>
          <w:lang w:val="en-GB"/>
        </w:rPr>
      </w:r>
    </w:p>
    <w:p>
      <w:pPr>
        <w:pStyle w:val="Normal"/>
        <w:numPr>
          <w:ilvl w:val="0"/>
          <w:numId w:val="0"/>
        </w:numPr>
        <w:spacing w:lineRule="auto" w:line="240" w:before="0" w:after="0"/>
        <w:ind w:hanging="0" w:left="0"/>
        <w:outlineLvl w:val="1"/>
        <w:rPr>
          <w:rFonts w:ascii="Linux Libertine G" w:hAnsi="Linux Libertine G"/>
          <w:lang w:eastAsia="x-none"/>
        </w:rPr>
      </w:pPr>
      <w:r>
        <w:rPr>
          <w:rFonts w:ascii="Linux Libertine G" w:hAnsi="Linux Libertine G"/>
          <w:lang w:val="en-GB" w:eastAsia="x-none"/>
        </w:rPr>
      </w:r>
    </w:p>
    <w:p>
      <w:pPr>
        <w:pStyle w:val="Normal"/>
        <w:spacing w:lineRule="auto" w:line="240" w:before="0" w:after="0"/>
        <w:rPr>
          <w:rFonts w:ascii="Linux Libertine G" w:hAnsi="Linux Libertine G"/>
        </w:rPr>
      </w:pPr>
      <w:bookmarkStart w:id="13" w:name="_Toc486246958"/>
      <w:r>
        <w:rPr>
          <w:rFonts w:eastAsia="Calibri" w:cs="Cambria" w:ascii="Linux Libertine G" w:hAnsi="Linux Libertine G" w:cstheme="minorHAnsi"/>
          <w:b/>
          <w:bCs/>
          <w:i/>
          <w:lang w:val="en-GB" w:eastAsia="x-none"/>
        </w:rPr>
        <w:t>SAFEGUARDING ADULTS</w:t>
      </w:r>
      <w:bookmarkEnd w:id="13"/>
    </w:p>
    <w:p>
      <w:pPr>
        <w:pStyle w:val="Normal"/>
        <w:spacing w:lineRule="auto" w:line="240" w:before="0" w:after="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 xml:space="preserve">The key principles </w:t>
      </w:r>
      <w:r>
        <w:rPr>
          <w:rFonts w:eastAsia="Calibri" w:cs="Cambria" w:ascii="Linux Libertine G" w:hAnsi="Linux Libertine G" w:cstheme="minorHAnsi"/>
          <w:lang w:val="en-GB"/>
        </w:rPr>
        <w:t>that underpin safeguarding practice for adults Changing Strides Equine Therapies (CSET)</w:t>
      </w:r>
      <w:r>
        <w:rPr>
          <w:rFonts w:eastAsia="Calibri" w:cs="Cambria" w:ascii="Linux Libertine G" w:hAnsi="Linux Libertine G" w:cstheme="minorHAnsi"/>
          <w:lang w:val="en-GB"/>
        </w:rPr>
        <w:t xml:space="preserve"> are as follows: </w:t>
      </w:r>
    </w:p>
    <w:p>
      <w:pPr>
        <w:pStyle w:val="ListParagraph"/>
        <w:numPr>
          <w:ilvl w:val="0"/>
          <w:numId w:val="22"/>
        </w:numPr>
        <w:spacing w:before="0" w:after="0"/>
        <w:contextualSpacing/>
        <w:rPr>
          <w:rFonts w:ascii="Linux Libertine G" w:hAnsi="Linux Libertine G"/>
        </w:rPr>
      </w:pPr>
      <w:r>
        <w:rPr>
          <w:rFonts w:cs="Cambria" w:ascii="Linux Libertine G" w:hAnsi="Linux Libertine G" w:cstheme="minorHAnsi"/>
          <w:b/>
          <w:bCs/>
          <w:lang w:val="en-GB"/>
        </w:rPr>
        <w:t>Empowermen</w:t>
      </w:r>
      <w:r>
        <w:rPr>
          <w:rFonts w:cs="Cambria" w:ascii="Linux Libertine G" w:hAnsi="Linux Libertine G" w:cstheme="minorHAnsi"/>
          <w:lang w:val="en-GB"/>
        </w:rPr>
        <w:t xml:space="preserve">t: People are supported and encouraged to make their own decisions, with informed consent and person-centred </w:t>
      </w:r>
      <w:r>
        <w:rPr>
          <w:rFonts w:cs="Cambria" w:ascii="Linux Libertine G" w:hAnsi="Linux Libertine G" w:cstheme="minorHAnsi"/>
          <w:lang w:val="en-GB"/>
        </w:rPr>
        <w:t>approach</w:t>
      </w:r>
      <w:r>
        <w:rPr>
          <w:rFonts w:cs="Cambria" w:ascii="Linux Libertine G" w:hAnsi="Linux Libertine G" w:cstheme="minorHAnsi"/>
          <w:lang w:val="en-GB"/>
        </w:rPr>
        <w:t xml:space="preserve">. </w:t>
      </w:r>
    </w:p>
    <w:p>
      <w:pPr>
        <w:pStyle w:val="ListParagraph"/>
        <w:numPr>
          <w:ilvl w:val="0"/>
          <w:numId w:val="22"/>
        </w:numPr>
        <w:spacing w:before="0" w:after="0"/>
        <w:contextualSpacing/>
        <w:rPr>
          <w:rFonts w:ascii="Linux Libertine G" w:hAnsi="Linux Libertine G"/>
        </w:rPr>
      </w:pPr>
      <w:r>
        <w:rPr>
          <w:rFonts w:cs="Cambria" w:ascii="Linux Libertine G" w:hAnsi="Linux Libertine G" w:cstheme="minorHAnsi"/>
          <w:b/>
          <w:bCs/>
          <w:lang w:val="en-GB"/>
        </w:rPr>
        <w:t>Prevention</w:t>
      </w:r>
      <w:r>
        <w:rPr>
          <w:rFonts w:cs="Cambria" w:ascii="Linux Libertine G" w:hAnsi="Linux Libertine G" w:cstheme="minorHAnsi"/>
          <w:lang w:val="en-GB"/>
        </w:rPr>
        <w:t>: Tak</w:t>
      </w:r>
      <w:r>
        <w:rPr>
          <w:rFonts w:cs="Cambria" w:ascii="Linux Libertine G" w:hAnsi="Linux Libertine G" w:cstheme="minorHAnsi"/>
          <w:lang w:val="en-GB"/>
        </w:rPr>
        <w:t>ing</w:t>
      </w:r>
      <w:r>
        <w:rPr>
          <w:rFonts w:cs="Cambria" w:ascii="Linux Libertine G" w:hAnsi="Linux Libertine G" w:cstheme="minorHAnsi"/>
          <w:lang w:val="en-GB"/>
        </w:rPr>
        <w:t xml:space="preserve"> action before harm occurs wherever possible through early identification and intervention.  </w:t>
      </w:r>
    </w:p>
    <w:p>
      <w:pPr>
        <w:pStyle w:val="ListParagraph"/>
        <w:numPr>
          <w:ilvl w:val="0"/>
          <w:numId w:val="22"/>
        </w:numPr>
        <w:spacing w:before="0" w:after="0"/>
        <w:contextualSpacing/>
        <w:rPr>
          <w:rFonts w:ascii="Linux Libertine G" w:hAnsi="Linux Libertine G"/>
        </w:rPr>
      </w:pPr>
      <w:r>
        <w:rPr>
          <w:rFonts w:cs="Cambria" w:ascii="Linux Libertine G" w:hAnsi="Linux Libertine G" w:cstheme="minorHAnsi"/>
          <w:b/>
          <w:bCs/>
          <w:lang w:val="en-GB"/>
        </w:rPr>
        <w:t>Proportion</w:t>
      </w:r>
      <w:r>
        <w:rPr>
          <w:rFonts w:cs="Cambria" w:ascii="Linux Libertine G" w:hAnsi="Linux Libertine G" w:cstheme="minorHAnsi"/>
          <w:b/>
          <w:bCs/>
          <w:lang w:val="en-GB"/>
        </w:rPr>
        <w:t>ality</w:t>
      </w:r>
      <w:r>
        <w:rPr>
          <w:rFonts w:cs="Cambria" w:ascii="Linux Libertine G" w:hAnsi="Linux Libertine G" w:cstheme="minorHAnsi"/>
          <w:lang w:val="en-GB"/>
        </w:rPr>
        <w:t>:</w:t>
      </w:r>
      <w:r>
        <w:rPr>
          <w:rStyle w:val="Strong"/>
          <w:rFonts w:ascii="Linux Libertine G" w:hAnsi="Linux Libertine G"/>
          <w:b w:val="false"/>
          <w:bCs w:val="false"/>
          <w:lang w:val="en-GB"/>
        </w:rPr>
        <w:t xml:space="preserve"> The least intrusive response appropriate to the level of risk presented.</w:t>
      </w:r>
      <w:r>
        <w:rPr>
          <w:rFonts w:ascii="Linux Libertine G" w:hAnsi="Linux Libertine G"/>
          <w:b w:val="false"/>
          <w:bCs w:val="false"/>
          <w:lang w:val="en-GB"/>
        </w:rPr>
        <w:t xml:space="preserve"> </w:t>
      </w:r>
      <w:r>
        <w:rPr>
          <w:rFonts w:cs="Cambria" w:ascii="Linux Libertine G" w:hAnsi="Linux Libertine G" w:cstheme="minorHAnsi"/>
          <w:b w:val="false"/>
          <w:bCs w:val="false"/>
          <w:lang w:val="en-GB"/>
        </w:rPr>
        <w:t xml:space="preserve"> </w:t>
      </w:r>
    </w:p>
    <w:p>
      <w:pPr>
        <w:pStyle w:val="ListParagraph"/>
        <w:numPr>
          <w:ilvl w:val="0"/>
          <w:numId w:val="22"/>
        </w:numPr>
        <w:spacing w:before="0" w:after="0"/>
        <w:contextualSpacing/>
        <w:rPr>
          <w:rFonts w:ascii="Linux Libertine G" w:hAnsi="Linux Libertine G"/>
        </w:rPr>
      </w:pPr>
      <w:r>
        <w:rPr>
          <w:rFonts w:cs="Cambria" w:ascii="Linux Libertine G" w:hAnsi="Linux Libertine G" w:cstheme="minorHAnsi"/>
          <w:b/>
          <w:bCs/>
          <w:lang w:val="en-GB"/>
        </w:rPr>
        <w:t>Protection</w:t>
      </w:r>
      <w:r>
        <w:rPr>
          <w:rFonts w:cs="Cambria" w:ascii="Linux Libertine G" w:hAnsi="Linux Libertine G" w:cstheme="minorHAnsi"/>
          <w:lang w:val="en-GB"/>
        </w:rPr>
        <w:t xml:space="preserve">: </w:t>
      </w:r>
      <w:r>
        <w:rPr>
          <w:rFonts w:cs="Cambria" w:ascii="Linux Libertine G" w:hAnsi="Linux Libertine G" w:cstheme="minorHAnsi"/>
          <w:lang w:val="en-GB"/>
        </w:rPr>
        <w:t>Providing</w:t>
      </w:r>
      <w:r>
        <w:rPr>
          <w:rFonts w:cs="Cambria" w:ascii="Linux Libertine G" w:hAnsi="Linux Libertine G" w:cstheme="minorHAnsi"/>
          <w:lang w:val="en-GB"/>
        </w:rPr>
        <w:t xml:space="preserve"> support and representation for those in greatest need. </w:t>
      </w:r>
    </w:p>
    <w:p>
      <w:pPr>
        <w:pStyle w:val="ListParagraph"/>
        <w:numPr>
          <w:ilvl w:val="0"/>
          <w:numId w:val="22"/>
        </w:numPr>
        <w:spacing w:before="0" w:after="0"/>
        <w:contextualSpacing/>
        <w:rPr>
          <w:rFonts w:ascii="Linux Libertine G" w:hAnsi="Linux Libertine G"/>
        </w:rPr>
      </w:pPr>
      <w:r>
        <w:rPr>
          <w:rFonts w:cs="Cambria" w:ascii="Linux Libertine G" w:hAnsi="Linux Libertine G" w:cstheme="minorHAnsi"/>
          <w:b/>
          <w:bCs/>
          <w:lang w:val="en-GB"/>
        </w:rPr>
        <w:t>Partnership</w:t>
      </w:r>
      <w:r>
        <w:rPr>
          <w:rFonts w:cs="Cambria" w:ascii="Linux Libertine G" w:hAnsi="Linux Libertine G" w:cstheme="minorHAnsi"/>
          <w:lang w:val="en-GB"/>
        </w:rPr>
        <w:t xml:space="preserve">: Working collaboratively with individuals, families, communities and partner agencies to prevent, detect and respond to abuse and neglect. </w:t>
      </w:r>
    </w:p>
    <w:p>
      <w:pPr>
        <w:pStyle w:val="ListParagraph"/>
        <w:numPr>
          <w:ilvl w:val="0"/>
          <w:numId w:val="22"/>
        </w:numPr>
        <w:spacing w:before="0" w:after="0"/>
        <w:contextualSpacing/>
        <w:rPr>
          <w:rFonts w:ascii="Linux Libertine G" w:hAnsi="Linux Libertine G"/>
        </w:rPr>
      </w:pPr>
      <w:r>
        <w:rPr>
          <w:rFonts w:cs="Cambria" w:ascii="Linux Libertine G" w:hAnsi="Linux Libertine G" w:cstheme="minorHAnsi"/>
          <w:b/>
          <w:bCs/>
          <w:lang w:val="en-GB"/>
        </w:rPr>
        <w:t>Accountability</w:t>
      </w:r>
      <w:r>
        <w:rPr>
          <w:rFonts w:cs="Cambria" w:ascii="Linux Libertine G" w:hAnsi="Linux Libertine G" w:cstheme="minorHAnsi"/>
          <w:lang w:val="en-GB"/>
        </w:rPr>
        <w:t xml:space="preserve">: Transparency and accountability in safeguarding practice, </w:t>
      </w:r>
      <w:r>
        <w:rPr>
          <w:rFonts w:cs="Cambria" w:ascii="Linux Libertine G" w:hAnsi="Linux Libertine G" w:cstheme="minorHAnsi"/>
          <w:lang w:val="en-GB"/>
        </w:rPr>
        <w:t xml:space="preserve">including clear roles, responsibilities and effective record keeping. </w:t>
      </w:r>
    </w:p>
    <w:p>
      <w:pPr>
        <w:pStyle w:val="ListParagraph"/>
        <w:numPr>
          <w:ilvl w:val="0"/>
          <w:numId w:val="0"/>
        </w:numPr>
        <w:spacing w:before="0" w:after="0"/>
        <w:ind w:hanging="0" w:left="720"/>
        <w:contextualSpacing/>
        <w:rPr>
          <w:rFonts w:ascii="Linux Libertine G" w:hAnsi="Linux Libertine G"/>
        </w:rPr>
      </w:pPr>
      <w:r>
        <w:rPr>
          <w:rFonts w:ascii="Linux Libertine G" w:hAnsi="Linux Libertine G"/>
          <w:lang w:val="en-GB"/>
        </w:rPr>
      </w:r>
    </w:p>
    <w:p>
      <w:pPr>
        <w:pStyle w:val="ListParagraph"/>
        <w:numPr>
          <w:ilvl w:val="0"/>
          <w:numId w:val="0"/>
        </w:numPr>
        <w:spacing w:before="0" w:after="0"/>
        <w:ind w:hanging="0" w:left="0"/>
        <w:contextualSpacing/>
        <w:rPr>
          <w:rFonts w:ascii="Linux Libertine G" w:hAnsi="Linux Libertine G"/>
          <w:lang w:val="en-GB"/>
        </w:rPr>
      </w:pPr>
      <w:r>
        <w:rPr>
          <w:rFonts w:ascii="Linux Libertine G" w:hAnsi="Linux Libertine G"/>
          <w:lang w:val="en-GB"/>
        </w:rPr>
        <w:t xml:space="preserve">These principles are set out in the Care Act 2014 and underpin all safeguarding decisions and interventions involving adults with care and support needs. CSET is committed to promoting adults' wellbeing, respecting their rights, wishes and feelings, and working in partnership with them wherever possible while taking appropriate action to protect adults who are experiencing, or are at risk of, abuse or neglect. </w:t>
      </w:r>
    </w:p>
    <w:p>
      <w:pPr>
        <w:pStyle w:val="Normal"/>
        <w:keepNext w:val="true"/>
        <w:keepLines/>
        <w:numPr>
          <w:ilvl w:val="0"/>
          <w:numId w:val="0"/>
        </w:numPr>
        <w:spacing w:lineRule="auto" w:line="240" w:before="0" w:after="0"/>
        <w:ind w:hanging="0" w:left="0"/>
        <w:outlineLvl w:val="1"/>
        <w:rPr>
          <w:rFonts w:ascii="Linux Libertine G" w:hAnsi="Linux Libertine G"/>
        </w:rPr>
      </w:pPr>
      <w:r>
        <w:rPr>
          <w:rFonts w:eastAsia="Times New Roman" w:cs="Cambria" w:cstheme="minorHAnsi" w:ascii="Linux Libertine G" w:hAnsi="Linux Libertine G"/>
          <w:b/>
          <w:bCs/>
          <w:lang w:val="en-GB" w:eastAsia="x-none"/>
        </w:rPr>
      </w:r>
    </w:p>
    <w:p>
      <w:pPr>
        <w:pStyle w:val="Normal"/>
        <w:numPr>
          <w:ilvl w:val="0"/>
          <w:numId w:val="0"/>
        </w:numPr>
        <w:spacing w:lineRule="auto" w:line="240" w:before="0" w:after="0"/>
        <w:ind w:hanging="0" w:left="0"/>
        <w:outlineLvl w:val="1"/>
        <w:rPr>
          <w:rFonts w:ascii="Linux Libertine G" w:hAnsi="Linux Libertine G"/>
        </w:rPr>
      </w:pPr>
      <w:bookmarkStart w:id="14" w:name="_Toc486246962"/>
      <w:r>
        <w:rPr>
          <w:rFonts w:eastAsia="Times New Roman" w:cs="Cambria" w:cstheme="minorHAnsi" w:ascii="Linux Libertine G" w:hAnsi="Linux Libertine G"/>
          <w:b/>
          <w:bCs/>
          <w:lang w:val="en-GB" w:eastAsia="x-none"/>
        </w:rPr>
        <w:t>When CSET will raise a concern</w:t>
      </w:r>
      <w:bookmarkEnd w:id="14"/>
    </w:p>
    <w:p>
      <w:pPr>
        <w:pStyle w:val="Normal"/>
        <w:numPr>
          <w:ilvl w:val="0"/>
          <w:numId w:val="0"/>
        </w:numPr>
        <w:spacing w:lineRule="auto" w:line="240" w:before="0" w:after="0"/>
        <w:ind w:hanging="0" w:left="0"/>
        <w:outlineLvl w:val="1"/>
        <w:rPr>
          <w:rFonts w:ascii="Linux Libertine G" w:hAnsi="Linux Libertine G"/>
        </w:rPr>
      </w:pPr>
      <w:r>
        <w:rPr>
          <w:rFonts w:ascii="Linux Libertine G" w:hAnsi="Linux Libertine G"/>
          <w:lang w:val="en-GB"/>
        </w:rPr>
      </w:r>
    </w:p>
    <w:p>
      <w:pPr>
        <w:pStyle w:val="Normal"/>
        <w:numPr>
          <w:ilvl w:val="0"/>
          <w:numId w:val="0"/>
        </w:numPr>
        <w:spacing w:lineRule="auto" w:line="240" w:before="0" w:after="0"/>
        <w:ind w:hanging="0" w:left="0"/>
        <w:outlineLvl w:val="1"/>
        <w:rPr>
          <w:rFonts w:ascii="Linux Libertine G" w:hAnsi="Linux Libertine G"/>
        </w:rPr>
      </w:pPr>
      <w:r>
        <w:rPr>
          <w:rFonts w:eastAsia="Times New Roman" w:cs="Cambria" w:cstheme="minorHAnsi" w:ascii="Linux Libertine G" w:hAnsi="Linux Libertine G"/>
          <w:b w:val="false"/>
          <w:bCs w:val="false"/>
          <w:lang w:val="en-GB" w:eastAsia="x-none"/>
        </w:rPr>
        <w:t>A safeguarding concern will be raised where there is reason to believe that an adult with care and support needs has experienced, is experiencing, or is at risk of abuse or neglect.</w:t>
      </w:r>
    </w:p>
    <w:p>
      <w:pPr>
        <w:pStyle w:val="Normal"/>
        <w:numPr>
          <w:ilvl w:val="0"/>
          <w:numId w:val="0"/>
        </w:numPr>
        <w:spacing w:lineRule="auto" w:line="240" w:before="0" w:after="0"/>
        <w:ind w:hanging="0" w:left="0"/>
        <w:outlineLvl w:val="1"/>
        <w:rPr>
          <w:rFonts w:ascii="Linux Libertine G" w:hAnsi="Linux Libertine G"/>
        </w:rPr>
      </w:pPr>
      <w:r>
        <w:rPr>
          <w:rFonts w:eastAsia="Times New Roman" w:cs="Cambria" w:cstheme="minorHAnsi" w:ascii="Linux Libertine G" w:hAnsi="Linux Libertine G"/>
          <w:b w:val="false"/>
          <w:bCs w:val="false"/>
          <w:lang w:val="en-GB" w:eastAsia="x-none"/>
        </w:rPr>
      </w:r>
    </w:p>
    <w:p>
      <w:pPr>
        <w:pStyle w:val="Normal"/>
        <w:numPr>
          <w:ilvl w:val="0"/>
          <w:numId w:val="0"/>
        </w:numPr>
        <w:spacing w:lineRule="auto" w:line="240" w:before="0" w:after="0"/>
        <w:ind w:hanging="0" w:left="0"/>
        <w:outlineLvl w:val="1"/>
        <w:rPr>
          <w:rFonts w:ascii="Linux Libertine G" w:hAnsi="Linux Libertine G"/>
        </w:rPr>
      </w:pPr>
      <w:r>
        <w:rPr>
          <w:rFonts w:eastAsia="Calibri" w:cs="Cambria" w:ascii="Linux Libertine G" w:hAnsi="Linux Libertine G" w:cstheme="minorHAnsi"/>
          <w:lang w:val="en-GB"/>
        </w:rPr>
        <w:t>This may include concerns relating to self-neglect where there is a significant risk to the person</w:t>
      </w:r>
      <w:r>
        <w:rPr>
          <w:rFonts w:eastAsia="Calibri" w:cs="Cambria" w:ascii="Linux Libertine G" w:hAnsi="Linux Libertine G" w:cstheme="minorHAnsi"/>
          <w:lang w:val="en-GB"/>
        </w:rPr>
        <w:t>’</w:t>
      </w:r>
      <w:r>
        <w:rPr>
          <w:rFonts w:eastAsia="Calibri" w:cs="Cambria" w:ascii="Linux Libertine G" w:hAnsi="Linux Libertine G" w:cstheme="minorHAnsi"/>
          <w:lang w:val="en-GB"/>
        </w:rPr>
        <w:t>s health, safety or wellbeing.</w:t>
      </w:r>
    </w:p>
    <w:p>
      <w:pPr>
        <w:pStyle w:val="Normal"/>
        <w:numPr>
          <w:ilvl w:val="0"/>
          <w:numId w:val="0"/>
        </w:numPr>
        <w:spacing w:lineRule="auto" w:line="240" w:before="0" w:after="0"/>
        <w:ind w:hanging="0" w:left="0"/>
        <w:outlineLvl w:val="1"/>
        <w:rPr>
          <w:rFonts w:ascii="Linux Libertine G" w:hAnsi="Linux Libertine G"/>
        </w:rPr>
      </w:pPr>
      <w:r>
        <w:rPr>
          <w:rFonts w:ascii="Linux Libertine G" w:hAnsi="Linux Libertine G"/>
          <w:lang w:val="en-GB"/>
        </w:rPr>
      </w:r>
    </w:p>
    <w:p>
      <w:pPr>
        <w:pStyle w:val="Normal"/>
        <w:numPr>
          <w:ilvl w:val="0"/>
          <w:numId w:val="0"/>
        </w:numPr>
        <w:spacing w:lineRule="auto" w:line="240" w:before="0" w:after="0"/>
        <w:ind w:hanging="0" w:left="0"/>
        <w:outlineLvl w:val="1"/>
        <w:rPr>
          <w:rFonts w:ascii="Linux Libertine G" w:hAnsi="Linux Libertine G"/>
        </w:rPr>
      </w:pPr>
      <w:r>
        <w:rPr>
          <w:rFonts w:eastAsia="Calibri" w:cs="Cambria" w:ascii="Linux Libertine G" w:hAnsi="Linux Libertine G" w:cstheme="minorHAnsi"/>
          <w:lang w:val="en-GB"/>
        </w:rPr>
        <w:t xml:space="preserve"> </w:t>
      </w:r>
      <w:r>
        <w:rPr>
          <w:rFonts w:eastAsia="Calibri" w:cs="Cambria" w:ascii="Linux Libertine G" w:hAnsi="Linux Libertine G" w:cstheme="minorHAnsi"/>
          <w:lang w:val="en-GB"/>
        </w:rPr>
        <w:t>Urgent actions will be taken where:</w:t>
      </w:r>
    </w:p>
    <w:p>
      <w:pPr>
        <w:pStyle w:val="ListParagraph"/>
        <w:numPr>
          <w:ilvl w:val="0"/>
          <w:numId w:val="27"/>
        </w:numPr>
        <w:spacing w:before="0" w:after="0"/>
        <w:contextualSpacing/>
        <w:rPr>
          <w:rFonts w:ascii="Linux Libertine G" w:hAnsi="Linux Libertine G"/>
        </w:rPr>
      </w:pPr>
      <w:r>
        <w:rPr>
          <w:rFonts w:cs="Cambria" w:ascii="Linux Libertine G" w:hAnsi="Linux Libertine G" w:cstheme="minorHAnsi"/>
          <w:lang w:val="en-GB"/>
        </w:rPr>
        <w:t xml:space="preserve">active abuse is witnessed, or </w:t>
      </w:r>
    </w:p>
    <w:p>
      <w:pPr>
        <w:pStyle w:val="ListParagraph"/>
        <w:numPr>
          <w:ilvl w:val="0"/>
          <w:numId w:val="27"/>
        </w:numPr>
        <w:spacing w:before="0" w:after="0"/>
        <w:contextualSpacing/>
        <w:rPr>
          <w:rFonts w:ascii="Linux Libertine G" w:hAnsi="Linux Libertine G"/>
        </w:rPr>
      </w:pPr>
      <w:r>
        <w:rPr>
          <w:rFonts w:cs="Cambria" w:ascii="Linux Libertine G" w:hAnsi="Linux Libertine G" w:cstheme="minorHAnsi"/>
          <w:lang w:val="en-GB"/>
        </w:rPr>
        <w:t xml:space="preserve">an active disclosure is made by an adult or third party, or </w:t>
      </w:r>
    </w:p>
    <w:p>
      <w:pPr>
        <w:pStyle w:val="ListParagraph"/>
        <w:numPr>
          <w:ilvl w:val="0"/>
          <w:numId w:val="27"/>
        </w:numPr>
        <w:spacing w:before="0" w:after="0"/>
        <w:contextualSpacing/>
        <w:rPr>
          <w:rFonts w:ascii="Linux Libertine G" w:hAnsi="Linux Libertine G"/>
        </w:rPr>
      </w:pPr>
      <w:r>
        <w:rPr>
          <w:rFonts w:cs="Cambria" w:cstheme="minorHAnsi" w:ascii="Linux Libertine G" w:hAnsi="Linux Libertine G"/>
          <w:lang w:val="en-GB"/>
        </w:rPr>
        <w:t>there is suspicion or evidence of abuse or neglect:</w:t>
      </w:r>
    </w:p>
    <w:p>
      <w:pPr>
        <w:pStyle w:val="ListParagraph"/>
        <w:numPr>
          <w:ilvl w:val="0"/>
          <w:numId w:val="27"/>
        </w:numPr>
        <w:spacing w:before="0" w:after="0"/>
        <w:contextualSpacing/>
        <w:rPr>
          <w:rFonts w:ascii="Linux Libertine G" w:hAnsi="Linux Libertine G"/>
        </w:rPr>
      </w:pPr>
      <w:r>
        <w:rPr>
          <w:rFonts w:cs="Cambria" w:cstheme="minorHAnsi" w:ascii="Linux Libertine G" w:hAnsi="Linux Libertine G"/>
          <w:lang w:val="en-GB"/>
        </w:rPr>
        <w:t>t</w:t>
      </w:r>
      <w:r>
        <w:rPr>
          <w:rFonts w:cs="Cambria" w:cstheme="minorHAnsi" w:ascii="Linux Libertine G" w:hAnsi="Linux Libertine G"/>
          <w:lang w:val="en-GB"/>
        </w:rPr>
        <w:t xml:space="preserve">here is an immediate risk to the person’s life, health or safety. </w:t>
      </w:r>
    </w:p>
    <w:p>
      <w:pPr>
        <w:pStyle w:val="Normal"/>
        <w:spacing w:lineRule="auto" w:line="240" w:before="0" w:after="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ind w:hanging="0" w:left="0"/>
        <w:rPr>
          <w:rFonts w:ascii="Linux Libertine G" w:hAnsi="Linux Libertine G"/>
        </w:rPr>
      </w:pPr>
      <w:r>
        <w:rPr>
          <w:rFonts w:eastAsia="Calibri" w:cs="Cambria" w:ascii="Linux Libertine G" w:hAnsi="Linux Libertine G" w:cstheme="minorHAnsi"/>
          <w:lang w:val="en-GB"/>
        </w:rPr>
        <w:t xml:space="preserve">Any suspicion, allegation, disclosure or incident must be recorded promptly and reported immediately to the Designated Safeguarding Lead (DSL) or, in their absence, the Trustee with safeguarding responsibility. If there is an immediate risk of serious harm, any member of staff or volunteer must contact the emergency services without delay. </w:t>
      </w:r>
      <w:r>
        <w:rPr>
          <w:rFonts w:eastAsia="Calibri" w:cs="Cambria" w:ascii="Linux Libertine G" w:hAnsi="Linux Libertine G" w:cstheme="minorHAnsi"/>
          <w:lang w:val="en-GB"/>
        </w:rPr>
        <w:t xml:space="preserve">The designated Safeguarding Lead must be informed as soon as it is safe to do so. </w:t>
      </w:r>
    </w:p>
    <w:p>
      <w:pPr>
        <w:pStyle w:val="Normal"/>
        <w:spacing w:lineRule="auto" w:line="240" w:before="0" w:after="0"/>
        <w:ind w:hanging="0" w:left="0"/>
        <w:rPr>
          <w:rFonts w:ascii="Linux Libertine G" w:hAnsi="Linux Libertine G"/>
        </w:rPr>
      </w:pPr>
      <w:r>
        <w:rPr>
          <w:rFonts w:ascii="Linux Libertine G" w:hAnsi="Linux Libertine G"/>
          <w:lang w:val="en-GB"/>
        </w:rPr>
      </w:r>
    </w:p>
    <w:p>
      <w:pPr>
        <w:pStyle w:val="Normal"/>
        <w:spacing w:lineRule="auto" w:line="240" w:before="0" w:after="0"/>
        <w:ind w:hanging="0" w:left="0"/>
        <w:rPr>
          <w:rFonts w:ascii="Linux Libertine G" w:hAnsi="Linux Libertine G"/>
        </w:rPr>
      </w:pPr>
      <w:r>
        <w:rPr>
          <w:rFonts w:eastAsia="Calibri" w:cs="Cambria" w:cstheme="minorHAnsi" w:ascii="Linux Libertine G" w:hAnsi="Linux Libertine G"/>
          <w:lang w:val="en-GB"/>
        </w:rPr>
        <w:t xml:space="preserve">The Designated Safeguarding Lead will make a referral to the relevant Local Authority Adult Social Care or Safeguarding Adults Team, and/or the Police where appropriate. </w:t>
      </w:r>
      <w:r>
        <w:rPr>
          <w:rStyle w:val="Strong"/>
          <w:rFonts w:eastAsia="Calibri" w:cs="Cambria" w:cstheme="minorHAnsi" w:ascii="Linux Libertine G" w:hAnsi="Linux Libertine G"/>
          <w:b w:val="false"/>
          <w:bCs w:val="false"/>
          <w:lang w:val="en-GB"/>
        </w:rPr>
        <w:t>Referrals should be made without delay where an adult has care and support needs, is experiencing or is at risk of abuse or neglect, and is unable to protect themselves because of those care and support needs.</w:t>
      </w:r>
    </w:p>
    <w:p>
      <w:pPr>
        <w:pStyle w:val="Normal"/>
        <w:spacing w:lineRule="auto" w:line="240" w:before="0" w:after="0"/>
        <w:ind w:hanging="0" w:left="0"/>
        <w:rPr>
          <w:rFonts w:ascii="Linux Libertine G" w:hAnsi="Linux Libertine G"/>
        </w:rPr>
      </w:pPr>
      <w:r>
        <w:rPr>
          <w:rFonts w:eastAsia="Calibri" w:cs="Cambria" w:cstheme="minorHAnsi" w:ascii="Linux Libertine G" w:hAnsi="Linux Libertine G"/>
          <w:lang w:val="en-GB"/>
        </w:rPr>
        <w:t xml:space="preserve"> </w:t>
      </w:r>
    </w:p>
    <w:p>
      <w:pPr>
        <w:pStyle w:val="Normal"/>
        <w:spacing w:lineRule="auto" w:line="240" w:before="0" w:after="0"/>
        <w:ind w:hanging="0" w:left="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keepNext w:val="true"/>
        <w:keepLines/>
        <w:numPr>
          <w:ilvl w:val="0"/>
          <w:numId w:val="0"/>
        </w:numPr>
        <w:spacing w:lineRule="auto" w:line="240" w:before="0" w:after="0"/>
        <w:ind w:hanging="0" w:left="0"/>
        <w:outlineLvl w:val="1"/>
        <w:rPr>
          <w:rFonts w:ascii="Linux Libertine G" w:hAnsi="Linux Libertine G"/>
        </w:rPr>
      </w:pPr>
      <w:r>
        <w:rPr>
          <w:rFonts w:eastAsia="Times New Roman" w:cs="Cambria" w:ascii="Linux Libertine G" w:hAnsi="Linux Libertine G" w:cstheme="minorHAnsi"/>
          <w:b/>
          <w:bCs/>
          <w:lang w:val="en-GB" w:eastAsia="x-none"/>
        </w:rPr>
        <w:t>U</w:t>
      </w:r>
      <w:bookmarkStart w:id="15" w:name="_Toc486246963"/>
      <w:r>
        <w:rPr>
          <w:rFonts w:eastAsia="Times New Roman" w:cs="Cambria" w:ascii="Linux Libertine G" w:hAnsi="Linux Libertine G" w:cstheme="minorHAnsi"/>
          <w:b/>
          <w:bCs/>
          <w:lang w:val="en-GB" w:eastAsia="x-none"/>
        </w:rPr>
        <w:t>rgent Action</w:t>
      </w:r>
      <w:bookmarkEnd w:id="15"/>
    </w:p>
    <w:p>
      <w:pPr>
        <w:pStyle w:val="Normal"/>
        <w:numPr>
          <w:ilvl w:val="0"/>
          <w:numId w:val="0"/>
        </w:numPr>
        <w:spacing w:lineRule="auto" w:line="240" w:before="0" w:after="0"/>
        <w:ind w:hanging="0" w:left="0"/>
        <w:outlineLvl w:val="1"/>
        <w:rPr>
          <w:rFonts w:ascii="Linux Libertine G" w:hAnsi="Linux Libertine G"/>
        </w:rPr>
      </w:pPr>
      <w:r>
        <w:rPr>
          <w:rFonts w:eastAsia="Calibri" w:cs="Cambria" w:ascii="Linux Libertine G" w:hAnsi="Linux Libertine G" w:cstheme="minorHAnsi"/>
          <w:lang w:val="en-GB"/>
        </w:rPr>
        <w:t xml:space="preserve">Where an adult is at immediate risk of serious harm, staff and volunteers must take reasonable steps to ensure their immediate safety, including contacting the emergency services where necessary. Safeguarding referrals must never delay emergency medical treatment or Police intervention. </w:t>
      </w:r>
    </w:p>
    <w:p>
      <w:pPr>
        <w:pStyle w:val="Normal"/>
        <w:numPr>
          <w:ilvl w:val="0"/>
          <w:numId w:val="0"/>
        </w:numPr>
        <w:spacing w:lineRule="auto" w:line="240" w:before="0" w:after="0"/>
        <w:ind w:hanging="0" w:left="0"/>
        <w:outlineLvl w:val="1"/>
        <w:rPr>
          <w:rFonts w:ascii="Linux Libertine G" w:hAnsi="Linux Libertine G"/>
        </w:rPr>
      </w:pPr>
      <w:r>
        <w:rPr>
          <w:rFonts w:ascii="Linux Libertine G" w:hAnsi="Linux Libertine G"/>
          <w:lang w:val="en-GB"/>
        </w:rPr>
      </w:r>
    </w:p>
    <w:p>
      <w:pPr>
        <w:pStyle w:val="Normal"/>
        <w:keepNext w:val="true"/>
        <w:keepLines/>
        <w:numPr>
          <w:ilvl w:val="0"/>
          <w:numId w:val="0"/>
        </w:numPr>
        <w:spacing w:lineRule="auto" w:line="240" w:before="0" w:after="0"/>
        <w:ind w:hanging="0" w:left="0"/>
        <w:outlineLvl w:val="1"/>
        <w:rPr>
          <w:rFonts w:ascii="Linux Libertine G" w:hAnsi="Linux Libertine G"/>
        </w:rPr>
      </w:pPr>
      <w:bookmarkStart w:id="16" w:name="_Toc486246965"/>
      <w:r>
        <w:rPr>
          <w:rFonts w:eastAsia="Times New Roman" w:cs="Cambria" w:ascii="Linux Libertine G" w:hAnsi="Linux Libertine G" w:cstheme="minorHAnsi"/>
          <w:b/>
          <w:bCs/>
          <w:lang w:val="en-GB" w:eastAsia="x-none"/>
        </w:rPr>
        <w:t>Actions to be taken when harm is directly observed or disclosed by the individual</w:t>
      </w:r>
      <w:bookmarkEnd w:id="16"/>
    </w:p>
    <w:p>
      <w:pPr>
        <w:pStyle w:val="Normal"/>
        <w:numPr>
          <w:ilvl w:val="0"/>
          <w:numId w:val="0"/>
        </w:numPr>
        <w:spacing w:lineRule="auto" w:line="240" w:before="0" w:after="0"/>
        <w:ind w:hanging="0" w:left="0"/>
        <w:outlineLvl w:val="1"/>
        <w:rPr>
          <w:rFonts w:ascii="Linux Libertine G" w:hAnsi="Linux Libertine G"/>
        </w:rPr>
      </w:pPr>
      <w:r>
        <w:rPr>
          <w:rFonts w:eastAsia="Times New Roman" w:cs="Cambria" w:ascii="Linux Libertine G" w:hAnsi="Linux Libertine G" w:cstheme="minorHAnsi"/>
          <w:b w:val="false"/>
          <w:bCs w:val="false"/>
          <w:lang w:val="en-GB" w:eastAsia="x-none"/>
        </w:rPr>
        <w:t>When abuse or neglect is witnessed or disclosed, staff and volunteers should:</w:t>
      </w:r>
    </w:p>
    <w:p>
      <w:pPr>
        <w:pStyle w:val="Normal"/>
        <w:numPr>
          <w:ilvl w:val="0"/>
          <w:numId w:val="0"/>
        </w:numPr>
        <w:spacing w:lineRule="auto" w:line="240" w:before="0" w:after="0"/>
        <w:ind w:hanging="0" w:left="0"/>
        <w:outlineLvl w:val="1"/>
        <w:rPr>
          <w:rFonts w:ascii="Linux Libertine G" w:hAnsi="Linux Libertine G"/>
        </w:rPr>
      </w:pPr>
      <w:r>
        <w:rPr>
          <w:rFonts w:ascii="Linux Libertine G" w:hAnsi="Linux Libertine G"/>
          <w:lang w:val="en-GB"/>
        </w:rPr>
      </w:r>
    </w:p>
    <w:p>
      <w:pPr>
        <w:pStyle w:val="BodyText"/>
        <w:numPr>
          <w:ilvl w:val="0"/>
          <w:numId w:val="28"/>
        </w:numPr>
        <w:spacing w:before="0" w:after="0"/>
        <w:contextualSpacing/>
        <w:rPr>
          <w:rFonts w:ascii="Linux Libertine G" w:hAnsi="Linux Libertine G"/>
        </w:rPr>
      </w:pPr>
      <w:r>
        <w:rPr>
          <w:rFonts w:cs="Cambria" w:ascii="Linux Libertine G" w:hAnsi="Linux Libertine G" w:cstheme="minorHAnsi"/>
          <w:lang w:val="en-GB"/>
        </w:rPr>
        <w:t xml:space="preserve">✔ </w:t>
      </w:r>
      <w:r>
        <w:rPr>
          <w:rFonts w:cs="Cambria" w:ascii="Linux Libertine G" w:hAnsi="Linux Libertine G" w:cstheme="minorHAnsi"/>
          <w:lang w:val="en-GB"/>
        </w:rPr>
        <w:t xml:space="preserve">Accept what the person is saying. </w:t>
      </w:r>
    </w:p>
    <w:p>
      <w:pPr>
        <w:pStyle w:val="BodyText"/>
        <w:numPr>
          <w:ilvl w:val="0"/>
          <w:numId w:val="42"/>
        </w:numPr>
        <w:tabs>
          <w:tab w:val="clear" w:pos="720"/>
          <w:tab w:val="left" w:pos="0" w:leader="none"/>
        </w:tabs>
        <w:spacing w:before="0" w:after="0"/>
        <w:ind w:hanging="283" w:left="720"/>
        <w:contextualSpacing/>
        <w:rPr>
          <w:rFonts w:ascii="Linux Libertine G" w:hAnsi="Linux Libertine G" w:cs="Cambria" w:cstheme="minorHAnsi"/>
        </w:rPr>
      </w:pPr>
      <w:r>
        <w:rPr>
          <w:rFonts w:cs="Cambria" w:ascii="Linux Libertine G" w:hAnsi="Linux Libertine G" w:cstheme="minorHAnsi"/>
          <w:lang w:val="en-GB"/>
        </w:rPr>
        <w:t xml:space="preserve">✔ </w:t>
      </w:r>
      <w:r>
        <w:rPr>
          <w:rFonts w:cs="Cambria" w:ascii="Linux Libertine G" w:hAnsi="Linux Libertine G" w:cstheme="minorHAnsi"/>
          <w:lang w:val="en-GB"/>
        </w:rPr>
        <w:t xml:space="preserve">Listen carefully and remain calm. </w:t>
      </w:r>
    </w:p>
    <w:p>
      <w:pPr>
        <w:pStyle w:val="BodyText"/>
        <w:numPr>
          <w:ilvl w:val="0"/>
          <w:numId w:val="43"/>
        </w:numPr>
        <w:tabs>
          <w:tab w:val="clear" w:pos="720"/>
          <w:tab w:val="left" w:pos="0" w:leader="none"/>
        </w:tabs>
        <w:spacing w:before="0" w:after="0"/>
        <w:ind w:hanging="283" w:left="720"/>
        <w:contextualSpacing/>
        <w:rPr>
          <w:rFonts w:ascii="Linux Libertine G" w:hAnsi="Linux Libertine G" w:cs="Cambria" w:cstheme="minorHAnsi"/>
        </w:rPr>
      </w:pPr>
      <w:r>
        <w:rPr>
          <w:rFonts w:cs="Cambria" w:ascii="Linux Libertine G" w:hAnsi="Linux Libertine G" w:cstheme="minorHAnsi"/>
          <w:lang w:val="en-GB"/>
        </w:rPr>
        <w:t xml:space="preserve">✔ </w:t>
      </w:r>
      <w:r>
        <w:rPr>
          <w:rFonts w:cs="Cambria" w:ascii="Linux Libertine G" w:hAnsi="Linux Libertine G" w:cstheme="minorHAnsi"/>
          <w:lang w:val="en-GB"/>
        </w:rPr>
        <w:t xml:space="preserve">Ask only enough questions to clarify the basic facts. </w:t>
      </w:r>
    </w:p>
    <w:p>
      <w:pPr>
        <w:pStyle w:val="BodyText"/>
        <w:numPr>
          <w:ilvl w:val="0"/>
          <w:numId w:val="44"/>
        </w:numPr>
        <w:tabs>
          <w:tab w:val="clear" w:pos="720"/>
          <w:tab w:val="left" w:pos="0" w:leader="none"/>
        </w:tabs>
        <w:spacing w:before="0" w:after="0"/>
        <w:ind w:hanging="283" w:left="720"/>
        <w:contextualSpacing/>
        <w:rPr>
          <w:rFonts w:ascii="Linux Libertine G" w:hAnsi="Linux Libertine G" w:cs="Cambria" w:cstheme="minorHAnsi"/>
        </w:rPr>
      </w:pPr>
      <w:r>
        <w:rPr>
          <w:rFonts w:cs="Cambria" w:ascii="Linux Libertine G" w:hAnsi="Linux Libertine G" w:cstheme="minorHAnsi"/>
          <w:lang w:val="en-GB"/>
        </w:rPr>
        <w:t xml:space="preserve">✔ </w:t>
      </w:r>
      <w:r>
        <w:rPr>
          <w:rFonts w:cs="Cambria" w:ascii="Linux Libertine G" w:hAnsi="Linux Libertine G" w:cstheme="minorHAnsi"/>
          <w:lang w:val="en-GB"/>
        </w:rPr>
        <w:t xml:space="preserve">Do not investigate or ask leading questions. </w:t>
      </w:r>
    </w:p>
    <w:p>
      <w:pPr>
        <w:pStyle w:val="BodyText"/>
        <w:numPr>
          <w:ilvl w:val="0"/>
          <w:numId w:val="45"/>
        </w:numPr>
        <w:tabs>
          <w:tab w:val="clear" w:pos="720"/>
          <w:tab w:val="left" w:pos="0" w:leader="none"/>
        </w:tabs>
        <w:spacing w:before="0" w:after="0"/>
        <w:ind w:hanging="283" w:left="720"/>
        <w:contextualSpacing/>
        <w:rPr>
          <w:rFonts w:ascii="Linux Libertine G" w:hAnsi="Linux Libertine G" w:cs="Cambria" w:cstheme="minorHAnsi"/>
        </w:rPr>
      </w:pPr>
      <w:r>
        <w:rPr>
          <w:rFonts w:cs="Cambria" w:ascii="Linux Libertine G" w:hAnsi="Linux Libertine G" w:cstheme="minorHAnsi"/>
          <w:lang w:val="en-GB"/>
        </w:rPr>
        <w:t xml:space="preserve">✔ </w:t>
      </w:r>
      <w:r>
        <w:rPr>
          <w:rFonts w:cs="Cambria" w:ascii="Linux Libertine G" w:hAnsi="Linux Libertine G" w:cstheme="minorHAnsi"/>
          <w:lang w:val="en-GB"/>
        </w:rPr>
        <w:t xml:space="preserve">Do not promise confidentiality; explain that information will only be shared with those who need to know to keep them safe. </w:t>
      </w:r>
    </w:p>
    <w:p>
      <w:pPr>
        <w:pStyle w:val="BodyText"/>
        <w:numPr>
          <w:ilvl w:val="0"/>
          <w:numId w:val="46"/>
        </w:numPr>
        <w:tabs>
          <w:tab w:val="clear" w:pos="720"/>
          <w:tab w:val="left" w:pos="0" w:leader="none"/>
        </w:tabs>
        <w:spacing w:before="0" w:after="0"/>
        <w:ind w:hanging="283" w:left="720"/>
        <w:contextualSpacing/>
        <w:rPr>
          <w:rFonts w:ascii="Linux Libertine G" w:hAnsi="Linux Libertine G" w:cs="Cambria" w:cstheme="minorHAnsi"/>
        </w:rPr>
      </w:pPr>
      <w:r>
        <w:rPr>
          <w:rFonts w:cs="Cambria" w:ascii="Linux Libertine G" w:hAnsi="Linux Libertine G" w:cstheme="minorHAnsi"/>
          <w:lang w:val="en-GB"/>
        </w:rPr>
        <w:t xml:space="preserve">✔ </w:t>
      </w:r>
      <w:r>
        <w:rPr>
          <w:rFonts w:cs="Cambria" w:ascii="Linux Libertine G" w:hAnsi="Linux Libertine G" w:cstheme="minorHAnsi"/>
          <w:lang w:val="en-GB"/>
        </w:rPr>
        <w:t xml:space="preserve">Reassure the person that they have done the right thing by speaking up and, wherever possible, that they will be involved in decisions affecting them. </w:t>
      </w:r>
    </w:p>
    <w:p>
      <w:pPr>
        <w:pStyle w:val="BodyText"/>
        <w:numPr>
          <w:ilvl w:val="0"/>
          <w:numId w:val="47"/>
        </w:numPr>
        <w:tabs>
          <w:tab w:val="clear" w:pos="720"/>
          <w:tab w:val="left" w:pos="0" w:leader="none"/>
        </w:tabs>
        <w:spacing w:before="0" w:after="0"/>
        <w:ind w:hanging="283" w:left="720"/>
        <w:contextualSpacing/>
        <w:rPr>
          <w:rFonts w:ascii="Linux Libertine G" w:hAnsi="Linux Libertine G" w:cs="Cambria" w:cstheme="minorHAnsi"/>
        </w:rPr>
      </w:pPr>
      <w:r>
        <w:rPr>
          <w:rFonts w:cs="Cambria" w:ascii="Linux Libertine G" w:hAnsi="Linux Libertine G" w:cstheme="minorHAnsi"/>
          <w:lang w:val="en-GB"/>
        </w:rPr>
        <w:t xml:space="preserve">✔ </w:t>
      </w:r>
      <w:r>
        <w:rPr>
          <w:rFonts w:cs="Cambria" w:ascii="Linux Libertine G" w:hAnsi="Linux Libertine G" w:cstheme="minorHAnsi"/>
          <w:lang w:val="en-GB"/>
        </w:rPr>
        <w:t xml:space="preserve">Do not be judgemental or make assumptions. </w:t>
      </w:r>
    </w:p>
    <w:p>
      <w:pPr>
        <w:pStyle w:val="BodyText"/>
        <w:numPr>
          <w:ilvl w:val="0"/>
          <w:numId w:val="48"/>
        </w:numPr>
        <w:tabs>
          <w:tab w:val="clear" w:pos="720"/>
          <w:tab w:val="left" w:pos="0" w:leader="none"/>
        </w:tabs>
        <w:spacing w:before="0" w:after="0"/>
        <w:ind w:hanging="283" w:left="720"/>
        <w:contextualSpacing/>
        <w:rPr>
          <w:rFonts w:ascii="Linux Libertine G" w:hAnsi="Linux Libertine G" w:cs="Cambria" w:cstheme="minorHAnsi"/>
        </w:rPr>
      </w:pPr>
      <w:r>
        <w:rPr>
          <w:rFonts w:cs="Cambria" w:cstheme="minorHAnsi" w:ascii="Linux Libertine G" w:hAnsi="Linux Libertine G"/>
          <w:lang w:val="en-GB"/>
        </w:rPr>
        <w:t xml:space="preserve">✔ </w:t>
      </w:r>
      <w:r>
        <w:rPr>
          <w:rFonts w:cs="Cambria" w:cstheme="minorHAnsi" w:ascii="Linux Libertine G" w:hAnsi="Linux Libertine G"/>
          <w:lang w:val="en-GB"/>
        </w:rPr>
        <w:t xml:space="preserve">Consider and respond to any communication needs or reasonable adjustments. </w:t>
      </w:r>
    </w:p>
    <w:p>
      <w:pPr>
        <w:pStyle w:val="BodyText"/>
        <w:numPr>
          <w:ilvl w:val="0"/>
          <w:numId w:val="48"/>
        </w:numPr>
        <w:tabs>
          <w:tab w:val="clear" w:pos="720"/>
          <w:tab w:val="left" w:pos="0" w:leader="none"/>
        </w:tabs>
        <w:spacing w:before="0" w:after="0"/>
        <w:ind w:hanging="283" w:left="720"/>
        <w:contextualSpacing/>
        <w:rPr>
          <w:rFonts w:ascii="Linux Libertine G" w:hAnsi="Linux Libertine G" w:cs="Cambria" w:cstheme="minorHAnsi"/>
        </w:rPr>
      </w:pPr>
      <w:r>
        <w:rPr>
          <w:rFonts w:cs="Cambria" w:cstheme="minorHAnsi" w:ascii="Linux Libertine G" w:hAnsi="Linux Libertine G"/>
          <w:lang w:val="en-GB"/>
        </w:rPr>
        <w:t xml:space="preserve">✔ </w:t>
      </w:r>
      <w:r>
        <w:rPr>
          <w:rFonts w:cs="Cambria" w:cstheme="minorHAnsi" w:ascii="Linux Libertine G" w:hAnsi="Linux Libertine G"/>
          <w:lang w:val="en-GB"/>
        </w:rPr>
        <w:t xml:space="preserve">Consider whether the adult has capacity to understand the safeguarding process and whether support, advocacy or communication assistance is required. </w:t>
      </w:r>
    </w:p>
    <w:p>
      <w:pPr>
        <w:pStyle w:val="BodyText"/>
        <w:numPr>
          <w:ilvl w:val="0"/>
          <w:numId w:val="49"/>
        </w:numPr>
        <w:tabs>
          <w:tab w:val="clear" w:pos="720"/>
          <w:tab w:val="left" w:pos="0" w:leader="none"/>
        </w:tabs>
        <w:spacing w:before="0" w:after="0"/>
        <w:ind w:hanging="283" w:left="720"/>
        <w:contextualSpacing/>
        <w:rPr>
          <w:rFonts w:ascii="Linux Libertine G" w:hAnsi="Linux Libertine G" w:cs="Cambria" w:cstheme="minorHAnsi"/>
        </w:rPr>
      </w:pPr>
      <w:r>
        <w:rPr>
          <w:rFonts w:cs="Cambria" w:ascii="Linux Libertine G" w:hAnsi="Linux Libertine G" w:cstheme="minorHAnsi"/>
          <w:lang w:val="en-GB"/>
        </w:rPr>
        <w:t xml:space="preserve">✔ </w:t>
      </w:r>
      <w:r>
        <w:rPr>
          <w:rFonts w:cs="Cambria" w:ascii="Linux Libertine G" w:hAnsi="Linux Libertine G" w:cstheme="minorHAnsi"/>
          <w:lang w:val="en-GB"/>
        </w:rPr>
        <w:t xml:space="preserve">Record the disclosure accurately, using the person's own words wherever possible. </w:t>
      </w:r>
      <w:r>
        <w:rPr>
          <w:rFonts w:cs="Cambria" w:ascii="Linux Libertine G" w:hAnsi="Linux Libertine G" w:cstheme="minorHAnsi"/>
          <w:lang w:val="en-GB"/>
        </w:rPr>
        <w:t xml:space="preserve">Records should be factual, signed, dated, and clearly distinguish between fact. Observation and professional opinion. </w:t>
      </w:r>
    </w:p>
    <w:p>
      <w:pPr>
        <w:pStyle w:val="Normal"/>
        <w:spacing w:lineRule="auto" w:line="240" w:before="0" w:after="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numPr>
          <w:ilvl w:val="0"/>
          <w:numId w:val="0"/>
        </w:numPr>
        <w:spacing w:lineRule="auto" w:line="240" w:before="0" w:after="0"/>
        <w:ind w:hanging="0" w:left="0"/>
        <w:outlineLvl w:val="1"/>
        <w:rPr>
          <w:rFonts w:ascii="Linux Libertine G" w:hAnsi="Linux Libertine G"/>
        </w:rPr>
      </w:pPr>
      <w:r>
        <w:rPr>
          <w:rFonts w:eastAsia="Calibri" w:cs="Cambria" w:ascii="Linux Libertine G" w:hAnsi="Linux Libertine G" w:cstheme="minorHAnsi"/>
          <w:lang w:val="en-GB"/>
        </w:rPr>
        <w:t xml:space="preserve">Information will only be shared with those who need to know in order to safeguard the adult or others. The concern must not be discussed with the person alleged to have caused the harm unless advised to do so by the Designated Safeguarding Lead, Adult Social Care or the Police. </w:t>
      </w:r>
      <w:r>
        <w:rPr>
          <w:lang w:val="en-GB"/>
        </w:rPr>
        <w:t xml:space="preserve">Information will be shared in accordance with the Care Act 2014, Data Protection Act 2018, UK GDPR and relevant statutory guidance, where this is necessary to safeguard the adult or others. </w:t>
      </w:r>
      <w:r>
        <w:rPr>
          <w:rFonts w:eastAsia="Calibri" w:cs="Cambria" w:ascii="Linux Libertine G" w:hAnsi="Linux Libertine G" w:cstheme="minorHAnsi"/>
          <w:lang w:val="en-GB"/>
        </w:rPr>
        <w:t xml:space="preserve"> </w:t>
      </w:r>
    </w:p>
    <w:p>
      <w:pPr>
        <w:pStyle w:val="Normal"/>
        <w:numPr>
          <w:ilvl w:val="0"/>
          <w:numId w:val="0"/>
        </w:numPr>
        <w:spacing w:lineRule="auto" w:line="240" w:before="0" w:after="0"/>
        <w:ind w:hanging="0" w:left="0"/>
        <w:outlineLvl w:val="1"/>
        <w:rPr>
          <w:rFonts w:ascii="Linux Libertine G" w:hAnsi="Linux Libertine G"/>
        </w:rPr>
      </w:pPr>
      <w:r>
        <w:rPr>
          <w:rFonts w:ascii="Linux Libertine G" w:hAnsi="Linux Libertine G"/>
          <w:lang w:val="en-GB"/>
        </w:rPr>
      </w:r>
    </w:p>
    <w:p>
      <w:pPr>
        <w:pStyle w:val="Normal"/>
        <w:numPr>
          <w:ilvl w:val="0"/>
          <w:numId w:val="0"/>
        </w:numPr>
        <w:spacing w:lineRule="auto" w:line="240" w:before="0" w:after="0"/>
        <w:ind w:hanging="0" w:left="0"/>
        <w:outlineLvl w:val="1"/>
        <w:rPr>
          <w:rFonts w:ascii="Linux Libertine G" w:hAnsi="Linux Libertine G"/>
        </w:rPr>
      </w:pPr>
      <w:r>
        <w:rPr>
          <w:rFonts w:ascii="Linux Libertine G" w:hAnsi="Linux Libertine G"/>
          <w:lang w:val="en-GB"/>
        </w:rPr>
      </w:r>
    </w:p>
    <w:p>
      <w:pPr>
        <w:pStyle w:val="Normal"/>
        <w:spacing w:lineRule="auto" w:line="240" w:before="0" w:after="0"/>
        <w:ind w:hanging="0" w:left="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numPr>
          <w:ilvl w:val="0"/>
          <w:numId w:val="0"/>
        </w:numPr>
        <w:spacing w:lineRule="auto" w:line="240" w:before="0" w:after="0"/>
        <w:ind w:hanging="0" w:left="0"/>
        <w:outlineLvl w:val="1"/>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keepNext w:val="true"/>
        <w:keepLines/>
        <w:numPr>
          <w:ilvl w:val="0"/>
          <w:numId w:val="0"/>
        </w:numPr>
        <w:spacing w:lineRule="auto" w:line="240" w:before="0" w:after="0"/>
        <w:ind w:hanging="0" w:left="0"/>
        <w:outlineLvl w:val="1"/>
        <w:rPr>
          <w:rFonts w:ascii="Linux Libertine G" w:hAnsi="Linux Libertine G"/>
        </w:rPr>
      </w:pPr>
      <w:bookmarkStart w:id="17" w:name="_Toc486246959"/>
      <w:r>
        <w:rPr>
          <w:rFonts w:eastAsia="Times New Roman" w:cs="Cambria" w:ascii="Linux Libertine G" w:hAnsi="Linux Libertine G" w:cstheme="minorHAnsi"/>
          <w:b/>
          <w:bCs/>
          <w:lang w:val="en-GB" w:eastAsia="x-none"/>
        </w:rPr>
        <w:t>‘</w:t>
      </w:r>
      <w:r>
        <w:rPr>
          <w:rFonts w:eastAsia="Times New Roman" w:cs="Cambria" w:ascii="Linux Libertine G" w:hAnsi="Linux Libertine G" w:cstheme="minorHAnsi"/>
          <w:b/>
          <w:bCs/>
          <w:lang w:val="en-GB" w:eastAsia="x-none"/>
        </w:rPr>
        <w:t>Wellbeing’ principle</w:t>
      </w:r>
      <w:bookmarkEnd w:id="17"/>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The Care Act 2014 introduces a duty to promote wellbeing when carrying out care and support functions for an adult.  This is sometimes referred to as “wellbeing principle” because it is the overarching principle that puts wellbeing at the heart of care and support. The wellbeing principle applies to adults with care and support needs and their carers.</w:t>
      </w:r>
    </w:p>
    <w:p>
      <w:pPr>
        <w:pStyle w:val="Normal"/>
        <w:spacing w:lineRule="auto" w:line="240" w:before="0" w:after="0"/>
        <w:rPr>
          <w:rFonts w:ascii="Linux Libertine G" w:hAnsi="Linux Libertine G"/>
        </w:rPr>
      </w:pPr>
      <w:r>
        <w:rPr>
          <w:rFonts w:ascii="Linux Libertine G" w:hAnsi="Linux Libertine G"/>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w:t>
      </w:r>
      <w:r>
        <w:rPr>
          <w:rFonts w:eastAsia="Calibri" w:cs="Cambria" w:ascii="Linux Libertine G" w:hAnsi="Linux Libertine G" w:cstheme="minorHAnsi"/>
          <w:lang w:val="en-GB"/>
        </w:rPr>
        <w:t>Wellbeing” is a broad concept, and includes but is not limited to:</w:t>
      </w:r>
    </w:p>
    <w:p>
      <w:pPr>
        <w:pStyle w:val="ListParagraph"/>
        <w:numPr>
          <w:ilvl w:val="0"/>
          <w:numId w:val="23"/>
        </w:numPr>
        <w:spacing w:before="0" w:after="0"/>
        <w:contextualSpacing/>
        <w:rPr>
          <w:rFonts w:ascii="Linux Libertine G" w:hAnsi="Linux Libertine G"/>
        </w:rPr>
      </w:pPr>
      <w:r>
        <w:rPr>
          <w:rFonts w:cs="Cambria" w:ascii="Linux Libertine G" w:hAnsi="Linux Libertine G" w:cstheme="minorHAnsi"/>
          <w:lang w:val="en-GB"/>
        </w:rPr>
        <w:t xml:space="preserve">personal dignity (including treating people with respect); </w:t>
      </w:r>
    </w:p>
    <w:p>
      <w:pPr>
        <w:pStyle w:val="ListParagraph"/>
        <w:numPr>
          <w:ilvl w:val="0"/>
          <w:numId w:val="23"/>
        </w:numPr>
        <w:spacing w:before="0" w:after="0"/>
        <w:contextualSpacing/>
        <w:rPr>
          <w:rFonts w:ascii="Linux Libertine G" w:hAnsi="Linux Libertine G"/>
        </w:rPr>
      </w:pPr>
      <w:r>
        <w:rPr>
          <w:rFonts w:cs="Cambria" w:ascii="Linux Libertine G" w:hAnsi="Linux Libertine G" w:cstheme="minorHAnsi"/>
          <w:lang w:val="en-GB"/>
        </w:rPr>
        <w:t xml:space="preserve">physical and mental health and emotional wellbeing; </w:t>
      </w:r>
    </w:p>
    <w:p>
      <w:pPr>
        <w:pStyle w:val="ListParagraph"/>
        <w:numPr>
          <w:ilvl w:val="0"/>
          <w:numId w:val="23"/>
        </w:numPr>
        <w:spacing w:before="0" w:after="0"/>
        <w:contextualSpacing/>
        <w:rPr>
          <w:rFonts w:ascii="Linux Libertine G" w:hAnsi="Linux Libertine G"/>
        </w:rPr>
      </w:pPr>
      <w:r>
        <w:rPr>
          <w:rFonts w:cs="Cambria" w:ascii="Linux Libertine G" w:hAnsi="Linux Libertine G" w:cstheme="minorHAnsi"/>
          <w:lang w:val="en-GB"/>
        </w:rPr>
        <w:t xml:space="preserve">protection from abuse and neglect; </w:t>
      </w:r>
    </w:p>
    <w:p>
      <w:pPr>
        <w:pStyle w:val="ListParagraph"/>
        <w:numPr>
          <w:ilvl w:val="0"/>
          <w:numId w:val="23"/>
        </w:numPr>
        <w:spacing w:before="0" w:after="0"/>
        <w:contextualSpacing/>
        <w:rPr>
          <w:rFonts w:ascii="Linux Libertine G" w:hAnsi="Linux Libertine G"/>
        </w:rPr>
      </w:pPr>
      <w:r>
        <w:rPr>
          <w:rFonts w:cs="Cambria" w:ascii="Linux Libertine G" w:hAnsi="Linux Libertine G" w:cstheme="minorHAnsi"/>
          <w:lang w:val="en-GB"/>
        </w:rPr>
        <w:t xml:space="preserve">control by the individual over day-to-day life (including care and support and the way it is provided); </w:t>
      </w:r>
    </w:p>
    <w:p>
      <w:pPr>
        <w:pStyle w:val="ListParagraph"/>
        <w:numPr>
          <w:ilvl w:val="0"/>
          <w:numId w:val="23"/>
        </w:numPr>
        <w:spacing w:before="0" w:after="0"/>
        <w:contextualSpacing/>
        <w:rPr>
          <w:rFonts w:ascii="Linux Libertine G" w:hAnsi="Linux Libertine G"/>
        </w:rPr>
      </w:pPr>
      <w:r>
        <w:rPr>
          <w:rFonts w:cs="Cambria" w:ascii="Linux Libertine G" w:hAnsi="Linux Libertine G" w:cstheme="minorHAnsi"/>
          <w:lang w:val="en-GB"/>
        </w:rPr>
        <w:t xml:space="preserve">participation in work, education, training or recreation; </w:t>
      </w:r>
    </w:p>
    <w:p>
      <w:pPr>
        <w:pStyle w:val="ListParagraph"/>
        <w:numPr>
          <w:ilvl w:val="0"/>
          <w:numId w:val="23"/>
        </w:numPr>
        <w:spacing w:before="0" w:after="0"/>
        <w:contextualSpacing/>
        <w:rPr>
          <w:rFonts w:ascii="Linux Libertine G" w:hAnsi="Linux Libertine G"/>
        </w:rPr>
      </w:pPr>
      <w:r>
        <w:rPr>
          <w:rFonts w:cs="Cambria" w:ascii="Linux Libertine G" w:hAnsi="Linux Libertine G" w:cstheme="minorHAnsi"/>
          <w:lang w:val="en-GB"/>
        </w:rPr>
        <w:t xml:space="preserve">social and economic wellbeing; </w:t>
      </w:r>
    </w:p>
    <w:p>
      <w:pPr>
        <w:pStyle w:val="ListParagraph"/>
        <w:numPr>
          <w:ilvl w:val="0"/>
          <w:numId w:val="23"/>
        </w:numPr>
        <w:spacing w:before="0" w:after="0"/>
        <w:contextualSpacing/>
        <w:rPr>
          <w:rFonts w:ascii="Linux Libertine G" w:hAnsi="Linux Libertine G"/>
        </w:rPr>
      </w:pPr>
      <w:r>
        <w:rPr>
          <w:rFonts w:cs="Cambria" w:ascii="Linux Libertine G" w:hAnsi="Linux Libertine G" w:cstheme="minorHAnsi"/>
          <w:lang w:val="en-GB"/>
        </w:rPr>
        <w:t xml:space="preserve">domestic, family and personal relationships; </w:t>
      </w:r>
    </w:p>
    <w:p>
      <w:pPr>
        <w:pStyle w:val="ListParagraph"/>
        <w:numPr>
          <w:ilvl w:val="0"/>
          <w:numId w:val="23"/>
        </w:numPr>
        <w:spacing w:before="0" w:after="0"/>
        <w:contextualSpacing/>
        <w:rPr>
          <w:rFonts w:ascii="Linux Libertine G" w:hAnsi="Linux Libertine G"/>
        </w:rPr>
      </w:pPr>
      <w:r>
        <w:rPr>
          <w:rFonts w:cs="Cambria" w:ascii="Linux Libertine G" w:hAnsi="Linux Libertine G" w:cstheme="minorHAnsi"/>
          <w:lang w:val="en-GB"/>
        </w:rPr>
        <w:t xml:space="preserve">suitability of living accommodation; </w:t>
      </w:r>
    </w:p>
    <w:p>
      <w:pPr>
        <w:pStyle w:val="ListParagraph"/>
        <w:numPr>
          <w:ilvl w:val="0"/>
          <w:numId w:val="23"/>
        </w:numPr>
        <w:spacing w:before="0" w:after="0"/>
        <w:contextualSpacing/>
        <w:rPr>
          <w:rFonts w:ascii="Linux Libertine G" w:hAnsi="Linux Libertine G"/>
        </w:rPr>
      </w:pPr>
      <w:r>
        <w:rPr>
          <w:rFonts w:cs="Cambria" w:ascii="Linux Libertine G" w:hAnsi="Linux Libertine G" w:cstheme="minorHAnsi"/>
          <w:lang w:val="en-GB"/>
        </w:rPr>
        <w:t>the individual’s contribution to society.</w:t>
      </w:r>
    </w:p>
    <w:p>
      <w:pPr>
        <w:pStyle w:val="Normal"/>
        <w:spacing w:lineRule="auto" w:line="240" w:before="0" w:after="0"/>
        <w:ind w:hanging="357" w:left="357"/>
        <w:contextualSpacing/>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 xml:space="preserve">Promoting wellbeing means actively seeking to improve outcomes for adults with care and support needs, regardless of whether they meet the eligibility criteria for care and support under the Care Act 2014, and recognising the important role of unpaid carers. </w:t>
      </w:r>
      <w:r>
        <w:rPr>
          <w:lang w:val="en-GB"/>
        </w:rPr>
        <w:t xml:space="preserve">Staff and volunteers should adopt a person-centred approach, taking account of the adult's views, wishes, feelings, beliefs, values and desired outcomes wherever possible. </w:t>
      </w:r>
      <w:r>
        <w:rPr>
          <w:rFonts w:eastAsia="Calibri" w:cs="Cambria" w:ascii="Linux Libertine G" w:hAnsi="Linux Libertine G" w:cstheme="minorHAnsi"/>
          <w:lang w:val="en-GB"/>
        </w:rPr>
        <w:t xml:space="preserve"> </w:t>
      </w:r>
    </w:p>
    <w:p>
      <w:pPr>
        <w:pStyle w:val="Normal"/>
        <w:spacing w:lineRule="auto" w:line="240" w:before="0" w:after="0"/>
        <w:rPr>
          <w:rFonts w:ascii="Linux Libertine G" w:hAnsi="Linux Libertine G"/>
        </w:rPr>
      </w:pPr>
      <w:r>
        <w:rPr>
          <w:rFonts w:ascii="Linux Libertine G" w:hAnsi="Linux Libertine G"/>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Safeguarding means protecting an adult's right to live in safety, free from abuse and neglect. The purpose of this policy is to ensure that Changing Strides Equine Therapies identifies, responds to and reports concerns appropriately where an adult with care and support needs may be experiencing, or is at risk of, abuse, neglect or self-neglect.</w:t>
      </w:r>
      <w:r>
        <w:rPr>
          <w:lang w:val="en-GB"/>
        </w:rPr>
        <w:t xml:space="preserve">CSET is committed to working in partnership with adults, carers and relevant agencies to promote wellbeing, prevent abuse and neglect wherever possible, and support adults to achieve the outcomes that matter most to them, consistent with the principles of Making Safeguarding Personal. </w:t>
      </w:r>
      <w:r>
        <w:rPr>
          <w:rFonts w:eastAsia="Calibri" w:cs="Cambria" w:ascii="Linux Libertine G" w:hAnsi="Linux Libertine G" w:cstheme="minorHAnsi"/>
          <w:lang w:val="en-GB"/>
        </w:rPr>
        <w:t xml:space="preserve"> </w:t>
      </w:r>
    </w:p>
    <w:p>
      <w:pPr>
        <w:pStyle w:val="Normal"/>
        <w:numPr>
          <w:ilvl w:val="0"/>
          <w:numId w:val="0"/>
        </w:numPr>
        <w:spacing w:lineRule="auto" w:line="240" w:before="0" w:after="0"/>
        <w:ind w:hanging="0" w:left="0"/>
        <w:outlineLvl w:val="1"/>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keepNext w:val="true"/>
        <w:keepLines/>
        <w:numPr>
          <w:ilvl w:val="0"/>
          <w:numId w:val="0"/>
        </w:numPr>
        <w:spacing w:lineRule="auto" w:line="240" w:before="0" w:after="0"/>
        <w:ind w:hanging="0" w:left="0"/>
        <w:outlineLvl w:val="1"/>
        <w:rPr>
          <w:rFonts w:ascii="Linux Libertine G" w:hAnsi="Linux Libertine G"/>
        </w:rPr>
      </w:pPr>
      <w:bookmarkStart w:id="18" w:name="_Toc486246960"/>
      <w:r>
        <w:rPr>
          <w:rFonts w:eastAsia="Times New Roman" w:cs="Cambria" w:ascii="Linux Libertine G" w:hAnsi="Linux Libertine G" w:cstheme="minorHAnsi"/>
          <w:b/>
          <w:bCs/>
          <w:lang w:val="en-GB" w:eastAsia="x-none"/>
        </w:rPr>
        <w:t>Definitions</w:t>
      </w:r>
      <w:bookmarkEnd w:id="18"/>
      <w:r>
        <w:rPr>
          <w:rFonts w:eastAsia="Times New Roman" w:cs="Cambria" w:ascii="Linux Libertine G" w:hAnsi="Linux Libertine G" w:cstheme="minorHAnsi"/>
          <w:b/>
          <w:bCs/>
          <w:lang w:val="en-GB" w:eastAsia="x-none"/>
        </w:rPr>
        <w:t xml:space="preserve"> </w:t>
      </w:r>
    </w:p>
    <w:p>
      <w:pPr>
        <w:pStyle w:val="Normal"/>
        <w:spacing w:lineRule="auto" w:line="240" w:before="0" w:after="0"/>
        <w:rPr>
          <w:rFonts w:ascii="Linux Libertine G" w:hAnsi="Linux Libertine G"/>
        </w:rPr>
      </w:pPr>
      <w:r>
        <w:rPr>
          <w:rFonts w:eastAsia="Calibri" w:cs="Cambria" w:ascii="Linux Libertine G" w:hAnsi="Linux Libertine G" w:cstheme="minorHAnsi"/>
          <w:bCs/>
          <w:i/>
          <w:lang w:val="en-GB" w:eastAsia="x-none"/>
        </w:rPr>
        <w:t>Harm:</w:t>
      </w:r>
      <w:r>
        <w:rPr>
          <w:rFonts w:eastAsia="Calibri" w:cs="Cambria" w:ascii="Linux Libertine G" w:hAnsi="Linux Libertine G" w:cstheme="minorHAnsi"/>
          <w:lang w:val="en-GB"/>
        </w:rPr>
        <w:t xml:space="preserve"> For the purpose of this policy, harm may include: </w:t>
      </w:r>
    </w:p>
    <w:p>
      <w:pPr>
        <w:pStyle w:val="ListParagraph"/>
        <w:numPr>
          <w:ilvl w:val="0"/>
          <w:numId w:val="24"/>
        </w:numPr>
        <w:spacing w:before="0" w:after="0"/>
        <w:contextualSpacing/>
        <w:rPr>
          <w:rFonts w:ascii="Linux Libertine G" w:hAnsi="Linux Libertine G"/>
        </w:rPr>
      </w:pPr>
      <w:r>
        <w:rPr>
          <w:rFonts w:cs="Cambria" w:ascii="Linux Libertine G" w:hAnsi="Linux Libertine G" w:cstheme="minorHAnsi"/>
          <w:lang w:val="en-GB"/>
        </w:rPr>
        <w:t xml:space="preserve">A single act or repeated acts. </w:t>
      </w:r>
    </w:p>
    <w:p>
      <w:pPr>
        <w:pStyle w:val="ListParagraph"/>
        <w:numPr>
          <w:ilvl w:val="0"/>
          <w:numId w:val="24"/>
        </w:numPr>
        <w:spacing w:before="0" w:after="0"/>
        <w:contextualSpacing/>
        <w:rPr>
          <w:rFonts w:ascii="Linux Libertine G" w:hAnsi="Linux Libertine G"/>
        </w:rPr>
      </w:pPr>
      <w:r>
        <w:rPr>
          <w:rFonts w:cs="Cambria" w:ascii="Linux Libertine G" w:hAnsi="Linux Libertine G" w:cstheme="minorHAnsi"/>
          <w:lang w:val="en-GB"/>
        </w:rPr>
        <w:t xml:space="preserve">An act of neglect or a failure to act. </w:t>
      </w:r>
    </w:p>
    <w:p>
      <w:pPr>
        <w:pStyle w:val="ListParagraph"/>
        <w:numPr>
          <w:ilvl w:val="0"/>
          <w:numId w:val="24"/>
        </w:numPr>
        <w:spacing w:before="0" w:after="0"/>
        <w:contextualSpacing/>
        <w:rPr>
          <w:rFonts w:ascii="Linux Libertine G" w:hAnsi="Linux Libertine G"/>
        </w:rPr>
      </w:pPr>
      <w:r>
        <w:rPr>
          <w:rFonts w:cs="Cambria" w:ascii="Linux Libertine G" w:hAnsi="Linux Libertine G" w:cstheme="minorHAnsi"/>
          <w:lang w:val="en-GB"/>
        </w:rPr>
        <w:t xml:space="preserve">Multiple acts, for example, an adult with care and support needs may be neglected and also being financially harmed. </w:t>
      </w:r>
    </w:p>
    <w:p>
      <w:pPr>
        <w:pStyle w:val="ListParagraph"/>
        <w:numPr>
          <w:ilvl w:val="0"/>
          <w:numId w:val="24"/>
        </w:numPr>
        <w:spacing w:before="0" w:after="0"/>
        <w:contextualSpacing/>
        <w:rPr>
          <w:rFonts w:ascii="Linux Libertine G" w:hAnsi="Linux Libertine G"/>
        </w:rPr>
      </w:pPr>
      <w:r>
        <w:rPr>
          <w:rFonts w:cs="Cambria" w:ascii="Linux Libertine G" w:hAnsi="Linux Libertine G" w:cstheme="minorHAnsi"/>
          <w:lang w:val="en-GB"/>
        </w:rPr>
        <w:t xml:space="preserve">Self-neglect </w:t>
      </w:r>
    </w:p>
    <w:p>
      <w:pPr>
        <w:pStyle w:val="Normal"/>
        <w:spacing w:lineRule="auto" w:line="240" w:before="0" w:after="0"/>
        <w:contextualSpacing/>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contextualSpacing/>
        <w:rPr>
          <w:rFonts w:ascii="Linux Libertine G" w:hAnsi="Linux Libertine G"/>
        </w:rPr>
      </w:pPr>
      <w:r>
        <w:rPr>
          <w:rFonts w:eastAsia="Calibri" w:cs="Cambria" w:ascii="Linux Libertine G" w:hAnsi="Linux Libertine G" w:cstheme="minorHAnsi"/>
          <w:lang w:val="en-GB"/>
        </w:rPr>
        <w:t xml:space="preserve">This can mean: </w:t>
      </w:r>
    </w:p>
    <w:p>
      <w:pPr>
        <w:pStyle w:val="ListParagraph"/>
        <w:numPr>
          <w:ilvl w:val="0"/>
          <w:numId w:val="25"/>
        </w:numPr>
        <w:spacing w:before="0" w:after="0"/>
        <w:contextualSpacing/>
        <w:rPr>
          <w:rFonts w:ascii="Linux Libertine G" w:hAnsi="Linux Libertine G"/>
        </w:rPr>
      </w:pPr>
      <w:r>
        <w:rPr>
          <w:rFonts w:cs="Cambria" w:ascii="Linux Libertine G" w:hAnsi="Linux Libertine G" w:cstheme="minorHAnsi"/>
          <w:lang w:val="en-GB"/>
        </w:rPr>
        <w:t xml:space="preserve">Ill treatment (including sexual abuse and forms of ill treatment which are not physical). </w:t>
      </w:r>
    </w:p>
    <w:p>
      <w:pPr>
        <w:pStyle w:val="ListParagraph"/>
        <w:numPr>
          <w:ilvl w:val="0"/>
          <w:numId w:val="25"/>
        </w:numPr>
        <w:spacing w:before="0" w:after="0"/>
        <w:contextualSpacing/>
        <w:rPr>
          <w:rFonts w:ascii="Linux Libertine G" w:hAnsi="Linux Libertine G"/>
        </w:rPr>
      </w:pPr>
      <w:r>
        <w:rPr>
          <w:rFonts w:cs="Cambria" w:ascii="Linux Libertine G" w:hAnsi="Linux Libertine G" w:cstheme="minorHAnsi"/>
          <w:lang w:val="en-GB"/>
        </w:rPr>
        <w:t xml:space="preserve">Failure to provide appropriate care and support, or actions or omissions which adversely affect a persons health, wellbeing, independence or choice. </w:t>
      </w:r>
    </w:p>
    <w:p>
      <w:pPr>
        <w:pStyle w:val="ListParagraph"/>
        <w:numPr>
          <w:ilvl w:val="0"/>
          <w:numId w:val="25"/>
        </w:numPr>
        <w:spacing w:before="0" w:after="0"/>
        <w:contextualSpacing/>
        <w:rPr>
          <w:rFonts w:ascii="Linux Libertine G" w:hAnsi="Linux Libertine G"/>
        </w:rPr>
      </w:pPr>
      <w:r>
        <w:rPr>
          <w:rFonts w:cs="Cambria" w:ascii="Linux Libertine G" w:hAnsi="Linux Libertine G" w:cstheme="minorHAnsi"/>
          <w:lang w:val="en-GB"/>
        </w:rPr>
        <w:t xml:space="preserve">The impairment of, or an avoidable deterioration in physical or mental health and/or </w:t>
      </w:r>
    </w:p>
    <w:p>
      <w:pPr>
        <w:pStyle w:val="ListParagraph"/>
        <w:numPr>
          <w:ilvl w:val="0"/>
          <w:numId w:val="25"/>
        </w:numPr>
        <w:spacing w:before="0" w:after="0"/>
        <w:contextualSpacing/>
        <w:rPr>
          <w:rFonts w:ascii="Linux Libertine G" w:hAnsi="Linux Libertine G"/>
        </w:rPr>
      </w:pPr>
      <w:r>
        <w:rPr>
          <w:rFonts w:cs="Cambria" w:ascii="Linux Libertine G" w:hAnsi="Linux Libertine G" w:cstheme="minorHAnsi"/>
          <w:lang w:val="en-GB"/>
        </w:rPr>
        <w:t xml:space="preserve">The impairment of physical, intellectual, emotional, social or behavioural development. </w:t>
      </w:r>
    </w:p>
    <w:p>
      <w:pPr>
        <w:pStyle w:val="ListParagraph"/>
        <w:numPr>
          <w:ilvl w:val="0"/>
          <w:numId w:val="25"/>
        </w:numPr>
        <w:spacing w:before="0" w:after="0"/>
        <w:contextualSpacing/>
        <w:rPr>
          <w:rFonts w:ascii="Linux Libertine G" w:hAnsi="Linux Libertine G"/>
        </w:rPr>
      </w:pPr>
      <w:r>
        <w:rPr>
          <w:rFonts w:cs="Cambria" w:ascii="Linux Libertine G" w:hAnsi="Linux Libertine G" w:cstheme="minorHAnsi"/>
          <w:lang w:val="en-GB"/>
        </w:rPr>
        <w:t xml:space="preserve">Abuse, neglect or exploitation carried out by a person in a position of trust. </w:t>
      </w:r>
    </w:p>
    <w:p>
      <w:pPr>
        <w:pStyle w:val="ListParagraph"/>
        <w:spacing w:before="0" w:after="0"/>
        <w:ind w:hanging="0" w:left="0"/>
        <w:contextualSpacing/>
        <w:rPr>
          <w:rFonts w:ascii="Linux Libertine G" w:hAnsi="Linux Libertine G" w:cs="Cambria" w:cstheme="minorHAnsi"/>
        </w:rPr>
      </w:pPr>
      <w:r>
        <w:rPr>
          <w:rFonts w:cs="Cambria" w:cstheme="minorHAnsi" w:ascii="Linux Libertine G" w:hAnsi="Linux Libertine G"/>
          <w:lang w:val="en-GB"/>
        </w:rPr>
      </w:r>
    </w:p>
    <w:p>
      <w:pPr>
        <w:pStyle w:val="Normal"/>
        <w:spacing w:lineRule="auto" w:line="240" w:before="0" w:after="0"/>
        <w:contextualSpacing/>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 xml:space="preserve">When considering whether abuse or neglect has occurred, the impact on the adult is more important than the intention of the person causing the harm. Abuse can occur anywhere and may constitute a criminal offence. Where a crime is suspected, the Police will be involved as appropriate. </w:t>
      </w:r>
    </w:p>
    <w:p>
      <w:pPr>
        <w:pStyle w:val="Normal"/>
        <w:spacing w:lineRule="auto" w:line="240" w:before="0" w:after="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keepNext w:val="true"/>
        <w:keepLines/>
        <w:numPr>
          <w:ilvl w:val="0"/>
          <w:numId w:val="0"/>
        </w:numPr>
        <w:spacing w:lineRule="auto" w:line="240" w:before="0" w:after="0"/>
        <w:ind w:hanging="0" w:left="0"/>
        <w:outlineLvl w:val="1"/>
        <w:rPr>
          <w:rFonts w:ascii="Linux Libertine G" w:hAnsi="Linux Libertine G"/>
        </w:rPr>
      </w:pPr>
      <w:bookmarkStart w:id="19" w:name="_Toc486246961"/>
      <w:r>
        <w:rPr>
          <w:rFonts w:eastAsia="Times New Roman" w:cs="Cambria" w:ascii="Linux Libertine G" w:hAnsi="Linux Libertine G" w:cstheme="minorHAnsi"/>
          <w:b/>
          <w:bCs/>
          <w:lang w:val="en-GB" w:eastAsia="x-none"/>
        </w:rPr>
        <w:t>Categories of Harm</w:t>
      </w:r>
      <w:bookmarkEnd w:id="19"/>
      <w:r>
        <w:rPr>
          <w:rFonts w:eastAsia="Times New Roman" w:cs="Cambria" w:ascii="Linux Libertine G" w:hAnsi="Linux Libertine G" w:cstheme="minorHAnsi"/>
          <w:b/>
          <w:bCs/>
          <w:lang w:val="en-GB" w:eastAsia="x-none"/>
        </w:rPr>
        <w:t xml:space="preserve"> </w:t>
      </w:r>
    </w:p>
    <w:p>
      <w:pPr>
        <w:pStyle w:val="Normal"/>
        <w:spacing w:lineRule="auto" w:line="240" w:before="0" w:after="0"/>
        <w:rPr>
          <w:rFonts w:ascii="Linux Libertine G" w:hAnsi="Linux Libertine G"/>
        </w:rPr>
      </w:pPr>
      <w:r>
        <w:rPr>
          <w:rFonts w:eastAsia="Calibri" w:cs="Cambria" w:ascii="Linux Libertine G" w:hAnsi="Linux Libertine G" w:cstheme="minorHAnsi"/>
          <w:bCs/>
          <w:i/>
          <w:lang w:val="en-GB" w:eastAsia="x-none"/>
        </w:rPr>
        <w:t>Physical abuse (see definitions in clause 5)</w:t>
      </w:r>
    </w:p>
    <w:p>
      <w:pPr>
        <w:pStyle w:val="Normal"/>
        <w:spacing w:lineRule="auto" w:line="240" w:before="0" w:after="0"/>
        <w:rPr>
          <w:rFonts w:ascii="Linux Libertine G" w:hAnsi="Linux Libertine G" w:eastAsia="Calibri" w:cs="Cambria" w:cstheme="minorHAnsi"/>
          <w:bCs/>
          <w:i/>
          <w:lang w:val="x-none" w:eastAsia="x-none"/>
        </w:rPr>
      </w:pPr>
      <w:r>
        <w:rPr>
          <w:rFonts w:eastAsia="Calibri" w:cs="Cambria" w:cstheme="minorHAnsi" w:ascii="Linux Libertine G" w:hAnsi="Linux Libertine G"/>
          <w:bCs/>
          <w:i/>
          <w:lang w:val="en-GB" w:eastAsia="x-none"/>
        </w:rPr>
      </w:r>
    </w:p>
    <w:p>
      <w:pPr>
        <w:pStyle w:val="Normal"/>
        <w:spacing w:lineRule="auto" w:line="240" w:before="0" w:after="0"/>
        <w:rPr>
          <w:b/>
          <w:bCs/>
        </w:rPr>
      </w:pPr>
      <w:r>
        <w:rPr>
          <w:rFonts w:eastAsia="Calibri" w:cs="Cambria" w:ascii="Linux Libertine G" w:hAnsi="Linux Libertine G" w:cstheme="minorHAnsi"/>
          <w:b/>
          <w:bCs/>
          <w:i/>
          <w:lang w:val="en-GB" w:eastAsia="x-none"/>
        </w:rPr>
        <w:t>Domestic Abuse</w:t>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 xml:space="preserve">Domestic abuse is defined by the Domestic Abuse Act 2021 as abusive behaviour between people aged 16 or over who are personally connected. It may be a single incident or a pattern of behaviour and can include: </w:t>
      </w:r>
    </w:p>
    <w:p>
      <w:pPr>
        <w:pStyle w:val="ListParagraph"/>
        <w:numPr>
          <w:ilvl w:val="0"/>
          <w:numId w:val="26"/>
        </w:numPr>
        <w:spacing w:before="0" w:after="0"/>
        <w:contextualSpacing/>
        <w:rPr>
          <w:rFonts w:ascii="Linux Libertine G" w:hAnsi="Linux Libertine G"/>
        </w:rPr>
      </w:pPr>
      <w:r>
        <w:rPr>
          <w:rFonts w:cs="Cambria" w:ascii="Linux Libertine G" w:hAnsi="Linux Libertine G" w:cstheme="minorHAnsi"/>
          <w:lang w:val="en-GB"/>
        </w:rPr>
        <w:t xml:space="preserve">psychological </w:t>
      </w:r>
    </w:p>
    <w:p>
      <w:pPr>
        <w:pStyle w:val="ListParagraph"/>
        <w:numPr>
          <w:ilvl w:val="0"/>
          <w:numId w:val="26"/>
        </w:numPr>
        <w:spacing w:before="0" w:after="0"/>
        <w:contextualSpacing/>
        <w:rPr>
          <w:rFonts w:ascii="Linux Libertine G" w:hAnsi="Linux Libertine G"/>
        </w:rPr>
      </w:pPr>
      <w:r>
        <w:rPr>
          <w:rFonts w:cs="Cambria" w:ascii="Linux Libertine G" w:hAnsi="Linux Libertine G" w:cstheme="minorHAnsi"/>
          <w:lang w:val="en-GB"/>
        </w:rPr>
        <w:t xml:space="preserve">physical </w:t>
      </w:r>
    </w:p>
    <w:p>
      <w:pPr>
        <w:pStyle w:val="ListParagraph"/>
        <w:numPr>
          <w:ilvl w:val="0"/>
          <w:numId w:val="26"/>
        </w:numPr>
        <w:spacing w:before="0" w:after="0"/>
        <w:contextualSpacing/>
        <w:rPr>
          <w:rFonts w:ascii="Linux Libertine G" w:hAnsi="Linux Libertine G"/>
        </w:rPr>
      </w:pPr>
      <w:r>
        <w:rPr>
          <w:rFonts w:cs="Cambria" w:ascii="Linux Libertine G" w:hAnsi="Linux Libertine G" w:cstheme="minorHAnsi"/>
          <w:lang w:val="en-GB"/>
        </w:rPr>
        <w:t xml:space="preserve">sexual </w:t>
      </w:r>
    </w:p>
    <w:p>
      <w:pPr>
        <w:pStyle w:val="ListParagraph"/>
        <w:numPr>
          <w:ilvl w:val="0"/>
          <w:numId w:val="26"/>
        </w:numPr>
        <w:spacing w:before="0" w:after="0"/>
        <w:contextualSpacing/>
        <w:rPr>
          <w:rFonts w:ascii="Linux Libertine G" w:hAnsi="Linux Libertine G"/>
        </w:rPr>
      </w:pPr>
      <w:r>
        <w:rPr>
          <w:rFonts w:cs="Cambria" w:ascii="Linux Libertine G" w:hAnsi="Linux Libertine G" w:cstheme="minorHAnsi"/>
          <w:lang w:val="en-GB"/>
        </w:rPr>
        <w:t xml:space="preserve">financial </w:t>
      </w:r>
    </w:p>
    <w:p>
      <w:pPr>
        <w:pStyle w:val="ListParagraph"/>
        <w:numPr>
          <w:ilvl w:val="0"/>
          <w:numId w:val="26"/>
        </w:numPr>
        <w:spacing w:before="0" w:after="0"/>
        <w:contextualSpacing/>
        <w:rPr>
          <w:rFonts w:ascii="Linux Libertine G" w:hAnsi="Linux Libertine G"/>
        </w:rPr>
      </w:pPr>
      <w:r>
        <w:rPr>
          <w:rFonts w:cs="Cambria" w:ascii="Linux Libertine G" w:hAnsi="Linux Libertine G" w:cstheme="minorHAnsi"/>
          <w:lang w:val="en-GB"/>
        </w:rPr>
        <w:t>emotional</w:t>
      </w:r>
    </w:p>
    <w:p>
      <w:pPr>
        <w:pStyle w:val="ListParagraph"/>
        <w:numPr>
          <w:ilvl w:val="0"/>
          <w:numId w:val="26"/>
        </w:numPr>
        <w:spacing w:before="0" w:after="0"/>
        <w:contextualSpacing/>
        <w:rPr>
          <w:rFonts w:ascii="Linux Libertine G" w:hAnsi="Linux Libertine G"/>
        </w:rPr>
      </w:pPr>
      <w:r>
        <w:rPr>
          <w:rFonts w:cs="Cambria" w:ascii="Linux Libertine G" w:hAnsi="Linux Libertine G" w:cstheme="minorHAnsi"/>
          <w:lang w:val="en-GB"/>
        </w:rPr>
        <w:t xml:space="preserve">Controlling behaviour:  a range of acts designed to make a person subordinate and/or dependent by isolating them from sources of support, exploiting their resources and capacities for personal gain, depriving them of the means needed for independence, resistance and escape and regulating their everyday behaviour. </w:t>
      </w:r>
    </w:p>
    <w:p>
      <w:pPr>
        <w:pStyle w:val="ListParagraph"/>
        <w:numPr>
          <w:ilvl w:val="0"/>
          <w:numId w:val="26"/>
        </w:numPr>
        <w:spacing w:before="0" w:after="0"/>
        <w:contextualSpacing/>
        <w:rPr>
          <w:rFonts w:ascii="Linux Libertine G" w:hAnsi="Linux Libertine G"/>
        </w:rPr>
      </w:pPr>
      <w:r>
        <w:rPr>
          <w:rFonts w:cs="Cambria" w:ascii="Linux Libertine G" w:hAnsi="Linux Libertine G" w:cstheme="minorHAnsi"/>
          <w:lang w:val="en-GB"/>
        </w:rPr>
        <w:t xml:space="preserve">Coercive behaviour: an act or a pattern of acts of assault, threats, humiliation and intimidation or other abuse that is used to harm, punish, or frighten a person. </w:t>
      </w:r>
    </w:p>
    <w:p>
      <w:pPr>
        <w:pStyle w:val="ListParagraph"/>
        <w:spacing w:before="0" w:after="0"/>
        <w:ind w:hanging="0" w:left="0"/>
        <w:contextualSpacing/>
        <w:rPr>
          <w:rFonts w:ascii="Linux Libertine G" w:hAnsi="Linux Libertine G" w:cs="Cambria" w:cstheme="minorHAnsi"/>
        </w:rPr>
      </w:pPr>
      <w:r>
        <w:rPr>
          <w:rFonts w:cs="Cambria" w:cstheme="minorHAnsi" w:ascii="Linux Libertine G" w:hAnsi="Linux Libertine G"/>
          <w:lang w:val="en-GB"/>
        </w:rPr>
      </w:r>
    </w:p>
    <w:p>
      <w:pPr>
        <w:pStyle w:val="ListParagraph"/>
        <w:spacing w:before="0" w:after="0"/>
        <w:ind w:hanging="0" w:left="0"/>
        <w:contextualSpacing/>
        <w:rPr>
          <w:rFonts w:ascii="Linux Libertine G" w:hAnsi="Linux Libertine G" w:cs="Cambria" w:cstheme="minorHAnsi"/>
          <w:b/>
          <w:bCs/>
          <w:i/>
          <w:iCs/>
        </w:rPr>
      </w:pPr>
      <w:r>
        <w:rPr>
          <w:rFonts w:cs="Cambria" w:ascii="Linux Libertine G" w:hAnsi="Linux Libertine G" w:cstheme="minorHAnsi"/>
          <w:b/>
          <w:bCs/>
          <w:i/>
          <w:iCs/>
          <w:lang w:val="en-GB"/>
        </w:rPr>
        <w:t xml:space="preserve">Sexual abuse </w:t>
      </w:r>
    </w:p>
    <w:p>
      <w:pPr>
        <w:pStyle w:val="ListParagraph"/>
        <w:spacing w:before="0" w:after="0"/>
        <w:ind w:hanging="0" w:left="0"/>
        <w:contextualSpacing/>
        <w:rPr>
          <w:rFonts w:ascii="Linux Libertine G" w:hAnsi="Linux Libertine G" w:cs="Cambria" w:cstheme="minorHAnsi"/>
          <w:b w:val="false"/>
          <w:bCs w:val="false"/>
          <w:i w:val="false"/>
          <w:iCs w:val="false"/>
        </w:rPr>
      </w:pPr>
      <w:r>
        <w:rPr>
          <w:rFonts w:cs="Cambria" w:ascii="Linux Libertine G" w:hAnsi="Linux Libertine G" w:cstheme="minorHAnsi"/>
          <w:b w:val="false"/>
          <w:bCs w:val="false"/>
          <w:i w:val="false"/>
          <w:iCs w:val="false"/>
          <w:lang w:val="en-GB"/>
        </w:rPr>
        <w:t xml:space="preserve">Including rape, sexual assault, sexual acts to which the adult has not consented or lacked the mental capacity to consent, inappropriate touching, sexual harassment, sexual exploitation, indecent exposure, sexual photography or recording, or sexual acts carried out through coercion, intimidation or manipulation. </w:t>
      </w:r>
    </w:p>
    <w:p>
      <w:pPr>
        <w:pStyle w:val="Normal"/>
        <w:spacing w:lineRule="auto" w:line="240" w:before="0" w:after="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rPr>
          <w:b/>
          <w:bCs/>
        </w:rPr>
      </w:pPr>
      <w:r>
        <w:rPr>
          <w:rFonts w:eastAsia="Calibri" w:cs="Cambria" w:ascii="Linux Libertine G" w:hAnsi="Linux Libertine G" w:cstheme="minorHAnsi"/>
          <w:b/>
          <w:bCs/>
          <w:i/>
          <w:lang w:val="en-GB" w:eastAsia="x-none"/>
        </w:rPr>
        <w:t>Forced Marriage</w:t>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 xml:space="preserve">Forcing a person to marry without their free and full consent, including taking them overseas for that purpose. Forced marriage is a form of abuse and may also constitute a criminal offence </w:t>
      </w:r>
    </w:p>
    <w:p>
      <w:pPr>
        <w:pStyle w:val="Normal"/>
        <w:spacing w:lineRule="auto" w:line="240" w:before="0" w:after="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rPr>
          <w:b/>
          <w:bCs/>
        </w:rPr>
      </w:pPr>
      <w:r>
        <w:rPr>
          <w:rFonts w:eastAsia="Calibri" w:cs="Cambria" w:ascii="Linux Libertine G" w:hAnsi="Linux Libertine G" w:cstheme="minorHAnsi"/>
          <w:b/>
          <w:bCs/>
          <w:i/>
          <w:lang w:val="en-GB" w:eastAsia="x-none"/>
        </w:rPr>
        <w:t>Exploitation by radicalisation</w:t>
      </w:r>
    </w:p>
    <w:p>
      <w:pPr>
        <w:pStyle w:val="Normal"/>
        <w:spacing w:lineRule="auto" w:line="240" w:before="0" w:after="0"/>
        <w:rPr>
          <w:rFonts w:ascii="Linux Libertine G" w:hAnsi="Linux Libertine G"/>
        </w:rPr>
      </w:pPr>
      <w:r>
        <w:rPr>
          <w:rFonts w:cs="Cambria" w:ascii="Linux Libertine G" w:hAnsi="Linux Libertine G" w:cstheme="minorHAnsi"/>
          <w:bCs/>
          <w:lang w:val="en-GB" w:eastAsia="x-none"/>
        </w:rPr>
        <w:t>See definition in clause 5.</w:t>
      </w:r>
    </w:p>
    <w:p>
      <w:pPr>
        <w:pStyle w:val="ListParagraph"/>
        <w:spacing w:before="0" w:after="0"/>
        <w:ind w:hanging="0" w:left="405"/>
        <w:contextualSpacing/>
        <w:rPr>
          <w:rFonts w:ascii="Linux Libertine G" w:hAnsi="Linux Libertine G" w:cs="Cambria" w:cstheme="minorHAnsi"/>
        </w:rPr>
      </w:pPr>
      <w:r>
        <w:rPr>
          <w:rFonts w:cs="Cambria" w:cstheme="minorHAnsi" w:ascii="Linux Libertine G" w:hAnsi="Linux Libertine G"/>
          <w:lang w:val="en-GB"/>
        </w:rPr>
      </w:r>
    </w:p>
    <w:p>
      <w:pPr>
        <w:pStyle w:val="Normal"/>
        <w:spacing w:before="0" w:after="0"/>
        <w:ind w:hanging="0" w:left="45"/>
        <w:rPr>
          <w:b/>
          <w:bCs/>
        </w:rPr>
      </w:pPr>
      <w:r>
        <w:rPr>
          <w:rFonts w:cs="Cambria" w:ascii="Linux Libertine G" w:hAnsi="Linux Libertine G" w:cstheme="minorHAnsi"/>
          <w:b/>
          <w:bCs/>
          <w:i/>
          <w:lang w:val="en-GB" w:eastAsia="x-none"/>
        </w:rPr>
        <w:t>Sexual exploitation</w:t>
      </w:r>
    </w:p>
    <w:p>
      <w:pPr>
        <w:pStyle w:val="Normal"/>
        <w:spacing w:before="0" w:after="0"/>
        <w:ind w:hanging="0" w:left="45"/>
        <w:rPr>
          <w:rFonts w:ascii="Linux Libertine G" w:hAnsi="Linux Libertine G"/>
        </w:rPr>
      </w:pPr>
      <w:r>
        <w:rPr>
          <w:rFonts w:cs="Cambria" w:ascii="Linux Libertine G" w:hAnsi="Linux Libertine G" w:cstheme="minorHAnsi"/>
          <w:lang w:val="en-GB"/>
        </w:rPr>
        <w:t xml:space="preserve">Sexual exploitation is a form of abuse in which a person is coerced, manipulated or deceived into sexual activity in exchange for something they need or want, or for the financial or other advantage of another person. Adults with care and support needs may be particularly vulnerable to sexual exploitation. </w:t>
      </w:r>
    </w:p>
    <w:p>
      <w:pPr>
        <w:pStyle w:val="Normal"/>
        <w:spacing w:before="0" w:after="0"/>
        <w:ind w:hanging="0" w:left="45"/>
        <w:rPr>
          <w:rFonts w:ascii="Linux Libertine G" w:hAnsi="Linux Libertine G" w:cs="Cambria" w:cstheme="minorHAnsi"/>
        </w:rPr>
      </w:pPr>
      <w:r>
        <w:rPr>
          <w:rFonts w:cs="Cambria" w:cstheme="minorHAnsi" w:ascii="Linux Libertine G" w:hAnsi="Linux Libertine G"/>
          <w:lang w:val="en-GB"/>
        </w:rPr>
      </w:r>
    </w:p>
    <w:p>
      <w:pPr>
        <w:pStyle w:val="Normal"/>
        <w:spacing w:lineRule="auto" w:line="240" w:before="0" w:after="0"/>
        <w:rPr>
          <w:b/>
          <w:bCs/>
        </w:rPr>
      </w:pPr>
      <w:r>
        <w:rPr>
          <w:rFonts w:eastAsia="Calibri" w:cs="Cambria" w:ascii="Linux Libertine G" w:hAnsi="Linux Libertine G" w:cstheme="minorHAnsi"/>
          <w:b/>
          <w:bCs/>
          <w:i/>
          <w:lang w:val="en-GB" w:eastAsia="x-none"/>
        </w:rPr>
        <w:t>Psychological abuse</w:t>
      </w:r>
    </w:p>
    <w:p>
      <w:pPr>
        <w:pStyle w:val="Normal"/>
        <w:spacing w:lineRule="auto" w:line="240" w:before="0" w:after="0"/>
        <w:rPr>
          <w:rFonts w:ascii="Linux Libertine G" w:hAnsi="Linux Libertine G"/>
        </w:rPr>
      </w:pPr>
      <w:r>
        <w:rPr>
          <w:rFonts w:eastAsia="Calibri" w:cs="Cambria" w:ascii="Linux Libertine G" w:hAnsi="Linux Libertine G" w:cstheme="minorHAnsi"/>
          <w:bCs/>
          <w:lang w:val="en-GB" w:eastAsia="x-none"/>
        </w:rPr>
        <w:t>I</w:t>
      </w:r>
      <w:r>
        <w:rPr>
          <w:rFonts w:eastAsia="Calibri" w:cs="Cambria" w:ascii="Linux Libertine G" w:hAnsi="Linux Libertine G" w:cstheme="minorHAnsi"/>
          <w:lang w:val="en-GB"/>
        </w:rPr>
        <w:t>ncluding emotional abuse, threats of harm or abandonment, deprivation of contact, humiliation, blaming, controlling, intimidation, coercion, harassment, verbal abuse, cyberbullying, isolation or unreasonable and unjustified withdrawal of services or supportive networks.</w:t>
      </w:r>
    </w:p>
    <w:p>
      <w:pPr>
        <w:pStyle w:val="Normal"/>
        <w:spacing w:lineRule="auto" w:line="240" w:before="0" w:after="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rPr>
          <w:b/>
          <w:bCs/>
        </w:rPr>
      </w:pPr>
      <w:r>
        <w:rPr>
          <w:rFonts w:eastAsia="Calibri" w:cs="Cambria" w:ascii="Linux Libertine G" w:hAnsi="Linux Libertine G" w:cstheme="minorHAnsi"/>
          <w:b/>
          <w:bCs/>
          <w:i/>
          <w:lang w:val="en-GB" w:eastAsia="x-none"/>
        </w:rPr>
        <w:t>Financial or material abuse</w:t>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 xml:space="preserve">Including theft, fraud, internet scamming and/or coercion in relation to an adult’s financial affairs or arrangements including misuse of benefits, property or lasting powers of attorney. </w:t>
      </w:r>
    </w:p>
    <w:p>
      <w:pPr>
        <w:pStyle w:val="Normal"/>
        <w:spacing w:lineRule="auto" w:line="240" w:before="0" w:after="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rPr>
          <w:b/>
          <w:bCs/>
        </w:rPr>
      </w:pPr>
      <w:r>
        <w:rPr>
          <w:rFonts w:eastAsia="Calibri" w:cs="Cambria" w:ascii="Linux Libertine G" w:hAnsi="Linux Libertine G" w:cstheme="minorHAnsi"/>
          <w:b/>
          <w:bCs/>
          <w:i/>
          <w:lang w:val="en-GB" w:eastAsia="x-none"/>
        </w:rPr>
        <w:t>Modern Slavery</w:t>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Includes human trafficking, forced and compulsory labour and debt bondage, sexual exploitation, criminal exploitation, domestic servitude, descent-based slavery, forced and child labour, slavery in supply chains, and forced and early marriage.</w:t>
      </w:r>
    </w:p>
    <w:p>
      <w:pPr>
        <w:pStyle w:val="Normal"/>
        <w:spacing w:lineRule="auto" w:line="240" w:before="0" w:after="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rPr>
          <w:b/>
          <w:bCs/>
        </w:rPr>
      </w:pPr>
      <w:r>
        <w:rPr>
          <w:rFonts w:eastAsia="Calibri" w:cs="Cambria" w:ascii="Linux Libertine G" w:hAnsi="Linux Libertine G" w:cstheme="minorHAnsi"/>
          <w:b/>
          <w:bCs/>
          <w:i/>
          <w:lang w:val="en-GB" w:eastAsia="x-none"/>
        </w:rPr>
        <w:t>Discriminatory abuse</w:t>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Including forms of harassment, slurs or similar treatment because of race, gender and gender identity, age, disability, sexual orientation or religion and protected characteristics:</w:t>
      </w:r>
    </w:p>
    <w:p>
      <w:pPr>
        <w:pStyle w:val="Normal"/>
        <w:numPr>
          <w:ilvl w:val="0"/>
          <w:numId w:val="50"/>
        </w:numPr>
        <w:spacing w:lineRule="auto" w:line="240" w:before="0" w:after="0"/>
        <w:rPr>
          <w:rFonts w:ascii="Linux Libertine G" w:hAnsi="Linux Libertine G" w:eastAsia="Calibri" w:cs="Cambria" w:cstheme="minorHAnsi"/>
        </w:rPr>
      </w:pPr>
      <w:r>
        <w:rPr>
          <w:rFonts w:eastAsia="Calibri" w:cs="Cambria" w:ascii="Linux Libertine G" w:hAnsi="Linux Libertine G" w:cstheme="minorHAnsi"/>
          <w:lang w:val="en-GB"/>
        </w:rPr>
        <w:t>race</w:t>
      </w:r>
    </w:p>
    <w:p>
      <w:pPr>
        <w:pStyle w:val="Normal"/>
        <w:numPr>
          <w:ilvl w:val="0"/>
          <w:numId w:val="50"/>
        </w:numPr>
        <w:spacing w:lineRule="auto" w:line="240" w:before="0" w:after="0"/>
        <w:rPr>
          <w:rFonts w:ascii="Linux Libertine G" w:hAnsi="Linux Libertine G" w:eastAsia="Calibri" w:cs="Cambria" w:cstheme="minorHAnsi"/>
        </w:rPr>
      </w:pPr>
      <w:r>
        <w:rPr>
          <w:rFonts w:eastAsia="Calibri" w:cs="Cambria" w:ascii="Linux Libertine G" w:hAnsi="Linux Libertine G" w:cstheme="minorHAnsi"/>
          <w:lang w:val="en-GB"/>
        </w:rPr>
        <w:t xml:space="preserve">disability </w:t>
      </w:r>
    </w:p>
    <w:p>
      <w:pPr>
        <w:pStyle w:val="Normal"/>
        <w:numPr>
          <w:ilvl w:val="0"/>
          <w:numId w:val="50"/>
        </w:numPr>
        <w:spacing w:lineRule="auto" w:line="240" w:before="0" w:after="0"/>
        <w:rPr>
          <w:rFonts w:ascii="Linux Libertine G" w:hAnsi="Linux Libertine G" w:eastAsia="Calibri" w:cs="Cambria" w:cstheme="minorHAnsi"/>
        </w:rPr>
      </w:pPr>
      <w:r>
        <w:rPr>
          <w:rFonts w:eastAsia="Calibri" w:cs="Cambria" w:ascii="Linux Libertine G" w:hAnsi="Linux Libertine G" w:cstheme="minorHAnsi"/>
          <w:lang w:val="en-GB"/>
        </w:rPr>
        <w:t>sex</w:t>
      </w:r>
    </w:p>
    <w:p>
      <w:pPr>
        <w:pStyle w:val="Normal"/>
        <w:numPr>
          <w:ilvl w:val="0"/>
          <w:numId w:val="50"/>
        </w:numPr>
        <w:spacing w:lineRule="auto" w:line="240" w:before="0" w:after="0"/>
        <w:rPr>
          <w:rFonts w:ascii="Linux Libertine G" w:hAnsi="Linux Libertine G" w:eastAsia="Calibri" w:cs="Cambria" w:cstheme="minorHAnsi"/>
        </w:rPr>
      </w:pPr>
      <w:r>
        <w:rPr>
          <w:rFonts w:eastAsia="Calibri" w:cs="Cambria" w:ascii="Linux Libertine G" w:hAnsi="Linux Libertine G" w:cstheme="minorHAnsi"/>
          <w:lang w:val="en-GB"/>
        </w:rPr>
        <w:t xml:space="preserve">sexual orientation </w:t>
      </w:r>
    </w:p>
    <w:p>
      <w:pPr>
        <w:pStyle w:val="Normal"/>
        <w:numPr>
          <w:ilvl w:val="0"/>
          <w:numId w:val="50"/>
        </w:numPr>
        <w:spacing w:lineRule="auto" w:line="240" w:before="0" w:after="0"/>
        <w:rPr>
          <w:rFonts w:ascii="Linux Libertine G" w:hAnsi="Linux Libertine G" w:eastAsia="Calibri" w:cs="Cambria" w:cstheme="minorHAnsi"/>
        </w:rPr>
      </w:pPr>
      <w:r>
        <w:rPr>
          <w:rFonts w:eastAsia="Calibri" w:cs="Cambria" w:ascii="Linux Libertine G" w:hAnsi="Linux Libertine G" w:cstheme="minorHAnsi"/>
          <w:lang w:val="en-GB"/>
        </w:rPr>
        <w:t>religious belief</w:t>
      </w:r>
    </w:p>
    <w:p>
      <w:pPr>
        <w:pStyle w:val="Normal"/>
        <w:numPr>
          <w:ilvl w:val="0"/>
          <w:numId w:val="50"/>
        </w:numPr>
        <w:spacing w:lineRule="auto" w:line="240" w:before="0" w:after="0"/>
        <w:rPr>
          <w:rFonts w:ascii="Linux Libertine G" w:hAnsi="Linux Libertine G" w:eastAsia="Calibri" w:cs="Cambria" w:cstheme="minorHAnsi"/>
        </w:rPr>
      </w:pPr>
      <w:r>
        <w:rPr>
          <w:rFonts w:eastAsia="Calibri" w:cs="Cambria" w:ascii="Linux Libertine G" w:hAnsi="Linux Libertine G" w:cstheme="minorHAnsi"/>
          <w:lang w:val="en-GB"/>
        </w:rPr>
        <w:t>age</w:t>
      </w:r>
    </w:p>
    <w:p>
      <w:pPr>
        <w:pStyle w:val="Normal"/>
        <w:numPr>
          <w:ilvl w:val="0"/>
          <w:numId w:val="50"/>
        </w:numPr>
        <w:spacing w:lineRule="auto" w:line="240" w:before="0" w:after="0"/>
        <w:rPr>
          <w:rFonts w:ascii="Linux Libertine G" w:hAnsi="Linux Libertine G" w:eastAsia="Calibri" w:cs="Cambria" w:cstheme="minorHAnsi"/>
        </w:rPr>
      </w:pPr>
      <w:r>
        <w:rPr>
          <w:rFonts w:eastAsia="Calibri" w:cs="Cambria" w:ascii="Linux Libertine G" w:hAnsi="Linux Libertine G" w:cstheme="minorHAnsi"/>
          <w:lang w:val="en-GB"/>
        </w:rPr>
        <w:t xml:space="preserve">gender reassignment </w:t>
      </w:r>
    </w:p>
    <w:p>
      <w:pPr>
        <w:pStyle w:val="Normal"/>
        <w:spacing w:lineRule="auto" w:line="240" w:before="0" w:after="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rPr>
          <w:b/>
          <w:bCs/>
        </w:rPr>
      </w:pPr>
      <w:r>
        <w:rPr>
          <w:rFonts w:eastAsia="Calibri" w:cs="Cambria" w:ascii="Linux Libertine G" w:hAnsi="Linux Libertine G" w:cstheme="minorHAnsi"/>
          <w:b/>
          <w:bCs/>
          <w:i/>
          <w:lang w:val="en-GB" w:eastAsia="x-none"/>
        </w:rPr>
        <w:t>Online Abuse and Cyberbullying</w:t>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See definition in clause 5.</w:t>
      </w:r>
    </w:p>
    <w:p>
      <w:pPr>
        <w:pStyle w:val="Normal"/>
        <w:spacing w:lineRule="auto" w:line="240" w:before="0" w:after="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rPr>
          <w:b/>
          <w:bCs/>
        </w:rPr>
      </w:pPr>
      <w:r>
        <w:rPr>
          <w:rFonts w:eastAsia="Calibri" w:cs="Cambria" w:ascii="Linux Libertine G" w:hAnsi="Linux Libertine G" w:cstheme="minorHAnsi"/>
          <w:b/>
          <w:bCs/>
          <w:i/>
          <w:lang w:val="en-GB" w:eastAsia="x-none"/>
        </w:rPr>
        <w:t>Organisational abuse</w:t>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Including neglect and poor care practice within an institution or specific care setting such as a hospital or care home, for example, or in relation to care provided in a person’s own home. This may be a one-off incident or on-going ill-treatment.</w:t>
      </w:r>
    </w:p>
    <w:p>
      <w:pPr>
        <w:pStyle w:val="Normal"/>
        <w:spacing w:lineRule="auto" w:line="240" w:before="0" w:after="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rPr>
          <w:b/>
          <w:bCs/>
        </w:rPr>
      </w:pPr>
      <w:r>
        <w:rPr>
          <w:rFonts w:eastAsia="Calibri" w:cs="Cambria" w:ascii="Linux Libertine G" w:hAnsi="Linux Libertine G" w:cstheme="minorHAnsi"/>
          <w:b/>
          <w:bCs/>
          <w:i/>
          <w:lang w:val="en-GB" w:eastAsia="x-none"/>
        </w:rPr>
        <w:t>Neglect and acts of omission</w:t>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Includes ignoring medical, emotional or physical care needs, failure to provide access to appropriate health, care and support or educational services, equipment, the withholding of the necessities of life, such as medication, adequate nutrition and heating.</w:t>
      </w:r>
    </w:p>
    <w:p>
      <w:pPr>
        <w:pStyle w:val="Normal"/>
        <w:spacing w:lineRule="auto" w:line="240" w:before="0" w:after="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rPr>
          <w:b/>
          <w:bCs/>
        </w:rPr>
      </w:pPr>
      <w:r>
        <w:rPr>
          <w:rFonts w:eastAsia="Calibri" w:cs="Cambria" w:ascii="Linux Libertine G" w:hAnsi="Linux Libertine G" w:cstheme="minorHAnsi"/>
          <w:b/>
          <w:bCs/>
          <w:i/>
          <w:lang w:val="en-GB" w:eastAsia="x-none"/>
        </w:rPr>
        <w:t>Self–neglect and hoarding</w:t>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 xml:space="preserve">This includes a broad spectrum of behaviour. The Care Act 2014 statutory guidance defines self-neglect as: “a wide range of behaviour neglecting to care for one’s personal hygiene, health or surroundings and includes behaviour such as hoarding”.  </w:t>
      </w:r>
      <w:r>
        <w:rPr>
          <w:lang w:val="en-GB"/>
        </w:rPr>
        <w:t xml:space="preserve">Whether safeguarding procedures are required will depend on the circumstances, including the adult's mental capacity, ability to protect themselves and the level of risk </w:t>
      </w:r>
      <w:r>
        <w:rPr>
          <w:rFonts w:eastAsia="Calibri" w:cs="Cambria" w:ascii="Linux Libertine G" w:hAnsi="Linux Libertine G" w:cstheme="minorHAnsi"/>
          <w:lang w:val="en-GB"/>
        </w:rPr>
        <w:t>will depend on an adult’s ability to protect themselves by controlling their own behaviour.</w:t>
      </w:r>
    </w:p>
    <w:p>
      <w:pPr>
        <w:pStyle w:val="Normal"/>
        <w:spacing w:lineRule="auto" w:line="240" w:before="0" w:after="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rPr>
          <w:b/>
          <w:bCs/>
        </w:rPr>
      </w:pPr>
      <w:r>
        <w:rPr>
          <w:rFonts w:eastAsia="Calibri" w:cs="Cambria" w:ascii="Linux Libertine G" w:hAnsi="Linux Libertine G" w:cstheme="minorHAnsi"/>
          <w:b/>
          <w:bCs/>
          <w:i/>
          <w:lang w:val="en-GB" w:eastAsia="x-none"/>
        </w:rPr>
        <w:t>Homelessness</w:t>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Homeless does not, in itself, mean an adult has care and support needs or is experiencing abuse or neglect, and it is therefore not a defined category of harm. However circumstances such as homelessness may exacerbate other conditions and impact negatively upon individual’s ability to care for their health and to protect themselves.</w:t>
      </w:r>
    </w:p>
    <w:p>
      <w:pPr>
        <w:pStyle w:val="Normal"/>
        <w:spacing w:lineRule="auto" w:line="240" w:before="0" w:after="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rPr>
          <w:b/>
          <w:bCs/>
        </w:rPr>
      </w:pPr>
      <w:r>
        <w:rPr>
          <w:rFonts w:eastAsia="Calibri" w:cs="Cambria" w:ascii="Linux Libertine G" w:hAnsi="Linux Libertine G" w:cstheme="minorHAnsi"/>
          <w:b/>
          <w:bCs/>
          <w:i/>
          <w:lang w:val="en-GB" w:eastAsia="x-none"/>
        </w:rPr>
        <w:t>Cuckooing</w:t>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see definition in clause 5.</w:t>
      </w:r>
    </w:p>
    <w:p>
      <w:pPr>
        <w:pStyle w:val="Normal"/>
        <w:numPr>
          <w:ilvl w:val="0"/>
          <w:numId w:val="0"/>
        </w:numPr>
        <w:spacing w:lineRule="auto" w:line="240" w:before="0" w:after="0"/>
        <w:ind w:hanging="0" w:left="0"/>
        <w:outlineLvl w:val="1"/>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rPr>
          <w:rFonts w:ascii="Linux Libertine G" w:hAnsi="Linux Libertine G"/>
          <w:sz w:val="22"/>
          <w:szCs w:val="22"/>
        </w:rPr>
      </w:pPr>
      <w:r>
        <w:rPr>
          <w:rFonts w:ascii="Linux Libertine G" w:hAnsi="Linux Libertine G"/>
          <w:sz w:val="22"/>
          <w:szCs w:val="22"/>
          <w:lang w:val="en-GB"/>
        </w:rPr>
      </w:r>
    </w:p>
    <w:p>
      <w:pPr>
        <w:pStyle w:val="NormalCustom"/>
        <w:rPr>
          <w:rFonts w:ascii="Linux Libertine G" w:hAnsi="Linux Libertine G"/>
        </w:rPr>
      </w:pPr>
      <w:r>
        <w:rPr>
          <w:rFonts w:ascii="Linux Libertine G" w:hAnsi="Linux Libertine G"/>
          <w:color w:val="2A6099"/>
          <w:sz w:val="22"/>
          <w:szCs w:val="22"/>
          <w:lang w:val="en-GB"/>
        </w:rPr>
        <w:t>11. RECORD KEEPING</w:t>
      </w:r>
      <w:r>
        <w:rPr>
          <w:rFonts w:ascii="Linux Libertine G" w:hAnsi="Linux Libertine G"/>
          <w:sz w:val="22"/>
          <w:szCs w:val="22"/>
          <w:lang w:val="en-GB"/>
        </w:rPr>
        <w:br/>
        <w:t xml:space="preserve">Confidential and accurate </w:t>
      </w:r>
      <w:r>
        <w:rPr>
          <w:rFonts w:ascii="Linux Libertine G" w:hAnsi="Linux Libertine G"/>
          <w:sz w:val="22"/>
          <w:szCs w:val="22"/>
          <w:lang w:val="en-GB"/>
        </w:rPr>
        <w:t xml:space="preserve">and contemporaneous records </w:t>
      </w:r>
      <w:r>
        <w:rPr>
          <w:rFonts w:ascii="Linux Libertine G" w:hAnsi="Linux Libertine G"/>
          <w:sz w:val="22"/>
          <w:szCs w:val="22"/>
          <w:lang w:val="en-GB"/>
        </w:rPr>
        <w:t xml:space="preserve">of concerns, disclosures, </w:t>
      </w:r>
      <w:r>
        <w:rPr>
          <w:rFonts w:ascii="Linux Libertine G" w:hAnsi="Linux Libertine G"/>
          <w:sz w:val="22"/>
          <w:szCs w:val="22"/>
          <w:lang w:val="en-GB"/>
        </w:rPr>
        <w:t xml:space="preserve">decisions, referrals, </w:t>
      </w:r>
      <w:r>
        <w:rPr>
          <w:rFonts w:ascii="Linux Libertine G" w:hAnsi="Linux Libertine G"/>
          <w:sz w:val="22"/>
          <w:szCs w:val="22"/>
          <w:lang w:val="en-GB"/>
        </w:rPr>
        <w:t xml:space="preserve">actions taken </w:t>
      </w:r>
      <w:r>
        <w:rPr>
          <w:rFonts w:ascii="Linux Libertine G" w:hAnsi="Linux Libertine G"/>
          <w:sz w:val="22"/>
          <w:szCs w:val="22"/>
          <w:lang w:val="en-GB"/>
        </w:rPr>
        <w:t>and the reasons for those actions</w:t>
      </w:r>
      <w:r>
        <w:rPr>
          <w:rFonts w:ascii="Linux Libertine G" w:hAnsi="Linux Libertine G"/>
          <w:sz w:val="22"/>
          <w:szCs w:val="22"/>
          <w:lang w:val="en-GB"/>
        </w:rPr>
        <w:t xml:space="preserve"> will be maintained securely by the DSL. Access </w:t>
      </w:r>
      <w:r>
        <w:rPr>
          <w:rFonts w:ascii="Linux Libertine G" w:hAnsi="Linux Libertine G"/>
          <w:sz w:val="22"/>
          <w:szCs w:val="22"/>
          <w:lang w:val="en-GB"/>
        </w:rPr>
        <w:t>will be rest</w:t>
      </w:r>
      <w:r>
        <w:rPr>
          <w:rFonts w:ascii="Linux Libertine G" w:hAnsi="Linux Libertine G"/>
          <w:sz w:val="22"/>
          <w:szCs w:val="22"/>
          <w:lang w:val="en-GB"/>
        </w:rPr>
        <w:t xml:space="preserve">ricted to authorised personnel only, </w:t>
      </w:r>
      <w:r>
        <w:rPr>
          <w:rFonts w:ascii="Linux Libertine G" w:hAnsi="Linux Libertine G"/>
          <w:sz w:val="22"/>
          <w:szCs w:val="22"/>
          <w:lang w:val="en-GB"/>
        </w:rPr>
        <w:t xml:space="preserve">in accordance with the Data Protection Act 2018, UK GPDR and relevant safeguarding legislation. </w:t>
      </w:r>
    </w:p>
    <w:p>
      <w:pPr>
        <w:pStyle w:val="Normal"/>
        <w:keepNext w:val="true"/>
        <w:keepLines/>
        <w:numPr>
          <w:ilvl w:val="0"/>
          <w:numId w:val="0"/>
        </w:numPr>
        <w:spacing w:lineRule="auto" w:line="240" w:before="0" w:after="0"/>
        <w:ind w:hanging="0" w:left="0"/>
        <w:outlineLvl w:val="1"/>
        <w:rPr>
          <w:rFonts w:ascii="Linux Libertine G" w:hAnsi="Linux Libertine G"/>
        </w:rPr>
      </w:pPr>
      <w:bookmarkStart w:id="20" w:name="_Toc486246966"/>
      <w:r>
        <w:rPr>
          <w:rFonts w:eastAsia="Times New Roman" w:cs="Cambria" w:cstheme="minorHAnsi" w:ascii="Linux Libertine G" w:hAnsi="Linux Libertine G"/>
          <w:b/>
          <w:bCs/>
          <w:lang w:val="en-GB" w:eastAsia="x-none"/>
        </w:rPr>
        <w:t>Making a Written Record</w:t>
      </w:r>
      <w:bookmarkEnd w:id="20"/>
    </w:p>
    <w:p>
      <w:pPr>
        <w:pStyle w:val="Normal"/>
        <w:numPr>
          <w:ilvl w:val="0"/>
          <w:numId w:val="0"/>
        </w:numPr>
        <w:spacing w:lineRule="auto" w:line="240" w:before="0" w:after="0"/>
        <w:ind w:hanging="0" w:left="0"/>
        <w:outlineLvl w:val="1"/>
        <w:rPr>
          <w:rFonts w:ascii="Linux Libertine G" w:hAnsi="Linux Libertine G"/>
        </w:rPr>
      </w:pPr>
      <w:r>
        <w:rPr>
          <w:rFonts w:eastAsia="Times New Roman" w:cs="Cambria" w:cstheme="minorHAnsi" w:ascii="Linux Libertine G" w:hAnsi="Linux Libertine G"/>
          <w:b/>
          <w:bCs/>
          <w:lang w:val="en-GB" w:eastAsia="x-none"/>
        </w:rPr>
      </w:r>
    </w:p>
    <w:p>
      <w:pPr>
        <w:pStyle w:val="Normal"/>
        <w:numPr>
          <w:ilvl w:val="0"/>
          <w:numId w:val="0"/>
        </w:numPr>
        <w:spacing w:lineRule="auto" w:line="240" w:before="0" w:after="0"/>
        <w:ind w:hanging="0" w:left="0"/>
        <w:outlineLvl w:val="1"/>
        <w:rPr>
          <w:rFonts w:ascii="Linux Libertine G" w:hAnsi="Linux Libertine G" w:eastAsia="Calibri" w:cs="Cambria" w:cstheme="minorHAnsi"/>
          <w:b w:val="false"/>
          <w:bCs w:val="false"/>
          <w:lang w:val="en-GB" w:eastAsia="x-none"/>
        </w:rPr>
      </w:pPr>
      <w:r>
        <w:rPr>
          <w:rFonts w:eastAsia="Calibri" w:cs="Cambria" w:cstheme="minorHAnsi" w:ascii="Linux Libertine G" w:hAnsi="Linux Libertine G"/>
          <w:b w:val="false"/>
          <w:bCs w:val="false"/>
          <w:lang w:val="en-GB" w:eastAsia="x-none"/>
        </w:rPr>
        <w:t>The person who receives the safeguarding concern, disclosure or allegation should make a written record as soon as possible, preferably immediately afterwards and always on the same working day. Where appropriate, any other person who witnessed the incident or disclosure should also make their own signed and dated record.</w:t>
      </w:r>
    </w:p>
    <w:p>
      <w:pPr>
        <w:pStyle w:val="Normal"/>
        <w:numPr>
          <w:ilvl w:val="0"/>
          <w:numId w:val="0"/>
        </w:numPr>
        <w:spacing w:lineRule="auto" w:line="240" w:before="0" w:after="0"/>
        <w:ind w:hanging="0" w:left="0"/>
        <w:outlineLvl w:val="1"/>
        <w:rPr>
          <w:rFonts w:ascii="Linux Libertine G" w:hAnsi="Linux Libertine G" w:eastAsia="Calibri" w:cs="Cambria" w:cstheme="minorHAnsi"/>
          <w:b w:val="false"/>
          <w:bCs w:val="false"/>
          <w:lang w:val="en-GB" w:eastAsia="x-none"/>
        </w:rPr>
      </w:pPr>
      <w:r>
        <w:rPr>
          <w:rFonts w:eastAsia="Calibri" w:cs="Cambria" w:cstheme="minorHAnsi" w:ascii="Linux Libertine G" w:hAnsi="Linux Libertine G"/>
          <w:b w:val="false"/>
          <w:bCs w:val="false"/>
          <w:lang w:val="en-GB" w:eastAsia="x-none"/>
        </w:rPr>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 xml:space="preserve">The written record </w:t>
      </w:r>
      <w:r>
        <w:rPr>
          <w:rFonts w:eastAsia="Calibri" w:cs="Cambria" w:ascii="Linux Libertine G" w:hAnsi="Linux Libertine G" w:cstheme="minorHAnsi"/>
          <w:lang w:val="en-GB"/>
        </w:rPr>
        <w:t>should</w:t>
      </w:r>
      <w:r>
        <w:rPr>
          <w:rFonts w:eastAsia="Calibri" w:cs="Cambria" w:ascii="Linux Libertine G" w:hAnsi="Linux Libertine G" w:cstheme="minorHAnsi"/>
          <w:lang w:val="en-GB"/>
        </w:rPr>
        <w:t xml:space="preserve"> to include:</w:t>
      </w:r>
    </w:p>
    <w:p>
      <w:pPr>
        <w:pStyle w:val="ListParagraph"/>
        <w:numPr>
          <w:ilvl w:val="0"/>
          <w:numId w:val="29"/>
        </w:numPr>
        <w:spacing w:before="0" w:after="0"/>
        <w:contextualSpacing/>
        <w:rPr>
          <w:rFonts w:ascii="Linux Libertine G" w:hAnsi="Linux Libertine G"/>
        </w:rPr>
      </w:pPr>
      <w:r>
        <w:rPr>
          <w:rFonts w:cs="Cambria" w:ascii="Linux Libertine G" w:hAnsi="Linux Libertine G" w:cstheme="minorHAnsi"/>
          <w:lang w:val="en-GB"/>
        </w:rPr>
        <w:t xml:space="preserve">the date and time of the disclosure, or when </w:t>
      </w:r>
      <w:r>
        <w:rPr>
          <w:rFonts w:cs="Cambria" w:ascii="Linux Libertine G" w:hAnsi="Linux Libertine G" w:cstheme="minorHAnsi"/>
          <w:lang w:val="en-GB"/>
        </w:rPr>
        <w:t>the concern arose;</w:t>
      </w:r>
    </w:p>
    <w:p>
      <w:pPr>
        <w:pStyle w:val="ListParagraph"/>
        <w:numPr>
          <w:ilvl w:val="0"/>
          <w:numId w:val="29"/>
        </w:numPr>
        <w:spacing w:before="0" w:after="0"/>
        <w:contextualSpacing/>
        <w:rPr>
          <w:rFonts w:ascii="Linux Libertine G" w:hAnsi="Linux Libertine G"/>
        </w:rPr>
      </w:pPr>
      <w:r>
        <w:rPr>
          <w:rFonts w:cs="Cambria" w:ascii="Linux Libertine G" w:hAnsi="Linux Libertine G" w:cstheme="minorHAnsi"/>
          <w:lang w:val="en-GB"/>
        </w:rPr>
        <w:t>who was involved, any other witnesses;</w:t>
      </w:r>
    </w:p>
    <w:p>
      <w:pPr>
        <w:pStyle w:val="ListParagraph"/>
        <w:numPr>
          <w:ilvl w:val="0"/>
          <w:numId w:val="29"/>
        </w:numPr>
        <w:spacing w:before="0" w:after="0"/>
        <w:contextualSpacing/>
        <w:rPr>
          <w:rFonts w:ascii="Linux Libertine G" w:hAnsi="Linux Libertine G"/>
        </w:rPr>
      </w:pPr>
      <w:r>
        <w:rPr>
          <w:rFonts w:cs="Cambria" w:ascii="Linux Libertine G" w:hAnsi="Linux Libertine G" w:cstheme="minorHAnsi"/>
          <w:lang w:val="en-GB"/>
        </w:rPr>
        <w:t>exactly what happened or what you were told,</w:t>
      </w:r>
      <w:r>
        <w:rPr>
          <w:lang w:val="en-GB"/>
        </w:rPr>
        <w:t xml:space="preserve"> using the person's own words wherever possible; </w:t>
      </w:r>
    </w:p>
    <w:p>
      <w:pPr>
        <w:pStyle w:val="ListParagraph"/>
        <w:numPr>
          <w:ilvl w:val="0"/>
          <w:numId w:val="29"/>
        </w:numPr>
        <w:spacing w:before="0" w:after="0"/>
        <w:contextualSpacing/>
        <w:rPr>
          <w:rFonts w:ascii="Linux Libertine G" w:hAnsi="Linux Libertine G"/>
        </w:rPr>
      </w:pPr>
      <w:r>
        <w:rPr>
          <w:rFonts w:cs="Cambria" w:cstheme="minorHAnsi" w:ascii="Linux Libertine G" w:hAnsi="Linux Libertine G"/>
          <w:lang w:val="en-GB"/>
        </w:rPr>
        <w:t>A factual account of what was seen, heard or observed;</w:t>
      </w:r>
      <w:r>
        <w:rPr>
          <w:rFonts w:cs="Cambria" w:cstheme="minorHAnsi" w:ascii="Linux Libertine G" w:hAnsi="Linux Libertine G"/>
          <w:lang w:val="en-GB"/>
        </w:rPr>
        <w:t xml:space="preserve"> </w:t>
      </w:r>
    </w:p>
    <w:p>
      <w:pPr>
        <w:pStyle w:val="ListParagraph"/>
        <w:numPr>
          <w:ilvl w:val="0"/>
          <w:numId w:val="29"/>
        </w:numPr>
        <w:spacing w:before="0" w:after="0"/>
        <w:contextualSpacing/>
        <w:rPr>
          <w:rFonts w:ascii="Linux Libertine G" w:hAnsi="Linux Libertine G"/>
        </w:rPr>
      </w:pPr>
      <w:r>
        <w:rPr>
          <w:rFonts w:cs="Cambria" w:ascii="Linux Libertine G" w:hAnsi="Linux Libertine G" w:cstheme="minorHAnsi"/>
          <w:lang w:val="en-GB"/>
        </w:rPr>
        <w:t xml:space="preserve">the views and wishes of the child or adult </w:t>
      </w:r>
      <w:r>
        <w:rPr>
          <w:rFonts w:cs="Cambria" w:ascii="Linux Libertine G" w:hAnsi="Linux Libertine G" w:cstheme="minorHAnsi"/>
          <w:lang w:val="en-GB"/>
        </w:rPr>
        <w:t>with care and support needs, where these have been expressed;</w:t>
      </w:r>
    </w:p>
    <w:p>
      <w:pPr>
        <w:pStyle w:val="ListParagraph"/>
        <w:numPr>
          <w:ilvl w:val="0"/>
          <w:numId w:val="29"/>
        </w:numPr>
        <w:spacing w:before="0" w:after="0"/>
        <w:contextualSpacing/>
        <w:rPr>
          <w:rFonts w:ascii="Linux Libertine G" w:hAnsi="Linux Libertine G"/>
        </w:rPr>
      </w:pPr>
      <w:r>
        <w:rPr>
          <w:rFonts w:cs="Cambria" w:ascii="Linux Libertine G" w:hAnsi="Linux Libertine G" w:cstheme="minorHAnsi"/>
          <w:lang w:val="en-GB"/>
        </w:rPr>
        <w:t>the appearance and behaviour the person making the disclosure,</w:t>
      </w:r>
    </w:p>
    <w:p>
      <w:pPr>
        <w:pStyle w:val="ListParagraph"/>
        <w:numPr>
          <w:ilvl w:val="0"/>
          <w:numId w:val="29"/>
        </w:numPr>
        <w:spacing w:before="0" w:after="0"/>
        <w:contextualSpacing/>
        <w:rPr>
          <w:rFonts w:ascii="Linux Libertine G" w:hAnsi="Linux Libertine G"/>
        </w:rPr>
      </w:pPr>
      <w:r>
        <w:rPr>
          <w:rFonts w:cs="Cambria" w:ascii="Linux Libertine G" w:hAnsi="Linux Libertine G" w:cstheme="minorHAnsi"/>
          <w:lang w:val="en-GB"/>
        </w:rPr>
        <w:t xml:space="preserve">any injuries </w:t>
      </w:r>
      <w:r>
        <w:rPr>
          <w:rFonts w:cs="Cambria" w:ascii="Linux Libertine G" w:hAnsi="Linux Libertine G" w:cstheme="minorHAnsi"/>
          <w:lang w:val="en-GB"/>
        </w:rPr>
        <w:t>or physical signs</w:t>
      </w:r>
      <w:r>
        <w:rPr>
          <w:rFonts w:cs="Cambria" w:ascii="Linux Libertine G" w:hAnsi="Linux Libertine G" w:cstheme="minorHAnsi"/>
          <w:lang w:val="en-GB"/>
        </w:rPr>
        <w:t xml:space="preserve"> observed,</w:t>
      </w:r>
    </w:p>
    <w:p>
      <w:pPr>
        <w:pStyle w:val="ListParagraph"/>
        <w:numPr>
          <w:ilvl w:val="0"/>
          <w:numId w:val="29"/>
        </w:numPr>
        <w:spacing w:before="0" w:after="0"/>
        <w:contextualSpacing/>
        <w:rPr>
          <w:rFonts w:ascii="Linux Libertine G" w:hAnsi="Linux Libertine G"/>
        </w:rPr>
      </w:pPr>
      <w:r>
        <w:rPr>
          <w:rFonts w:cs="Cambria" w:cstheme="minorHAnsi" w:ascii="Linux Libertine G" w:hAnsi="Linux Libertine G"/>
          <w:lang w:val="en-GB"/>
        </w:rPr>
        <w:t>any immediate action taken;</w:t>
      </w:r>
    </w:p>
    <w:p>
      <w:pPr>
        <w:pStyle w:val="ListParagraph"/>
        <w:numPr>
          <w:ilvl w:val="0"/>
          <w:numId w:val="29"/>
        </w:numPr>
        <w:spacing w:before="0" w:after="0"/>
        <w:contextualSpacing/>
        <w:rPr>
          <w:rFonts w:ascii="Linux Libertine G" w:hAnsi="Linux Libertine G"/>
        </w:rPr>
      </w:pPr>
      <w:r>
        <w:rPr>
          <w:rFonts w:cs="Cambria" w:ascii="Linux Libertine G" w:hAnsi="Linux Libertine G" w:cstheme="minorHAnsi"/>
          <w:lang w:val="en-GB"/>
        </w:rPr>
        <w:t xml:space="preserve">any </w:t>
      </w:r>
      <w:r>
        <w:rPr>
          <w:rFonts w:cs="Cambria" w:ascii="Linux Libertine G" w:hAnsi="Linux Libertine G" w:cstheme="minorHAnsi"/>
          <w:lang w:val="en-GB"/>
        </w:rPr>
        <w:t>decisions made and the reasons for those decisions;</w:t>
      </w:r>
    </w:p>
    <w:p>
      <w:pPr>
        <w:pStyle w:val="ListParagraph"/>
        <w:numPr>
          <w:ilvl w:val="0"/>
          <w:numId w:val="29"/>
        </w:numPr>
        <w:spacing w:before="0" w:after="0"/>
        <w:contextualSpacing/>
        <w:rPr>
          <w:rFonts w:ascii="Linux Libertine G" w:hAnsi="Linux Libertine G"/>
        </w:rPr>
      </w:pPr>
      <w:r>
        <w:rPr>
          <w:rFonts w:cs="Cambria" w:cstheme="minorHAnsi" w:ascii="Linux Libertine G" w:hAnsi="Linux Libertine G"/>
          <w:lang w:val="en-GB"/>
        </w:rPr>
        <w:t>any referrals made;</w:t>
      </w:r>
    </w:p>
    <w:p>
      <w:pPr>
        <w:pStyle w:val="ListParagraph"/>
        <w:numPr>
          <w:ilvl w:val="0"/>
          <w:numId w:val="29"/>
        </w:numPr>
        <w:spacing w:before="0" w:after="0"/>
        <w:contextualSpacing/>
        <w:rPr>
          <w:rFonts w:ascii="Linux Libertine G" w:hAnsi="Linux Libertine G"/>
        </w:rPr>
      </w:pPr>
      <w:r>
        <w:rPr>
          <w:rFonts w:cs="Cambria" w:ascii="Linux Libertine G" w:hAnsi="Linux Libertine G" w:cstheme="minorHAnsi"/>
          <w:lang w:val="en-GB"/>
        </w:rPr>
        <w:t xml:space="preserve">any other relevant information, </w:t>
      </w:r>
      <w:r>
        <w:rPr>
          <w:rFonts w:cs="Cambria" w:ascii="Linux Libertine G" w:hAnsi="Linux Libertine G" w:cstheme="minorHAnsi"/>
          <w:lang w:val="en-GB"/>
        </w:rPr>
        <w:t xml:space="preserve">including </w:t>
      </w:r>
      <w:r>
        <w:rPr>
          <w:rFonts w:cs="Cambria" w:ascii="Linux Libertine G" w:hAnsi="Linux Libertine G" w:cstheme="minorHAnsi"/>
          <w:lang w:val="en-GB"/>
        </w:rPr>
        <w:t xml:space="preserve">previous </w:t>
      </w:r>
      <w:r>
        <w:rPr>
          <w:rFonts w:cs="Cambria" w:ascii="Linux Libertine G" w:hAnsi="Linux Libertine G" w:cstheme="minorHAnsi"/>
          <w:lang w:val="en-GB"/>
        </w:rPr>
        <w:t>concerns where relevant.</w:t>
      </w:r>
    </w:p>
    <w:p>
      <w:pPr>
        <w:pStyle w:val="ListParagraph"/>
        <w:numPr>
          <w:ilvl w:val="0"/>
          <w:numId w:val="0"/>
        </w:numPr>
        <w:spacing w:before="0" w:after="0"/>
        <w:ind w:hanging="0" w:left="0"/>
        <w:contextualSpacing/>
        <w:rPr>
          <w:rFonts w:ascii="Linux Libertine G" w:hAnsi="Linux Libertine G"/>
        </w:rPr>
      </w:pPr>
      <w:r>
        <w:rPr>
          <w:rFonts w:cs="Cambria" w:cstheme="minorHAnsi" w:ascii="Linux Libertine G" w:hAnsi="Linux Libertine G"/>
          <w:lang w:val="en-GB"/>
        </w:rPr>
      </w:r>
    </w:p>
    <w:p>
      <w:pPr>
        <w:pStyle w:val="ListParagraph"/>
        <w:numPr>
          <w:ilvl w:val="0"/>
          <w:numId w:val="0"/>
        </w:numPr>
        <w:spacing w:before="0" w:after="0"/>
        <w:ind w:hanging="0" w:left="0"/>
        <w:contextualSpacing/>
        <w:rPr>
          <w:rFonts w:ascii="Linux Libertine G" w:hAnsi="Linux Libertine G"/>
        </w:rPr>
      </w:pPr>
      <w:r>
        <w:rPr>
          <w:rFonts w:cs="Cambria" w:cstheme="minorHAnsi" w:ascii="Linux Libertine G" w:hAnsi="Linux Libertine G"/>
          <w:lang w:val="en-GB"/>
        </w:rPr>
        <w:t>Remember to:</w:t>
      </w:r>
    </w:p>
    <w:p>
      <w:pPr>
        <w:pStyle w:val="ListParagraph"/>
        <w:numPr>
          <w:ilvl w:val="0"/>
          <w:numId w:val="29"/>
        </w:numPr>
        <w:spacing w:before="0" w:after="0"/>
        <w:contextualSpacing/>
        <w:rPr>
          <w:rFonts w:ascii="Linux Libertine G" w:hAnsi="Linux Libertine G"/>
        </w:rPr>
      </w:pPr>
      <w:r>
        <w:rPr>
          <w:rFonts w:cs="Cambria" w:ascii="Linux Libertine G" w:hAnsi="Linux Libertine G" w:cstheme="minorHAnsi"/>
          <w:lang w:val="en-GB"/>
        </w:rPr>
        <w:t xml:space="preserve">Where </w:t>
      </w:r>
      <w:r>
        <w:rPr>
          <w:rFonts w:cs="Cambria" w:ascii="Linux Libertine G" w:hAnsi="Linux Libertine G" w:cstheme="minorHAnsi"/>
          <w:lang w:val="en-GB"/>
        </w:rPr>
        <w:t>appropriate, seek the person’s consent before sharing information. Where:</w:t>
      </w:r>
    </w:p>
    <w:p>
      <w:pPr>
        <w:pStyle w:val="ListParagraph"/>
        <w:numPr>
          <w:ilvl w:val="1"/>
          <w:numId w:val="29"/>
        </w:numPr>
        <w:spacing w:before="0" w:after="0"/>
        <w:contextualSpacing/>
        <w:rPr>
          <w:rFonts w:ascii="Linux Libertine G" w:hAnsi="Linux Libertine G"/>
        </w:rPr>
      </w:pPr>
      <w:r>
        <w:rPr>
          <w:rFonts w:cs="Cambria" w:ascii="Linux Libertine G" w:hAnsi="Linux Libertine G" w:cstheme="minorHAnsi"/>
          <w:lang w:val="en-GB"/>
        </w:rPr>
        <w:t xml:space="preserve">Consent is refused </w:t>
      </w:r>
      <w:r>
        <w:rPr>
          <w:rFonts w:cs="Cambria" w:ascii="Linux Libertine G" w:hAnsi="Linux Libertine G" w:cstheme="minorHAnsi"/>
          <w:lang w:val="en-GB"/>
        </w:rPr>
        <w:t>and there are significant risks, or a</w:t>
      </w:r>
      <w:r>
        <w:rPr>
          <w:rFonts w:cs="Cambria" w:ascii="Linux Libertine G" w:hAnsi="Linux Libertine G" w:cstheme="minorHAnsi"/>
          <w:lang w:val="en-GB"/>
        </w:rPr>
        <w:t xml:space="preserve">nother child or </w:t>
      </w:r>
      <w:r>
        <w:rPr>
          <w:rFonts w:cs="Cambria" w:ascii="Linux Libertine G" w:hAnsi="Linux Libertine G" w:cstheme="minorHAnsi"/>
          <w:lang w:val="en-GB"/>
        </w:rPr>
        <w:t xml:space="preserve">adults </w:t>
      </w:r>
      <w:r>
        <w:rPr>
          <w:rFonts w:cs="Cambria" w:ascii="Linux Libertine G" w:hAnsi="Linux Libertine G" w:cstheme="minorHAnsi"/>
          <w:lang w:val="en-GB"/>
        </w:rPr>
        <w:t xml:space="preserve">may be </w:t>
      </w:r>
      <w:r>
        <w:rPr>
          <w:rFonts w:cs="Cambria" w:ascii="Linux Libertine G" w:hAnsi="Linux Libertine G" w:cstheme="minorHAnsi"/>
          <w:lang w:val="en-GB"/>
        </w:rPr>
        <w:t xml:space="preserve">at risk, it may be necessary to override their expressed </w:t>
      </w:r>
      <w:r>
        <w:rPr>
          <w:rFonts w:cs="Cambria" w:ascii="Linux Libertine G" w:hAnsi="Linux Libertine G" w:cstheme="minorHAnsi"/>
          <w:lang w:val="en-GB"/>
        </w:rPr>
        <w:t xml:space="preserve">the person’s wishes in accordance with safeguarding legislation and statutory guidance. </w:t>
      </w:r>
    </w:p>
    <w:p>
      <w:pPr>
        <w:pStyle w:val="ListParagraph"/>
        <w:numPr>
          <w:ilvl w:val="0"/>
          <w:numId w:val="29"/>
        </w:numPr>
        <w:spacing w:before="0" w:after="0"/>
        <w:contextualSpacing/>
        <w:rPr>
          <w:rFonts w:ascii="Linux Libertine G" w:hAnsi="Linux Libertine G"/>
        </w:rPr>
      </w:pPr>
      <w:r>
        <w:rPr>
          <w:rFonts w:cs="Cambria" w:ascii="Linux Libertine G" w:hAnsi="Linux Libertine G" w:cstheme="minorHAnsi"/>
          <w:lang w:val="en-GB"/>
        </w:rPr>
        <w:t>include as much detail as possible,</w:t>
      </w:r>
    </w:p>
    <w:p>
      <w:pPr>
        <w:pStyle w:val="ListParagraph"/>
        <w:numPr>
          <w:ilvl w:val="0"/>
          <w:numId w:val="29"/>
        </w:numPr>
        <w:spacing w:before="0" w:after="0"/>
        <w:contextualSpacing/>
        <w:rPr>
          <w:rFonts w:ascii="Linux Libertine G" w:hAnsi="Linux Libertine G"/>
        </w:rPr>
      </w:pPr>
      <w:r>
        <w:rPr>
          <w:rFonts w:cs="Cambria" w:ascii="Linux Libertine G" w:hAnsi="Linux Libertine G" w:cstheme="minorHAnsi"/>
          <w:lang w:val="en-GB"/>
        </w:rPr>
        <w:t xml:space="preserve">Ensure </w:t>
      </w:r>
      <w:r>
        <w:rPr>
          <w:rFonts w:cs="Cambria" w:ascii="Linux Libertine G" w:hAnsi="Linux Libertine G" w:cstheme="minorHAnsi"/>
          <w:lang w:val="en-GB"/>
        </w:rPr>
        <w:t>the written record is legible;</w:t>
      </w:r>
    </w:p>
    <w:p>
      <w:pPr>
        <w:pStyle w:val="ListParagraph"/>
        <w:numPr>
          <w:ilvl w:val="0"/>
          <w:numId w:val="29"/>
        </w:numPr>
        <w:spacing w:before="0" w:after="0"/>
        <w:contextualSpacing/>
        <w:rPr>
          <w:rFonts w:ascii="Linux Libertine G" w:hAnsi="Linux Libertine G"/>
        </w:rPr>
      </w:pPr>
      <w:r>
        <w:rPr>
          <w:rFonts w:cs="Cambria" w:ascii="Linux Libertine G" w:hAnsi="Linux Libertine G" w:cstheme="minorHAnsi"/>
          <w:lang w:val="en-GB"/>
        </w:rPr>
        <w:t xml:space="preserve">print your name, </w:t>
      </w:r>
      <w:r>
        <w:rPr>
          <w:rFonts w:cs="Cambria" w:ascii="Linux Libertine G" w:hAnsi="Linux Libertine G" w:cstheme="minorHAnsi"/>
          <w:lang w:val="en-GB"/>
        </w:rPr>
        <w:t xml:space="preserve">record your role, and sign and date </w:t>
      </w:r>
      <w:r>
        <w:rPr>
          <w:rFonts w:cs="Cambria" w:ascii="Linux Libertine G" w:hAnsi="Linux Libertine G" w:cstheme="minorHAnsi"/>
          <w:lang w:val="en-GB"/>
        </w:rPr>
        <w:t>the record;</w:t>
      </w:r>
    </w:p>
    <w:p>
      <w:pPr>
        <w:pStyle w:val="ListParagraph"/>
        <w:numPr>
          <w:ilvl w:val="0"/>
          <w:numId w:val="29"/>
        </w:numPr>
        <w:spacing w:before="0" w:after="0"/>
        <w:contextualSpacing/>
        <w:rPr>
          <w:rFonts w:ascii="Linux Libertine G" w:hAnsi="Linux Libertine G"/>
        </w:rPr>
      </w:pPr>
      <w:r>
        <w:rPr>
          <w:rFonts w:cs="Cambria" w:ascii="Linux Libertine G" w:hAnsi="Linux Libertine G" w:cstheme="minorHAnsi"/>
          <w:lang w:val="en-GB"/>
        </w:rPr>
        <w:t xml:space="preserve">keep the record factual </w:t>
      </w:r>
      <w:r>
        <w:rPr>
          <w:rFonts w:cs="Cambria" w:ascii="Linux Libertine G" w:hAnsi="Linux Libertine G" w:cstheme="minorHAnsi"/>
          <w:lang w:val="en-GB"/>
        </w:rPr>
        <w:t>wherever</w:t>
      </w:r>
      <w:r>
        <w:rPr>
          <w:rFonts w:cs="Cambria" w:ascii="Linux Libertine G" w:hAnsi="Linux Libertine G" w:cstheme="minorHAnsi"/>
          <w:lang w:val="en-GB"/>
        </w:rPr>
        <w:t xml:space="preserve"> possible. </w:t>
      </w:r>
      <w:r>
        <w:rPr>
          <w:rFonts w:cs="Cambria" w:ascii="Linux Libertine G" w:hAnsi="Linux Libertine G" w:cstheme="minorHAnsi"/>
          <w:lang w:val="en-GB"/>
        </w:rPr>
        <w:t>Where professional opinion or assessment is included, it should be clearly identified as such and supported by factual information;</w:t>
      </w:r>
    </w:p>
    <w:p>
      <w:pPr>
        <w:pStyle w:val="ListParagraph"/>
        <w:numPr>
          <w:ilvl w:val="0"/>
          <w:numId w:val="29"/>
        </w:numPr>
        <w:spacing w:before="0" w:after="0"/>
        <w:contextualSpacing/>
        <w:rPr>
          <w:rFonts w:ascii="Linux Libertine G" w:hAnsi="Linux Libertine G"/>
        </w:rPr>
      </w:pPr>
      <w:r>
        <w:rPr>
          <w:rFonts w:cs="Cambria" w:ascii="Linux Libertine G" w:hAnsi="Linux Libertine G" w:cstheme="minorHAnsi"/>
          <w:lang w:val="en-GB"/>
        </w:rPr>
        <w:t xml:space="preserve"> </w:t>
      </w:r>
      <w:r>
        <w:rPr>
          <w:rFonts w:cs="Cambria" w:ascii="Linux Libertine G" w:hAnsi="Linux Libertine G" w:cstheme="minorHAnsi"/>
          <w:lang w:val="en-GB"/>
        </w:rPr>
        <w:t>Clearly attribute i</w:t>
      </w:r>
      <w:r>
        <w:rPr>
          <w:rFonts w:cs="Cambria" w:ascii="Linux Libertine G" w:hAnsi="Linux Libertine G" w:cstheme="minorHAnsi"/>
          <w:lang w:val="en-GB"/>
        </w:rPr>
        <w:t xml:space="preserve">nformation </w:t>
      </w:r>
      <w:r>
        <w:rPr>
          <w:rFonts w:cs="Cambria" w:ascii="Linux Libertine G" w:hAnsi="Linux Libertine G" w:cstheme="minorHAnsi"/>
          <w:lang w:val="en-GB"/>
        </w:rPr>
        <w:t>provided by</w:t>
      </w:r>
      <w:r>
        <w:rPr>
          <w:rFonts w:cs="Cambria" w:ascii="Linux Libertine G" w:hAnsi="Linux Libertine G" w:cstheme="minorHAnsi"/>
          <w:lang w:val="en-GB"/>
        </w:rPr>
        <w:t xml:space="preserve"> another person;</w:t>
      </w:r>
    </w:p>
    <w:p>
      <w:pPr>
        <w:pStyle w:val="ListParagraph"/>
        <w:numPr>
          <w:ilvl w:val="0"/>
          <w:numId w:val="29"/>
        </w:numPr>
        <w:spacing w:before="0" w:after="0"/>
        <w:contextualSpacing/>
        <w:rPr>
          <w:rFonts w:ascii="Linux Libertine G" w:hAnsi="Linux Libertine G"/>
        </w:rPr>
      </w:pPr>
      <w:r>
        <w:rPr>
          <w:rFonts w:cs="Cambria" w:ascii="Linux Libertine G" w:hAnsi="Linux Libertine G" w:cstheme="minorHAnsi"/>
          <w:lang w:val="en-GB"/>
        </w:rPr>
        <w:t>keep the record</w:t>
      </w:r>
      <w:r>
        <w:rPr>
          <w:rFonts w:cs="Cambria" w:ascii="Linux Libertine G" w:hAnsi="Linux Libertine G" w:cstheme="minorHAnsi"/>
          <w:lang w:val="en-GB"/>
        </w:rPr>
        <w:t xml:space="preserve">s </w:t>
      </w:r>
      <w:r>
        <w:rPr>
          <w:rFonts w:cs="Cambria" w:ascii="Linux Libertine G" w:hAnsi="Linux Libertine G" w:cstheme="minorHAnsi"/>
          <w:lang w:val="en-GB"/>
        </w:rPr>
        <w:t xml:space="preserve">confidential </w:t>
      </w:r>
      <w:r>
        <w:rPr>
          <w:rFonts w:cs="Cambria" w:ascii="Linux Libertine G" w:hAnsi="Linux Libertine G" w:cstheme="minorHAnsi"/>
          <w:lang w:val="en-GB"/>
        </w:rPr>
        <w:t>and s</w:t>
      </w:r>
      <w:r>
        <w:rPr>
          <w:rFonts w:cs="Cambria" w:ascii="Linux Libertine G" w:hAnsi="Linux Libertine G" w:cstheme="minorHAnsi"/>
          <w:lang w:val="en-GB"/>
        </w:rPr>
        <w:t>tor</w:t>
      </w:r>
      <w:r>
        <w:rPr>
          <w:rFonts w:cs="Cambria" w:ascii="Linux Libertine G" w:hAnsi="Linux Libertine G" w:cstheme="minorHAnsi"/>
          <w:lang w:val="en-GB"/>
        </w:rPr>
        <w:t>e</w:t>
      </w:r>
      <w:r>
        <w:rPr>
          <w:rFonts w:cs="Cambria" w:ascii="Linux Libertine G" w:hAnsi="Linux Libertine G" w:cstheme="minorHAnsi"/>
          <w:lang w:val="en-GB"/>
        </w:rPr>
        <w:t xml:space="preserve"> them </w:t>
      </w:r>
      <w:r>
        <w:rPr>
          <w:rFonts w:cs="Cambria" w:ascii="Linux Libertine G" w:hAnsi="Linux Libertine G" w:cstheme="minorHAnsi"/>
          <w:lang w:val="en-GB"/>
        </w:rPr>
        <w:t>securely in accordance with this policy and data protection legislation;</w:t>
      </w:r>
    </w:p>
    <w:p>
      <w:pPr>
        <w:pStyle w:val="ListParagraph"/>
        <w:numPr>
          <w:ilvl w:val="0"/>
          <w:numId w:val="29"/>
        </w:numPr>
        <w:spacing w:before="0" w:after="0"/>
        <w:contextualSpacing/>
        <w:rPr>
          <w:rFonts w:ascii="Linux Libertine G" w:hAnsi="Linux Libertine G"/>
        </w:rPr>
      </w:pPr>
      <w:r>
        <w:rPr>
          <w:rFonts w:cs="Cambria" w:cstheme="minorHAnsi" w:ascii="Linux Libertine G" w:hAnsi="Linux Libertine G"/>
          <w:lang w:val="en-GB"/>
        </w:rPr>
        <w:t xml:space="preserve">record any differences of professional opinion and the action taken to resolve them, where relevant. </w:t>
      </w:r>
    </w:p>
    <w:p>
      <w:pPr>
        <w:pStyle w:val="ListParagraph"/>
        <w:spacing w:before="0" w:after="0"/>
        <w:ind w:hanging="0" w:left="0"/>
        <w:contextualSpacing/>
        <w:rPr>
          <w:rFonts w:ascii="Linux Libertine G" w:hAnsi="Linux Libertine G" w:cs="Cambria" w:cstheme="minorHAnsi"/>
          <w:lang w:val="en-GB"/>
        </w:rPr>
      </w:pPr>
      <w:r>
        <w:rPr>
          <w:rFonts w:cs="Cambria" w:cstheme="minorHAnsi" w:ascii="Linux Libertine G" w:hAnsi="Linux Libertine G"/>
          <w:lang w:val="en-GB"/>
        </w:rPr>
      </w:r>
    </w:p>
    <w:p>
      <w:pPr>
        <w:pStyle w:val="ListParagraph"/>
        <w:spacing w:before="0" w:after="0"/>
        <w:ind w:hanging="0" w:left="0"/>
        <w:contextualSpacing/>
        <w:rPr>
          <w:rFonts w:ascii="Linux Libertine G" w:hAnsi="Linux Libertine G" w:cs="Cambria" w:cstheme="minorHAnsi"/>
          <w:lang w:val="en-GB"/>
        </w:rPr>
      </w:pPr>
      <w:r>
        <w:rPr>
          <w:rFonts w:cs="Cambria" w:cstheme="minorHAnsi" w:ascii="Linux Libertine G" w:hAnsi="Linux Libertine G"/>
          <w:lang w:val="en-GB"/>
        </w:rPr>
        <w:t xml:space="preserve">Safeguarding records will be retained, stored, shared and disposed of securely in accordance with legal requirements, statutory guidance and CSET's data retention procedures. </w:t>
      </w:r>
    </w:p>
    <w:p>
      <w:pPr>
        <w:pStyle w:val="Normal"/>
        <w:spacing w:lineRule="auto" w:line="240" w:before="0" w:after="0"/>
        <w:ind w:hanging="357" w:left="357"/>
        <w:contextualSpacing/>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keepNext w:val="true"/>
        <w:keepLines/>
        <w:numPr>
          <w:ilvl w:val="0"/>
          <w:numId w:val="0"/>
        </w:numPr>
        <w:spacing w:lineRule="auto" w:line="240" w:before="0" w:after="0"/>
        <w:ind w:hanging="0" w:left="0"/>
        <w:outlineLvl w:val="1"/>
        <w:rPr>
          <w:rFonts w:ascii="Linux Libertine G" w:hAnsi="Linux Libertine G"/>
        </w:rPr>
      </w:pPr>
      <w:bookmarkStart w:id="21" w:name="_Toc486246967"/>
      <w:r>
        <w:rPr>
          <w:rFonts w:eastAsia="Times New Roman" w:cs="Cambria" w:ascii="Linux Libertine G" w:hAnsi="Linux Libertine G" w:cstheme="minorHAnsi"/>
          <w:b/>
          <w:bCs/>
          <w:lang w:val="en-GB" w:eastAsia="x-none"/>
        </w:rPr>
        <w:t>When a Crime is suspected</w:t>
      </w:r>
      <w:bookmarkEnd w:id="21"/>
    </w:p>
    <w:p>
      <w:pPr>
        <w:pStyle w:val="Normal"/>
        <w:spacing w:lineRule="auto" w:line="240" w:before="0" w:after="0"/>
        <w:rPr>
          <w:rFonts w:ascii="Linux Libertine G" w:hAnsi="Linux Libertine G"/>
        </w:rPr>
      </w:pPr>
      <w:r>
        <w:rPr>
          <w:rFonts w:eastAsia="Calibri" w:cs="Cambria" w:cstheme="minorHAnsi" w:ascii="Linux Libertine G" w:hAnsi="Linux Libertine G"/>
          <w:sz w:val="22"/>
          <w:szCs w:val="22"/>
          <w:lang w:val="en-GB"/>
        </w:rPr>
        <w:t xml:space="preserve">Where it is suspected that a criminal offence has been committed, the Police must be informed without delay. Staff and volunteers must preserve any potential evidence, avoid undertaking their own investigation, and continue to record any relevant information accurately. Safeguarding action and emergency medical treatment must never be delayed while awaiting Police involvement. </w:t>
      </w:r>
    </w:p>
    <w:p>
      <w:pPr>
        <w:pStyle w:val="NormalCustom"/>
        <w:rPr>
          <w:rFonts w:ascii="Linux Libertine G" w:hAnsi="Linux Libertine G"/>
          <w:color w:val="2A6099"/>
        </w:rPr>
      </w:pPr>
      <w:r>
        <w:rPr>
          <w:rFonts w:ascii="Linux Libertine G" w:hAnsi="Linux Libertine G"/>
          <w:color w:val="2A6099"/>
          <w:lang w:val="en-GB"/>
        </w:rPr>
      </w:r>
    </w:p>
    <w:p>
      <w:pPr>
        <w:pStyle w:val="NormalCustom"/>
        <w:rPr>
          <w:rFonts w:ascii="Linux Libertine G" w:hAnsi="Linux Libertine G"/>
        </w:rPr>
      </w:pPr>
      <w:r>
        <w:rPr>
          <w:rFonts w:ascii="Linux Libertine G" w:hAnsi="Linux Libertine G"/>
          <w:color w:val="2A6099"/>
          <w:sz w:val="22"/>
          <w:szCs w:val="22"/>
          <w:lang w:val="en-GB"/>
        </w:rPr>
        <w:t>12. TRAINING AND AWARENESS</w:t>
      </w:r>
      <w:r>
        <w:rPr>
          <w:rFonts w:ascii="Linux Libertine G" w:hAnsi="Linux Libertine G"/>
          <w:sz w:val="22"/>
          <w:szCs w:val="22"/>
          <w:lang w:val="en-GB"/>
        </w:rPr>
        <w:br/>
        <w:t xml:space="preserve">- All staff and volunteers must complete safeguarding training, </w:t>
      </w:r>
      <w:r>
        <w:rPr>
          <w:rFonts w:ascii="Linux Libertine G" w:hAnsi="Linux Libertine G"/>
          <w:sz w:val="22"/>
          <w:szCs w:val="22"/>
          <w:lang w:val="en-GB"/>
        </w:rPr>
        <w:t xml:space="preserve">appropriate to their role and responsibilities before working unsupervised with children, young people or adults with care and support needs. </w:t>
      </w:r>
      <w:r>
        <w:rPr>
          <w:rFonts w:ascii="Linux Libertine G" w:hAnsi="Linux Libertine G"/>
          <w:sz w:val="22"/>
          <w:szCs w:val="22"/>
          <w:lang w:val="en-GB"/>
        </w:rPr>
        <w:br/>
        <w:t xml:space="preserve">- Refresher training will be provided </w:t>
      </w:r>
      <w:r>
        <w:rPr>
          <w:rFonts w:ascii="Linux Libertine G" w:hAnsi="Linux Libertine G"/>
          <w:sz w:val="22"/>
          <w:szCs w:val="22"/>
          <w:lang w:val="en-GB"/>
        </w:rPr>
        <w:t>at appropriate intervals and whenever there are significant changes to legislation, statutory guidance, local safeguarding procedures or organisational practice.</w:t>
      </w:r>
      <w:r>
        <w:rPr>
          <w:rFonts w:ascii="Linux Libertine G" w:hAnsi="Linux Libertine G"/>
          <w:sz w:val="22"/>
          <w:szCs w:val="22"/>
          <w:lang w:val="en-GB"/>
        </w:rPr>
        <w:br/>
        <w:t xml:space="preserve">- Regular </w:t>
      </w:r>
      <w:r>
        <w:rPr>
          <w:rFonts w:ascii="Linux Libertine G" w:hAnsi="Linux Libertine G"/>
          <w:sz w:val="22"/>
          <w:szCs w:val="22"/>
          <w:lang w:val="en-GB"/>
        </w:rPr>
        <w:t xml:space="preserve">safeguarding </w:t>
      </w:r>
      <w:r>
        <w:rPr>
          <w:rFonts w:ascii="Linux Libertine G" w:hAnsi="Linux Libertine G"/>
          <w:sz w:val="22"/>
          <w:szCs w:val="22"/>
          <w:lang w:val="en-GB"/>
        </w:rPr>
        <w:t xml:space="preserve">briefings, </w:t>
      </w:r>
      <w:r>
        <w:rPr>
          <w:rFonts w:ascii="Linux Libertine G" w:hAnsi="Linux Libertine G"/>
          <w:sz w:val="22"/>
          <w:szCs w:val="22"/>
          <w:lang w:val="en-GB"/>
        </w:rPr>
        <w:t xml:space="preserve">updating and learning opportunities will be provided to maintain awareness and promote a culture of continuous safeguarding vigilance. </w:t>
      </w:r>
    </w:p>
    <w:p>
      <w:pPr>
        <w:pStyle w:val="Normal"/>
        <w:keepNext w:val="true"/>
        <w:keepLines/>
        <w:numPr>
          <w:ilvl w:val="0"/>
          <w:numId w:val="0"/>
        </w:numPr>
        <w:spacing w:lineRule="auto" w:line="240" w:before="0" w:after="0"/>
        <w:ind w:hanging="0" w:left="0"/>
        <w:outlineLvl w:val="2"/>
        <w:rPr>
          <w:rFonts w:ascii="Linux Libertine G" w:hAnsi="Linux Libertine G"/>
        </w:rPr>
      </w:pPr>
      <w:r>
        <w:rPr>
          <w:rFonts w:eastAsia="Calibri" w:cs="Cambria" w:ascii="Linux Libertine G" w:hAnsi="Linux Libertine G" w:cstheme="minorHAnsi"/>
          <w:bCs/>
          <w:i/>
          <w:sz w:val="22"/>
          <w:szCs w:val="22"/>
          <w:lang w:val="en-GB" w:eastAsia="x-none"/>
        </w:rPr>
        <w:t xml:space="preserve">Staff and </w:t>
      </w:r>
      <w:r>
        <w:rPr>
          <w:rFonts w:eastAsia="Calibri" w:cs="Cambria" w:ascii="Linux Libertine G" w:hAnsi="Linux Libertine G" w:cstheme="minorHAnsi"/>
          <w:bCs/>
          <w:i/>
          <w:sz w:val="22"/>
          <w:szCs w:val="22"/>
          <w:lang w:val="en-GB" w:eastAsia="x-none"/>
        </w:rPr>
        <w:t>Trustees</w:t>
      </w:r>
    </w:p>
    <w:p>
      <w:pPr>
        <w:pStyle w:val="Normal"/>
        <w:spacing w:lineRule="auto" w:line="240" w:before="0" w:after="0"/>
        <w:rPr>
          <w:rFonts w:ascii="Linux Libertine G" w:hAnsi="Linux Libertine G"/>
        </w:rPr>
      </w:pPr>
      <w:r>
        <w:rPr>
          <w:rFonts w:eastAsia="Calibri" w:cs="Cambria" w:ascii="Linux Libertine G" w:hAnsi="Linux Libertine G" w:cstheme="minorHAnsi"/>
          <w:b/>
          <w:bCs/>
          <w:sz w:val="22"/>
          <w:szCs w:val="22"/>
          <w:lang w:val="en-GB"/>
        </w:rPr>
        <w:t>Staff:</w:t>
      </w:r>
      <w:r>
        <w:rPr>
          <w:rFonts w:eastAsia="Calibri" w:cs="Cambria" w:ascii="Linux Libertine G" w:hAnsi="Linux Libertine G" w:cstheme="minorHAnsi"/>
          <w:sz w:val="22"/>
          <w:szCs w:val="22"/>
          <w:lang w:val="en-GB"/>
        </w:rPr>
        <w:t xml:space="preserve"> Anyone who is employed by CSET  </w:t>
      </w:r>
      <w:r>
        <w:rPr>
          <w:rFonts w:eastAsia="Calibri" w:cs="Cambria" w:ascii="Linux Libertine G" w:hAnsi="Linux Libertine G" w:cstheme="minorHAnsi"/>
          <w:sz w:val="22"/>
          <w:szCs w:val="22"/>
          <w:lang w:val="en-GB"/>
        </w:rPr>
        <w:t xml:space="preserve">in a paid capacity including employees and self-employed contractors, </w:t>
      </w:r>
      <w:r>
        <w:rPr>
          <w:rFonts w:eastAsia="Calibri" w:cs="Cambria" w:ascii="Linux Libertine G" w:hAnsi="Linux Libertine G" w:cstheme="minorHAnsi"/>
          <w:sz w:val="22"/>
          <w:szCs w:val="22"/>
          <w:lang w:val="en-GB"/>
        </w:rPr>
        <w:t xml:space="preserve">will </w:t>
      </w:r>
      <w:r>
        <w:rPr>
          <w:rFonts w:eastAsia="Calibri" w:cs="Cambria" w:ascii="Linux Libertine G" w:hAnsi="Linux Libertine G" w:cstheme="minorHAnsi"/>
          <w:sz w:val="22"/>
          <w:szCs w:val="22"/>
          <w:lang w:val="en-GB"/>
        </w:rPr>
        <w:t xml:space="preserve">be recruited through </w:t>
      </w:r>
      <w:r>
        <w:rPr>
          <w:rFonts w:eastAsia="Calibri" w:cs="Cambria" w:ascii="Linux Libertine G" w:hAnsi="Linux Libertine G" w:cstheme="minorHAnsi"/>
          <w:sz w:val="22"/>
          <w:szCs w:val="22"/>
          <w:lang w:val="en-GB"/>
        </w:rPr>
        <w:t xml:space="preserve">a full safer recruitment process, including </w:t>
      </w:r>
      <w:r>
        <w:rPr>
          <w:rFonts w:eastAsia="Calibri" w:cs="Cambria" w:ascii="Linux Libertine G" w:hAnsi="Linux Libertine G" w:cstheme="minorHAnsi"/>
          <w:sz w:val="22"/>
          <w:szCs w:val="22"/>
          <w:lang w:val="en-GB"/>
        </w:rPr>
        <w:t>the appropriate Disclosure and Barring (DBS)</w:t>
      </w:r>
      <w:r>
        <w:rPr>
          <w:rFonts w:eastAsia="Calibri" w:cs="Cambria" w:ascii="Linux Libertine G" w:hAnsi="Linux Libertine G" w:cstheme="minorHAnsi"/>
          <w:sz w:val="22"/>
          <w:szCs w:val="22"/>
          <w:lang w:val="en-GB"/>
        </w:rPr>
        <w:t xml:space="preserve"> checks, </w:t>
      </w:r>
      <w:r>
        <w:rPr>
          <w:rFonts w:eastAsia="Calibri" w:cs="Cambria" w:ascii="Linux Libertine G" w:hAnsi="Linux Libertine G" w:cstheme="minorHAnsi"/>
          <w:sz w:val="22"/>
          <w:szCs w:val="22"/>
          <w:lang w:val="en-GB"/>
        </w:rPr>
        <w:t xml:space="preserve">identity verification, </w:t>
      </w:r>
      <w:r>
        <w:rPr>
          <w:rFonts w:eastAsia="Calibri" w:cs="Cambria" w:ascii="Linux Libertine G" w:hAnsi="Linux Libertine G" w:cstheme="minorHAnsi"/>
          <w:sz w:val="22"/>
          <w:szCs w:val="22"/>
          <w:lang w:val="en-GB"/>
        </w:rPr>
        <w:t xml:space="preserve">references </w:t>
      </w:r>
      <w:r>
        <w:rPr>
          <w:rFonts w:eastAsia="Calibri" w:cs="Cambria" w:ascii="Linux Libertine G" w:hAnsi="Linux Libertine G" w:cstheme="minorHAnsi"/>
          <w:sz w:val="22"/>
          <w:szCs w:val="22"/>
          <w:lang w:val="en-GB"/>
        </w:rPr>
        <w:t>and any other checks required for the role</w:t>
      </w:r>
      <w:r>
        <w:rPr>
          <w:rFonts w:eastAsia="Calibri" w:cs="Cambria" w:ascii="Linux Libertine G" w:hAnsi="Linux Libertine G" w:cstheme="minorHAnsi"/>
          <w:sz w:val="22"/>
          <w:szCs w:val="22"/>
          <w:lang w:val="en-GB"/>
        </w:rPr>
        <w:t>.</w:t>
      </w:r>
    </w:p>
    <w:p>
      <w:pPr>
        <w:pStyle w:val="Normal"/>
        <w:spacing w:lineRule="auto" w:line="240" w:before="0" w:after="0"/>
        <w:rPr>
          <w:rFonts w:ascii="Linux Libertine G" w:hAnsi="Linux Libertine G"/>
        </w:rPr>
      </w:pPr>
      <w:r>
        <w:rPr>
          <w:rFonts w:eastAsia="Calibri" w:cs="Cambria" w:cstheme="minorHAnsi" w:ascii="Linux Libertine G" w:hAnsi="Linux Libertine G"/>
          <w:sz w:val="22"/>
          <w:szCs w:val="22"/>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sz w:val="22"/>
          <w:szCs w:val="22"/>
          <w:lang w:val="en-GB"/>
        </w:rPr>
        <w:t xml:space="preserve">They will complete safeguarding training  </w:t>
      </w:r>
      <w:r>
        <w:rPr>
          <w:rFonts w:eastAsia="Calibri" w:cs="Cambria" w:ascii="Linux Libertine G" w:hAnsi="Linux Libertine G" w:cstheme="minorHAnsi"/>
          <w:sz w:val="22"/>
          <w:szCs w:val="22"/>
          <w:lang w:val="en-GB"/>
        </w:rPr>
        <w:t xml:space="preserve">appropriate to their role </w:t>
      </w:r>
      <w:r>
        <w:rPr>
          <w:rFonts w:eastAsia="Calibri" w:cs="Cambria" w:ascii="Linux Libertine G" w:hAnsi="Linux Libertine G" w:cstheme="minorHAnsi"/>
          <w:sz w:val="22"/>
          <w:szCs w:val="22"/>
          <w:lang w:val="en-GB"/>
        </w:rPr>
        <w:t xml:space="preserve">before working unsupervised.   </w:t>
      </w:r>
      <w:r>
        <w:rPr>
          <w:lang w:val="en-GB"/>
        </w:rPr>
        <w:t>CSET requires staff working directly with children, young people or adults with care and support needs to complete, as a minimum, Level 2 safeguarding training, refreshed at least every three years, together with regular safeguarding updates between formal training sessions.</w:t>
      </w:r>
    </w:p>
    <w:p>
      <w:pPr>
        <w:pStyle w:val="Normal"/>
        <w:spacing w:lineRule="auto" w:line="240" w:before="0" w:after="0"/>
        <w:rPr>
          <w:rFonts w:ascii="Linux Libertine G" w:hAnsi="Linux Libertine G"/>
        </w:rPr>
      </w:pPr>
      <w:r>
        <w:rPr>
          <w:lang w:val="en-GB"/>
        </w:rPr>
      </w:r>
    </w:p>
    <w:p>
      <w:pPr>
        <w:pStyle w:val="Normal"/>
        <w:spacing w:lineRule="auto" w:line="240" w:before="0" w:after="0"/>
        <w:rPr>
          <w:rFonts w:ascii="Linux Libertine G" w:hAnsi="Linux Libertine G"/>
        </w:rPr>
      </w:pPr>
      <w:r>
        <w:rPr>
          <w:lang w:val="en-GB"/>
        </w:rPr>
        <w:t>The Chief Executive Officer and Designated Safeguarding Lead will complete advanced safeguarding training (equivalent to Level 3 or above) at least every 2 years, and will maintain sufficient safeguarding knowledge to provide effective strategic oversight and challenge.</w:t>
      </w:r>
    </w:p>
    <w:p>
      <w:pPr>
        <w:pStyle w:val="Normal"/>
        <w:spacing w:lineRule="auto" w:line="240" w:before="0" w:after="0"/>
        <w:rPr>
          <w:rFonts w:ascii="Linux Libertine G" w:hAnsi="Linux Libertine G"/>
        </w:rPr>
      </w:pPr>
      <w:r>
        <w:rPr>
          <w:lang w:val="en-GB"/>
        </w:rPr>
      </w:r>
    </w:p>
    <w:p>
      <w:pPr>
        <w:pStyle w:val="Normal"/>
        <w:spacing w:lineRule="auto" w:line="240" w:before="0" w:after="0"/>
        <w:rPr>
          <w:rFonts w:ascii="Linux Libertine G" w:hAnsi="Linux Libertine G"/>
        </w:rPr>
      </w:pPr>
      <w:r>
        <w:rPr>
          <w:lang w:val="en-GB"/>
        </w:rPr>
        <w:t xml:space="preserve">The Designated Safeguarding Lead and any Deputy Designated Safeguarding Lead will undertake safeguarding training appropriate to their role and maintain their knowledge and skills through regular updates, local safeguarding learning, relevant professional development and multi-agency training where available. </w:t>
      </w:r>
    </w:p>
    <w:p>
      <w:pPr>
        <w:pStyle w:val="Normal"/>
        <w:spacing w:lineRule="auto" w:line="240" w:before="0" w:after="0"/>
        <w:contextualSpacing/>
        <w:rPr>
          <w:rFonts w:ascii="Linux Libertine G" w:hAnsi="Linux Libertine G"/>
          <w:sz w:val="22"/>
          <w:szCs w:val="22"/>
        </w:rPr>
      </w:pPr>
      <w:r>
        <w:rPr>
          <w:rFonts w:ascii="Linux Libertine G" w:hAnsi="Linux Libertine G"/>
          <w:sz w:val="22"/>
          <w:szCs w:val="22"/>
          <w:lang w:val="en-GB"/>
        </w:rPr>
      </w:r>
    </w:p>
    <w:p>
      <w:pPr>
        <w:pStyle w:val="Normal"/>
        <w:spacing w:lineRule="auto" w:line="240" w:before="0" w:after="0"/>
        <w:contextualSpacing/>
        <w:rPr>
          <w:rFonts w:ascii="Linux Libertine G" w:hAnsi="Linux Libertine G"/>
        </w:rPr>
      </w:pPr>
      <w:r>
        <w:rPr>
          <w:rFonts w:eastAsia="Calibri" w:cs="Cambria" w:ascii="Linux Libertine G" w:hAnsi="Linux Libertine G" w:cstheme="minorHAnsi"/>
          <w:b/>
          <w:sz w:val="22"/>
          <w:szCs w:val="22"/>
          <w:lang w:val="en-GB"/>
        </w:rPr>
        <w:t xml:space="preserve">Trustees: </w:t>
      </w:r>
      <w:r>
        <w:rPr>
          <w:rFonts w:eastAsia="Calibri" w:cs="Cambria" w:ascii="Linux Libertine G" w:hAnsi="Linux Libertine G" w:cstheme="minorHAnsi"/>
          <w:sz w:val="22"/>
          <w:szCs w:val="22"/>
          <w:lang w:val="en-GB"/>
        </w:rPr>
        <w:t xml:space="preserve">are members of the community who sit on our </w:t>
      </w:r>
      <w:r>
        <w:rPr>
          <w:rFonts w:eastAsia="Calibri" w:cs="Cambria" w:ascii="Linux Libertine G" w:hAnsi="Linux Libertine G" w:cstheme="minorHAnsi"/>
          <w:sz w:val="22"/>
          <w:szCs w:val="22"/>
          <w:lang w:val="en-GB"/>
        </w:rPr>
        <w:t>B</w:t>
      </w:r>
      <w:r>
        <w:rPr>
          <w:rFonts w:eastAsia="Calibri" w:cs="Cambria" w:ascii="Linux Libertine G" w:hAnsi="Linux Libertine G" w:cstheme="minorHAnsi"/>
          <w:sz w:val="22"/>
          <w:szCs w:val="22"/>
          <w:lang w:val="en-GB"/>
        </w:rPr>
        <w:t xml:space="preserve">oard, </w:t>
      </w:r>
      <w:r>
        <w:rPr>
          <w:rFonts w:eastAsia="Calibri" w:cs="Cambria" w:ascii="Linux Libertine G" w:hAnsi="Linux Libertine G" w:cstheme="minorHAnsi"/>
          <w:sz w:val="22"/>
          <w:szCs w:val="22"/>
          <w:lang w:val="en-GB"/>
        </w:rPr>
        <w:t>of Trustees and are responsible for the</w:t>
      </w:r>
      <w:r>
        <w:rPr>
          <w:rFonts w:eastAsia="Calibri" w:cs="Cambria" w:ascii="Linux Libertine G" w:hAnsi="Linux Libertine G" w:cstheme="minorHAnsi"/>
          <w:sz w:val="22"/>
          <w:szCs w:val="22"/>
          <w:lang w:val="en-GB"/>
        </w:rPr>
        <w:t xml:space="preserve"> govern</w:t>
      </w:r>
      <w:r>
        <w:rPr>
          <w:rFonts w:eastAsia="Calibri" w:cs="Cambria" w:ascii="Linux Libertine G" w:hAnsi="Linux Libertine G" w:cstheme="minorHAnsi"/>
          <w:sz w:val="22"/>
          <w:szCs w:val="22"/>
          <w:lang w:val="en-GB"/>
        </w:rPr>
        <w:t>ance of the organisation</w:t>
      </w:r>
      <w:r>
        <w:rPr>
          <w:rFonts w:eastAsia="Calibri" w:cs="Cambria" w:ascii="Linux Libertine G" w:hAnsi="Linux Libertine G" w:cstheme="minorHAnsi"/>
          <w:sz w:val="22"/>
          <w:szCs w:val="22"/>
          <w:lang w:val="en-GB"/>
        </w:rPr>
        <w:t>.</w:t>
      </w:r>
    </w:p>
    <w:p>
      <w:pPr>
        <w:pStyle w:val="Normal"/>
        <w:spacing w:lineRule="auto" w:line="240" w:before="0" w:after="0"/>
        <w:contextualSpacing/>
        <w:rPr>
          <w:rFonts w:ascii="Linux Libertine G" w:hAnsi="Linux Libertine G"/>
        </w:rPr>
      </w:pPr>
      <w:r>
        <w:rPr>
          <w:rFonts w:eastAsia="Calibri" w:cs="Cambria" w:cstheme="minorHAnsi" w:ascii="Linux Libertine G" w:hAnsi="Linux Libertine G"/>
          <w:sz w:val="22"/>
          <w:szCs w:val="22"/>
          <w:lang w:val="en-GB"/>
        </w:rPr>
      </w:r>
    </w:p>
    <w:p>
      <w:pPr>
        <w:pStyle w:val="Normal"/>
        <w:spacing w:lineRule="auto" w:line="240" w:before="0" w:after="0"/>
        <w:contextualSpacing/>
        <w:rPr>
          <w:rFonts w:ascii="Linux Libertine G" w:hAnsi="Linux Libertine G"/>
        </w:rPr>
      </w:pPr>
      <w:r>
        <w:rPr>
          <w:rFonts w:eastAsia="Calibri" w:cs="Cambria" w:cstheme="minorHAnsi" w:ascii="Linux Libertine G" w:hAnsi="Linux Libertine G"/>
          <w:sz w:val="22"/>
          <w:szCs w:val="22"/>
          <w:lang w:val="en-GB"/>
        </w:rPr>
        <w:t xml:space="preserve">All trustees on the board will </w:t>
      </w:r>
      <w:r>
        <w:rPr>
          <w:rFonts w:eastAsia="Calibri" w:cs="Cambria" w:cstheme="minorHAnsi" w:ascii="Linux Libertine G" w:hAnsi="Linux Libertine G"/>
          <w:sz w:val="22"/>
          <w:szCs w:val="22"/>
          <w:lang w:val="en-GB"/>
        </w:rPr>
        <w:t>be subject to</w:t>
      </w:r>
      <w:r>
        <w:rPr>
          <w:rFonts w:eastAsia="Calibri" w:cs="Cambria" w:cstheme="minorHAnsi" w:ascii="Linux Libertine G" w:hAnsi="Linux Libertine G"/>
          <w:sz w:val="22"/>
          <w:szCs w:val="22"/>
          <w:lang w:val="en-GB"/>
        </w:rPr>
        <w:t xml:space="preserve"> a safer recruitment process, including  </w:t>
      </w:r>
      <w:r>
        <w:rPr>
          <w:rFonts w:eastAsia="Calibri" w:cs="Cambria" w:cstheme="minorHAnsi" w:ascii="Linux Libertine G" w:hAnsi="Linux Libertine G"/>
          <w:sz w:val="22"/>
          <w:szCs w:val="22"/>
          <w:lang w:val="en-GB"/>
        </w:rPr>
        <w:t xml:space="preserve">appropriate </w:t>
      </w:r>
      <w:r>
        <w:rPr>
          <w:rFonts w:eastAsia="Calibri" w:cs="Cambria" w:cstheme="minorHAnsi" w:ascii="Linux Libertine G" w:hAnsi="Linux Libertine G"/>
          <w:sz w:val="22"/>
          <w:szCs w:val="22"/>
          <w:lang w:val="en-GB"/>
        </w:rPr>
        <w:t>DBS checks.</w:t>
      </w:r>
    </w:p>
    <w:p>
      <w:pPr>
        <w:pStyle w:val="Normal"/>
        <w:spacing w:lineRule="auto" w:line="240" w:before="0" w:after="0"/>
        <w:contextualSpacing/>
        <w:rPr>
          <w:rFonts w:ascii="Linux Libertine G" w:hAnsi="Linux Libertine G"/>
        </w:rPr>
      </w:pPr>
      <w:r>
        <w:rPr>
          <w:rFonts w:eastAsia="Calibri" w:cs="Cambria" w:cstheme="minorHAnsi" w:ascii="Linux Libertine G" w:hAnsi="Linux Libertine G"/>
          <w:sz w:val="22"/>
          <w:szCs w:val="22"/>
          <w:lang w:val="en-GB"/>
        </w:rPr>
      </w:r>
    </w:p>
    <w:p>
      <w:pPr>
        <w:pStyle w:val="Normal"/>
        <w:spacing w:lineRule="auto" w:line="240" w:before="0" w:after="0"/>
        <w:contextualSpacing/>
        <w:rPr>
          <w:rFonts w:ascii="Linux Libertine G" w:hAnsi="Linux Libertine G"/>
        </w:rPr>
      </w:pPr>
      <w:r>
        <w:rPr>
          <w:rFonts w:eastAsia="Calibri" w:cs="Cambria" w:cstheme="minorHAnsi" w:ascii="Linux Libertine G" w:hAnsi="Linux Libertine G"/>
          <w:sz w:val="22"/>
          <w:szCs w:val="22"/>
          <w:lang w:val="en-GB"/>
        </w:rPr>
        <w:t>All Trustees will complete safeguarding training appropriate to their governance role. CSET requires trustees to complete, as a minimum, Level 1 safeguarding training, refreshing at least every 3 years.</w:t>
      </w:r>
    </w:p>
    <w:p>
      <w:pPr>
        <w:pStyle w:val="Normal"/>
        <w:spacing w:lineRule="auto" w:line="240" w:before="0" w:after="0"/>
        <w:contextualSpacing/>
        <w:rPr>
          <w:rFonts w:ascii="Linux Libertine G" w:hAnsi="Linux Libertine G"/>
        </w:rPr>
      </w:pPr>
      <w:r>
        <w:rPr>
          <w:rFonts w:eastAsia="Calibri" w:cs="Cambria" w:cstheme="minorHAnsi" w:ascii="Linux Libertine G" w:hAnsi="Linux Libertine G"/>
          <w:sz w:val="22"/>
          <w:szCs w:val="22"/>
          <w:lang w:val="en-GB"/>
        </w:rPr>
      </w:r>
    </w:p>
    <w:p>
      <w:pPr>
        <w:pStyle w:val="Normal"/>
        <w:spacing w:lineRule="auto" w:line="240" w:before="0" w:after="0"/>
        <w:contextualSpacing/>
        <w:rPr>
          <w:rFonts w:ascii="Linux Libertine G" w:hAnsi="Linux Libertine G"/>
        </w:rPr>
      </w:pPr>
      <w:r>
        <w:rPr>
          <w:rFonts w:eastAsia="Calibri" w:cs="Cambria" w:cstheme="minorHAnsi" w:ascii="Linux Libertine G" w:hAnsi="Linux Libertine G"/>
          <w:sz w:val="22"/>
          <w:szCs w:val="22"/>
          <w:lang w:val="en-GB"/>
        </w:rPr>
        <w:t xml:space="preserve">Trustees who have direct, unsupervised contact with children, young people or adults with care and support needs will complete, as a minimum, Level 2 safeguarding training, refreshed at least every two years. </w:t>
      </w:r>
    </w:p>
    <w:p>
      <w:pPr>
        <w:pStyle w:val="Normal"/>
        <w:spacing w:lineRule="auto" w:line="240" w:before="0" w:after="0"/>
        <w:contextualSpacing/>
        <w:rPr>
          <w:rFonts w:ascii="Linux Libertine G" w:hAnsi="Linux Libertine G" w:eastAsia="Calibri" w:cs="Cambria" w:cstheme="minorHAnsi"/>
          <w:sz w:val="22"/>
          <w:szCs w:val="22"/>
        </w:rPr>
      </w:pPr>
      <w:r>
        <w:rPr>
          <w:rFonts w:eastAsia="Calibri" w:cs="Cambria" w:cstheme="minorHAnsi" w:ascii="Linux Libertine G" w:hAnsi="Linux Libertine G"/>
          <w:sz w:val="22"/>
          <w:szCs w:val="22"/>
          <w:lang w:val="en-GB"/>
        </w:rPr>
      </w:r>
    </w:p>
    <w:p>
      <w:pPr>
        <w:pStyle w:val="Normal"/>
        <w:spacing w:lineRule="auto" w:line="240" w:before="0" w:after="0"/>
        <w:contextualSpacing/>
        <w:rPr>
          <w:rFonts w:ascii="Linux Libertine G" w:hAnsi="Linux Libertine G"/>
        </w:rPr>
      </w:pPr>
      <w:r>
        <w:rPr>
          <w:rFonts w:eastAsia="Calibri" w:cs="Cambria" w:ascii="Linux Libertine G" w:hAnsi="Linux Libertine G" w:cstheme="minorHAnsi"/>
          <w:b/>
          <w:sz w:val="22"/>
          <w:szCs w:val="22"/>
          <w:lang w:val="en-GB"/>
        </w:rPr>
        <w:t xml:space="preserve">Volunteers:  </w:t>
      </w:r>
      <w:r>
        <w:rPr>
          <w:rFonts w:eastAsia="Calibri" w:cs="Cambria" w:ascii="Linux Libertine G" w:hAnsi="Linux Libertine G" w:cstheme="minorHAnsi"/>
          <w:sz w:val="22"/>
          <w:szCs w:val="22"/>
          <w:lang w:val="en-GB"/>
        </w:rPr>
        <w:t xml:space="preserve">Volunteers </w:t>
      </w:r>
      <w:r>
        <w:rPr>
          <w:rFonts w:eastAsia="Calibri" w:cs="Cambria" w:ascii="Linux Libertine G" w:hAnsi="Linux Libertine G" w:cstheme="minorHAnsi"/>
          <w:sz w:val="22"/>
          <w:szCs w:val="22"/>
          <w:lang w:val="en-GB"/>
        </w:rPr>
        <w:t>whose role does not involve direct or unsupervised contact</w:t>
      </w:r>
      <w:r>
        <w:rPr>
          <w:rFonts w:eastAsia="Calibri" w:cs="Cambria" w:ascii="Linux Libertine G" w:hAnsi="Linux Libertine G" w:cstheme="minorHAnsi"/>
          <w:sz w:val="22"/>
          <w:szCs w:val="22"/>
          <w:lang w:val="en-GB"/>
        </w:rPr>
        <w:t xml:space="preserve"> with children/young people or adults </w:t>
      </w:r>
      <w:r>
        <w:rPr>
          <w:rFonts w:eastAsia="Calibri" w:cs="Cambria" w:ascii="Linux Libertine G" w:hAnsi="Linux Libertine G" w:cstheme="minorHAnsi"/>
          <w:sz w:val="22"/>
          <w:szCs w:val="22"/>
          <w:lang w:val="en-GB"/>
        </w:rPr>
        <w:t>with care and support needs</w:t>
      </w:r>
      <w:r>
        <w:rPr>
          <w:rFonts w:eastAsia="Calibri" w:cs="Cambria" w:ascii="Linux Libertine G" w:hAnsi="Linux Libertine G" w:cstheme="minorHAnsi"/>
          <w:sz w:val="22"/>
          <w:szCs w:val="22"/>
          <w:lang w:val="en-GB"/>
        </w:rPr>
        <w:t xml:space="preserve"> will </w:t>
      </w:r>
      <w:r>
        <w:rPr>
          <w:rFonts w:eastAsia="Calibri" w:cs="Cambria" w:ascii="Linux Libertine G" w:hAnsi="Linux Libertine G" w:cstheme="minorHAnsi"/>
          <w:sz w:val="22"/>
          <w:szCs w:val="22"/>
          <w:lang w:val="en-GB"/>
        </w:rPr>
        <w:t>complete a minimum,</w:t>
      </w:r>
      <w:r>
        <w:rPr>
          <w:rFonts w:eastAsia="Calibri" w:cs="Cambria" w:ascii="Linux Libertine G" w:hAnsi="Linux Libertine G" w:cstheme="minorHAnsi"/>
          <w:sz w:val="22"/>
          <w:szCs w:val="22"/>
          <w:lang w:val="en-GB"/>
        </w:rPr>
        <w:t xml:space="preserve"> level 1 safeguarding training </w:t>
      </w:r>
      <w:r>
        <w:rPr>
          <w:rFonts w:eastAsia="Calibri" w:cs="Cambria" w:ascii="Linux Libertine G" w:hAnsi="Linux Libertine G" w:cstheme="minorHAnsi"/>
          <w:sz w:val="22"/>
          <w:szCs w:val="22"/>
          <w:lang w:val="en-GB"/>
        </w:rPr>
        <w:t>refreshed</w:t>
      </w:r>
      <w:r>
        <w:rPr>
          <w:rFonts w:eastAsia="Calibri" w:cs="Cambria" w:ascii="Linux Libertine G" w:hAnsi="Linux Libertine G" w:cstheme="minorHAnsi"/>
          <w:sz w:val="22"/>
          <w:szCs w:val="22"/>
          <w:lang w:val="en-GB"/>
        </w:rPr>
        <w:t>, as a minimum, every 3 years; those who have unsupervised contact with children/young people or adults at risk must undertake level 2 training, updated, as a minimum, every 2 years.</w:t>
      </w:r>
    </w:p>
    <w:p>
      <w:pPr>
        <w:pStyle w:val="Normal"/>
        <w:spacing w:lineRule="auto" w:line="240" w:before="0" w:after="0"/>
        <w:contextualSpacing/>
        <w:rPr>
          <w:rFonts w:ascii="Linux Libertine G" w:hAnsi="Linux Libertine G"/>
        </w:rPr>
      </w:pPr>
      <w:r>
        <w:rPr>
          <w:rFonts w:eastAsia="Calibri" w:cs="Cambria" w:cstheme="minorHAnsi" w:ascii="Linux Libertine G" w:hAnsi="Linux Libertine G"/>
          <w:sz w:val="22"/>
          <w:szCs w:val="22"/>
          <w:lang w:val="en-GB"/>
        </w:rPr>
      </w:r>
    </w:p>
    <w:p>
      <w:pPr>
        <w:pStyle w:val="Normal"/>
        <w:spacing w:lineRule="auto" w:line="240" w:before="0" w:after="0"/>
        <w:contextualSpacing/>
        <w:rPr>
          <w:rFonts w:ascii="Linux Libertine G" w:hAnsi="Linux Libertine G"/>
        </w:rPr>
      </w:pPr>
      <w:r>
        <w:rPr>
          <w:rFonts w:eastAsia="Calibri" w:cs="Cambria" w:cstheme="minorHAnsi" w:ascii="Linux Libertine G" w:hAnsi="Linux Libertine G"/>
          <w:sz w:val="22"/>
          <w:szCs w:val="22"/>
          <w:lang w:val="en-GB"/>
        </w:rPr>
      </w:r>
    </w:p>
    <w:p>
      <w:pPr>
        <w:pStyle w:val="Normal"/>
        <w:spacing w:lineRule="auto" w:line="240" w:before="0" w:after="0"/>
        <w:contextualSpacing/>
        <w:rPr>
          <w:rFonts w:ascii="Linux Libertine G" w:hAnsi="Linux Libertine G"/>
          <w:sz w:val="22"/>
          <w:szCs w:val="22"/>
        </w:rPr>
      </w:pPr>
      <w:r>
        <w:rPr>
          <w:rFonts w:ascii="Linux Libertine G" w:hAnsi="Linux Libertine G"/>
          <w:sz w:val="22"/>
          <w:szCs w:val="22"/>
          <w:lang w:val="en-GB"/>
        </w:rPr>
      </w:r>
    </w:p>
    <w:p>
      <w:pPr>
        <w:pStyle w:val="NormalCustom"/>
        <w:rPr>
          <w:rFonts w:ascii="Linux Libertine G" w:hAnsi="Linux Libertine G"/>
        </w:rPr>
      </w:pPr>
      <w:r>
        <w:rPr>
          <w:rFonts w:ascii="Linux Libertine G" w:hAnsi="Linux Libertine G"/>
          <w:color w:val="2A6099"/>
          <w:sz w:val="22"/>
          <w:szCs w:val="22"/>
          <w:lang w:val="en-GB"/>
        </w:rPr>
        <w:t>13. WHISTLEBLOWING</w:t>
      </w:r>
      <w:r>
        <w:rPr>
          <w:rFonts w:ascii="Linux Libertine G" w:hAnsi="Linux Libertine G"/>
          <w:sz w:val="22"/>
          <w:szCs w:val="22"/>
          <w:lang w:val="en-GB"/>
        </w:rPr>
        <w:br/>
      </w:r>
      <w:r>
        <w:rPr>
          <w:rFonts w:ascii="Linux Libertine G" w:hAnsi="Linux Libertine G"/>
          <w:lang w:val="en-GB"/>
        </w:rPr>
        <w:t>Changing Strides Equine Therapies is committed to promoting a culture of openness, honesty and accountability where safeguarding concerns are taken seriously and acted upon promptly.</w:t>
      </w:r>
    </w:p>
    <w:p>
      <w:pPr>
        <w:pStyle w:val="BodyText"/>
        <w:suppressAutoHyphens w:val="true"/>
        <w:spacing w:before="0" w:after="200"/>
        <w:rPr>
          <w:rFonts w:ascii="Linux Libertine G" w:hAnsi="Linux Libertine G"/>
          <w:lang w:val="en-GB"/>
        </w:rPr>
      </w:pPr>
      <w:r>
        <w:rPr>
          <w:rFonts w:ascii="Linux Libertine G" w:hAnsi="Linux Libertine G"/>
          <w:lang w:val="en-GB"/>
        </w:rPr>
        <w:t>All staff, volunteers and trustees have a responsibility to report any concerns about poor practice, unsafe behaviour, misconduct, breaches of this Safeguarding Policy or concerns that a colleague or volunteer may pose a risk to children or adults with care and support needs.</w:t>
      </w:r>
    </w:p>
    <w:p>
      <w:pPr>
        <w:pStyle w:val="BodyText"/>
        <w:suppressAutoHyphens w:val="true"/>
        <w:spacing w:before="0" w:after="200"/>
        <w:rPr>
          <w:rFonts w:ascii="Linux Libertine G" w:hAnsi="Linux Libertine G"/>
        </w:rPr>
      </w:pPr>
      <w:r>
        <w:rPr>
          <w:rFonts w:ascii="Linux Libertine G" w:hAnsi="Linux Libertine G"/>
          <w:lang w:val="en-GB"/>
        </w:rPr>
        <w:t xml:space="preserve">Concerns should normally be raised with the Designated Safeguarding Lead (DSL). Where the concern relates to the DSL, it should be reported to the Trustee with safeguarding responsibility or the Chair of Trustees. </w:t>
      </w:r>
      <w:r>
        <w:rPr>
          <w:rStyle w:val="Strong"/>
          <w:rFonts w:ascii="Linux Libertine G" w:hAnsi="Linux Libertine G"/>
          <w:b w:val="false"/>
          <w:bCs w:val="false"/>
          <w:lang w:val="en-GB"/>
        </w:rPr>
        <w:t>Where a concern relates to the Chair of Trustees, or where an individual believes that their concern has not been appropriately addressed, they should report the matter directly to the relevant statutory authority, such as Children's Social Care, Adult Social Care, the Police or other appropriate regulatory body.</w:t>
      </w:r>
    </w:p>
    <w:p>
      <w:pPr>
        <w:pStyle w:val="BodyText"/>
        <w:suppressAutoHyphens w:val="true"/>
        <w:spacing w:before="0" w:after="200"/>
        <w:rPr>
          <w:rFonts w:ascii="Linux Libertine G" w:hAnsi="Linux Libertine G"/>
          <w:lang w:val="en-GB"/>
        </w:rPr>
      </w:pPr>
      <w:r>
        <w:rPr>
          <w:rFonts w:ascii="Linux Libertine G" w:hAnsi="Linux Libertine G"/>
          <w:lang w:val="en-GB"/>
        </w:rPr>
        <w:t>No member of staff, volunteer or trustee will suffer detriment or victimisation for raising a genuine safeguarding concern in good faith, even if that concern is subsequently found to be unfounded.</w:t>
      </w:r>
    </w:p>
    <w:p>
      <w:pPr>
        <w:pStyle w:val="BodyText"/>
        <w:suppressAutoHyphens w:val="true"/>
        <w:spacing w:before="0" w:after="200"/>
        <w:rPr>
          <w:lang w:val="en-GB"/>
        </w:rPr>
      </w:pPr>
      <w:r>
        <w:rPr>
          <w:rFonts w:ascii="Linux Libertine G" w:hAnsi="Linux Libertine G"/>
          <w:lang w:val="en-GB"/>
        </w:rPr>
        <w:t>All whistleblowing concerns will be taken seriously, recorded appropriately, investigated where necessary and managed confidentially, so far as is reasonably possible and consistent with safeguarding responsibilities.</w:t>
      </w:r>
    </w:p>
    <w:p>
      <w:pPr>
        <w:pStyle w:val="NormalCustom"/>
        <w:rPr>
          <w:rFonts w:ascii="Linux Libertine G" w:hAnsi="Linux Libertine G"/>
          <w:i w:val="false"/>
          <w:iCs w:val="false"/>
          <w:color w:val="2A6099"/>
          <w:sz w:val="22"/>
          <w:szCs w:val="22"/>
        </w:rPr>
      </w:pPr>
      <w:r>
        <w:rPr>
          <w:rFonts w:ascii="Linux Libertine G" w:hAnsi="Linux Libertine G"/>
          <w:i w:val="false"/>
          <w:iCs w:val="false"/>
          <w:color w:val="2A6099"/>
          <w:sz w:val="22"/>
          <w:szCs w:val="22"/>
          <w:lang w:val="en-GB"/>
        </w:rPr>
      </w:r>
    </w:p>
    <w:p>
      <w:pPr>
        <w:pStyle w:val="NormalCustom"/>
        <w:rPr>
          <w:rFonts w:ascii="Linux Libertine G" w:hAnsi="Linux Libertine G"/>
        </w:rPr>
      </w:pPr>
      <w:r>
        <w:rPr>
          <w:rFonts w:ascii="Linux Libertine G" w:hAnsi="Linux Libertine G"/>
          <w:i w:val="false"/>
          <w:iCs w:val="false"/>
          <w:color w:val="2A6099"/>
          <w:sz w:val="22"/>
          <w:szCs w:val="22"/>
          <w:lang w:val="en-GB"/>
        </w:rPr>
        <w:t xml:space="preserve">14. </w:t>
      </w:r>
      <w:r>
        <w:rPr>
          <w:rFonts w:ascii="Linux Libertine G" w:hAnsi="Linux Libertine G"/>
          <w:i w:val="false"/>
          <w:iCs w:val="false"/>
          <w:color w:val="2A6099"/>
          <w:sz w:val="22"/>
          <w:szCs w:val="22"/>
          <w:lang w:val="en-GB"/>
        </w:rPr>
        <w:t xml:space="preserve">PROFESSIONAL BOUNDARIES/CODE OF CONDUCT </w:t>
      </w:r>
    </w:p>
    <w:p>
      <w:pPr>
        <w:pStyle w:val="Normal"/>
        <w:bidi w:val="0"/>
        <w:jc w:val="left"/>
        <w:rPr>
          <w:lang w:val="en-GB"/>
        </w:rPr>
      </w:pPr>
      <w:r>
        <w:rPr>
          <w:rFonts w:ascii="Linux Libertine G" w:hAnsi="Linux Libertine G"/>
          <w:sz w:val="21"/>
          <w:szCs w:val="21"/>
          <w:lang w:val="en-GB"/>
        </w:rPr>
        <w:t xml:space="preserve">The </w:t>
      </w:r>
      <w:r>
        <w:rPr>
          <w:rFonts w:ascii="Linux Libertine G" w:hAnsi="Linux Libertine G"/>
          <w:sz w:val="21"/>
          <w:szCs w:val="21"/>
          <w:u w:val="single"/>
          <w:lang w:val="en-GB"/>
        </w:rPr>
        <w:t>CSET code of Conduct</w:t>
      </w:r>
      <w:r>
        <w:rPr>
          <w:rFonts w:ascii="Linux Libertine G" w:hAnsi="Linux Libertine G"/>
          <w:sz w:val="21"/>
          <w:szCs w:val="21"/>
          <w:lang w:val="en-GB"/>
        </w:rPr>
        <w:t xml:space="preserve"> outlines the standards of behaviour expected of all individuals involved with Changing Strides Equine Therapies (CSET), including staff, volunteers, trustees, visitors, and partners. It ensures a safe, respectful, and professional environment that aligns with the charity’s values, objects and responsibilities.</w:t>
      </w:r>
    </w:p>
    <w:p>
      <w:pPr>
        <w:pStyle w:val="Normal"/>
        <w:bidi w:val="0"/>
        <w:jc w:val="left"/>
        <w:rPr>
          <w:sz w:val="21"/>
          <w:szCs w:val="21"/>
        </w:rPr>
      </w:pPr>
      <w:r>
        <w:rPr>
          <w:rFonts w:ascii="Linux Libertine G" w:hAnsi="Linux Libertine G"/>
          <w:sz w:val="21"/>
          <w:szCs w:val="21"/>
          <w:lang w:val="en-GB"/>
        </w:rPr>
        <w:t xml:space="preserve">The </w:t>
      </w:r>
      <w:r>
        <w:rPr>
          <w:rFonts w:ascii="Linux Libertine G" w:hAnsi="Linux Libertine G"/>
          <w:sz w:val="21"/>
          <w:szCs w:val="21"/>
          <w:lang w:val="en-GB"/>
        </w:rPr>
        <w:t>C</w:t>
      </w:r>
      <w:r>
        <w:rPr>
          <w:rFonts w:ascii="Linux Libertine G" w:hAnsi="Linux Libertine G"/>
          <w:sz w:val="21"/>
          <w:szCs w:val="21"/>
          <w:lang w:val="en-GB"/>
        </w:rPr>
        <w:t xml:space="preserve">ode of </w:t>
      </w:r>
      <w:r>
        <w:rPr>
          <w:rFonts w:ascii="Linux Libertine G" w:hAnsi="Linux Libertine G"/>
          <w:sz w:val="21"/>
          <w:szCs w:val="21"/>
          <w:lang w:val="en-GB"/>
        </w:rPr>
        <w:t>Co</w:t>
      </w:r>
      <w:r>
        <w:rPr>
          <w:rFonts w:ascii="Linux Libertine G" w:hAnsi="Linux Libertine G"/>
          <w:sz w:val="21"/>
          <w:szCs w:val="21"/>
          <w:lang w:val="en-GB"/>
        </w:rPr>
        <w:t xml:space="preserve">nduct aims to help us protect children and </w:t>
      </w:r>
      <w:r>
        <w:rPr>
          <w:rFonts w:ascii="Linux Libertine G" w:hAnsi="Linux Libertine G"/>
          <w:sz w:val="21"/>
          <w:szCs w:val="21"/>
          <w:lang w:val="en-GB"/>
        </w:rPr>
        <w:t>adults with care and support needs from abuse</w:t>
      </w:r>
      <w:r>
        <w:rPr>
          <w:rFonts w:ascii="Linux Libertine G" w:hAnsi="Linux Libertine G"/>
          <w:sz w:val="21"/>
          <w:szCs w:val="21"/>
          <w:lang w:val="en-GB"/>
        </w:rPr>
        <w:t xml:space="preserve"> and reduce the possibility of unfounded allegations being made.  CSET is responsible for making sure everyone taking part in our services has </w:t>
      </w:r>
      <w:r>
        <w:rPr>
          <w:rFonts w:ascii="Linux Libertine G" w:hAnsi="Linux Libertine G"/>
          <w:sz w:val="21"/>
          <w:szCs w:val="21"/>
          <w:lang w:val="en-GB"/>
        </w:rPr>
        <w:t>read, understood and agreed to comply with</w:t>
      </w:r>
      <w:r>
        <w:rPr>
          <w:rFonts w:ascii="Linux Libertine G" w:hAnsi="Linux Libertine G"/>
          <w:sz w:val="21"/>
          <w:szCs w:val="21"/>
          <w:lang w:val="en-GB"/>
        </w:rPr>
        <w:t xml:space="preserve"> the code of conduct, and that they understand the consequences of inappropriate behaviour.</w:t>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eastAsia="en-GB"/>
        </w:rPr>
        <w:t>No member of CSET will:</w:t>
      </w:r>
    </w:p>
    <w:p>
      <w:pPr>
        <w:pStyle w:val="Normal"/>
        <w:numPr>
          <w:ilvl w:val="0"/>
          <w:numId w:val="2"/>
        </w:numPr>
        <w:spacing w:lineRule="auto" w:line="240" w:before="0" w:after="0"/>
        <w:jc w:val="both"/>
        <w:rPr>
          <w:rFonts w:ascii="Linux Libertine G" w:hAnsi="Linux Libertine G"/>
        </w:rPr>
      </w:pPr>
      <w:r>
        <w:rPr>
          <w:rFonts w:eastAsia="Calibri" w:cs="Cambria" w:ascii="Linux Libertine G" w:hAnsi="Linux Libertine G" w:cstheme="minorHAnsi"/>
          <w:lang w:val="en-GB"/>
        </w:rPr>
        <w:t xml:space="preserve">Fail to act upon and record allegations </w:t>
      </w:r>
      <w:r>
        <w:rPr>
          <w:rFonts w:eastAsia="Calibri" w:cs="Cambria" w:ascii="Linux Libertine G" w:hAnsi="Linux Libertine G" w:cstheme="minorHAnsi"/>
          <w:lang w:val="en-GB"/>
        </w:rPr>
        <w:t xml:space="preserve">or safeguarding concerns raised by a child or adult with care and support needs. </w:t>
      </w:r>
    </w:p>
    <w:p>
      <w:pPr>
        <w:pStyle w:val="Normal"/>
        <w:numPr>
          <w:ilvl w:val="0"/>
          <w:numId w:val="2"/>
        </w:numPr>
        <w:spacing w:lineRule="auto" w:line="240" w:before="0" w:after="0"/>
        <w:jc w:val="both"/>
        <w:rPr>
          <w:rFonts w:ascii="Linux Libertine G" w:hAnsi="Linux Libertine G"/>
        </w:rPr>
      </w:pPr>
      <w:r>
        <w:rPr>
          <w:rFonts w:eastAsia="Calibri" w:cs="Cambria" w:ascii="Linux Libertine G" w:hAnsi="Linux Libertine G" w:cstheme="minorHAnsi"/>
          <w:lang w:val="en-GB"/>
        </w:rPr>
        <w:t xml:space="preserve">Visit a child </w:t>
      </w:r>
      <w:r>
        <w:rPr>
          <w:rFonts w:eastAsia="Calibri" w:cs="Cambria" w:ascii="Linux Libertine G" w:hAnsi="Linux Libertine G" w:cstheme="minorHAnsi"/>
          <w:lang w:val="en-GB"/>
        </w:rPr>
        <w:t xml:space="preserve">or </w:t>
      </w:r>
      <w:r>
        <w:rPr>
          <w:rFonts w:eastAsia="Calibri" w:cs="Cambria" w:ascii="Linux Libertine G" w:hAnsi="Linux Libertine G" w:cstheme="minorHAnsi"/>
          <w:lang w:val="en-GB"/>
        </w:rPr>
        <w:t xml:space="preserve">adult at risk in their home </w:t>
      </w:r>
      <w:r>
        <w:rPr>
          <w:rFonts w:eastAsia="Calibri" w:cs="Cambria" w:ascii="Linux Libertine G" w:hAnsi="Linux Libertine G" w:cstheme="minorHAnsi"/>
          <w:lang w:val="en-GB"/>
        </w:rPr>
        <w:t>unless this forms part of an authorised risk-assessed activity and organ</w:t>
      </w:r>
      <w:r>
        <w:rPr>
          <w:rFonts w:eastAsia="Calibri" w:cs="Cambria" w:ascii="Linux Libertine G" w:hAnsi="Linux Libertine G" w:cstheme="minorHAnsi"/>
          <w:lang w:val="en-GB"/>
        </w:rPr>
        <w:t>i</w:t>
      </w:r>
      <w:r>
        <w:rPr>
          <w:rFonts w:eastAsia="Calibri" w:cs="Cambria" w:ascii="Linux Libertine G" w:hAnsi="Linux Libertine G" w:cstheme="minorHAnsi"/>
          <w:lang w:val="en-GB"/>
        </w:rPr>
        <w:t>sational procedures are foll</w:t>
      </w:r>
      <w:r>
        <w:rPr>
          <w:rFonts w:eastAsia="Calibri" w:cs="Cambria" w:ascii="Linux Libertine G" w:hAnsi="Linux Libertine G" w:cstheme="minorHAnsi"/>
          <w:lang w:val="en-GB"/>
        </w:rPr>
        <w:t>o</w:t>
      </w:r>
      <w:r>
        <w:rPr>
          <w:rFonts w:eastAsia="Calibri" w:cs="Cambria" w:ascii="Linux Libertine G" w:hAnsi="Linux Libertine G" w:cstheme="minorHAnsi"/>
          <w:lang w:val="en-GB"/>
        </w:rPr>
        <w:t>wed</w:t>
      </w:r>
      <w:r>
        <w:rPr>
          <w:rFonts w:eastAsia="Calibri" w:cs="Cambria" w:ascii="Linux Libertine G" w:hAnsi="Linux Libertine G" w:cstheme="minorHAnsi"/>
          <w:lang w:val="en-GB"/>
        </w:rPr>
        <w:t>;</w:t>
      </w:r>
    </w:p>
    <w:p>
      <w:pPr>
        <w:pStyle w:val="Normal"/>
        <w:numPr>
          <w:ilvl w:val="0"/>
          <w:numId w:val="2"/>
        </w:numPr>
        <w:spacing w:lineRule="auto" w:line="240" w:before="0" w:after="0"/>
        <w:jc w:val="both"/>
        <w:rPr>
          <w:rFonts w:ascii="Linux Libertine G" w:hAnsi="Linux Libertine G"/>
        </w:rPr>
      </w:pPr>
      <w:r>
        <w:rPr>
          <w:rFonts w:eastAsia="Calibri" w:cs="Cambria" w:cstheme="minorHAnsi" w:ascii="Linux Libertine G" w:hAnsi="Linux Libertine G"/>
          <w:lang w:val="en-GB"/>
        </w:rPr>
        <w:t xml:space="preserve">Transport a child in a private vehicle unless this has been authorised in accordance with CSET procedures, appropriate consent has been obtained, and any required risk assessment has been completed, except in an emergency. </w:t>
      </w:r>
    </w:p>
    <w:p>
      <w:pPr>
        <w:pStyle w:val="Normal"/>
        <w:numPr>
          <w:ilvl w:val="0"/>
          <w:numId w:val="2"/>
        </w:numPr>
        <w:spacing w:lineRule="auto" w:line="240" w:before="0" w:after="0"/>
        <w:jc w:val="both"/>
        <w:rPr>
          <w:rFonts w:ascii="Linux Libertine G" w:hAnsi="Linux Libertine G"/>
        </w:rPr>
      </w:pPr>
      <w:r>
        <w:rPr>
          <w:rFonts w:eastAsia="Calibri" w:cs="Cambria" w:cstheme="minorHAnsi" w:ascii="Linux Libertine G" w:hAnsi="Linux Libertine G"/>
          <w:lang w:val="en-GB"/>
        </w:rPr>
        <w:t xml:space="preserve">Make any comments with sexual overtones, even </w:t>
      </w:r>
      <w:r>
        <w:rPr>
          <w:rFonts w:eastAsia="Calibri" w:cs="Cambria" w:cstheme="minorHAnsi" w:ascii="Linux Libertine G" w:hAnsi="Linux Libertine G"/>
          <w:lang w:val="en-GB"/>
        </w:rPr>
        <w:t>as a joke</w:t>
      </w:r>
      <w:r>
        <w:rPr>
          <w:rFonts w:eastAsia="Calibri" w:cs="Cambria" w:cstheme="minorHAnsi" w:ascii="Linux Libertine G" w:hAnsi="Linux Libertine G"/>
          <w:lang w:val="en-GB"/>
        </w:rPr>
        <w:t xml:space="preserve">, or </w:t>
      </w:r>
      <w:r>
        <w:rPr>
          <w:rFonts w:eastAsia="Calibri" w:cs="Cambria" w:cstheme="minorHAnsi" w:ascii="Linux Libertine G" w:hAnsi="Linux Libertine G"/>
          <w:lang w:val="en-GB"/>
        </w:rPr>
        <w:t>engage</w:t>
      </w:r>
      <w:r>
        <w:rPr>
          <w:rFonts w:eastAsia="Calibri" w:cs="Cambria" w:cstheme="minorHAnsi" w:ascii="Linux Libertine G" w:hAnsi="Linux Libertine G"/>
          <w:lang w:val="en-GB"/>
        </w:rPr>
        <w:t xml:space="preserve"> in  horseplay.</w:t>
      </w:r>
    </w:p>
    <w:p>
      <w:pPr>
        <w:pStyle w:val="Normal"/>
        <w:numPr>
          <w:ilvl w:val="0"/>
          <w:numId w:val="2"/>
        </w:numPr>
        <w:spacing w:lineRule="auto" w:line="240" w:before="0" w:after="0"/>
        <w:jc w:val="both"/>
        <w:rPr>
          <w:rFonts w:ascii="Linux Libertine G" w:hAnsi="Linux Libertine G"/>
        </w:rPr>
      </w:pPr>
      <w:r>
        <w:rPr>
          <w:rFonts w:eastAsia="Calibri" w:cs="Cambria" w:cstheme="minorHAnsi" w:ascii="Linux Libertine G" w:hAnsi="Linux Libertine G"/>
          <w:lang w:val="en-GB"/>
        </w:rPr>
        <w:t xml:space="preserve">Invite or allow a child or adult with care and support needs into their private home unless this forms part of an authorised organisational activity. </w:t>
      </w:r>
    </w:p>
    <w:p>
      <w:pPr>
        <w:pStyle w:val="Normal"/>
        <w:numPr>
          <w:ilvl w:val="0"/>
          <w:numId w:val="2"/>
        </w:numPr>
        <w:spacing w:lineRule="auto" w:line="240" w:before="0" w:after="0"/>
        <w:rPr>
          <w:rFonts w:ascii="Linux Libertine G" w:hAnsi="Linux Libertine G"/>
        </w:rPr>
      </w:pPr>
      <w:r>
        <w:rPr>
          <w:rFonts w:eastAsia="Calibri" w:cs="Cambria" w:ascii="Linux Libertine G" w:hAnsi="Linux Libertine G" w:cstheme="minorHAnsi"/>
          <w:lang w:val="en-GB"/>
        </w:rPr>
        <w:t>Engage in rough physical games;</w:t>
      </w:r>
    </w:p>
    <w:p>
      <w:pPr>
        <w:pStyle w:val="Normal"/>
        <w:numPr>
          <w:ilvl w:val="0"/>
          <w:numId w:val="2"/>
        </w:numPr>
        <w:spacing w:lineRule="auto" w:line="240" w:before="0" w:after="0"/>
        <w:rPr>
          <w:rFonts w:ascii="Linux Libertine G" w:hAnsi="Linux Libertine G"/>
        </w:rPr>
      </w:pPr>
      <w:r>
        <w:rPr>
          <w:rFonts w:eastAsia="Calibri" w:cs="Cambria" w:ascii="Linux Libertine G" w:hAnsi="Linux Libertine G" w:cstheme="minorHAnsi"/>
          <w:lang w:val="en-GB"/>
        </w:rPr>
        <w:t>Engage in sexually provocative games;</w:t>
      </w:r>
    </w:p>
    <w:p>
      <w:pPr>
        <w:pStyle w:val="Normal"/>
        <w:numPr>
          <w:ilvl w:val="0"/>
          <w:numId w:val="2"/>
        </w:numPr>
        <w:spacing w:lineRule="auto" w:line="240" w:before="0" w:after="0"/>
        <w:rPr>
          <w:rFonts w:ascii="Linux Libertine G" w:hAnsi="Linux Libertine G"/>
        </w:rPr>
      </w:pPr>
      <w:r>
        <w:rPr>
          <w:rFonts w:eastAsia="Calibri" w:cs="Cambria" w:ascii="Linux Libertine G" w:hAnsi="Linux Libertine G" w:cstheme="minorHAnsi"/>
          <w:lang w:val="en-GB"/>
        </w:rPr>
        <w:t>Allow or engage in inappropriate touching in any form;</w:t>
      </w:r>
    </w:p>
    <w:p>
      <w:pPr>
        <w:pStyle w:val="Normal"/>
        <w:numPr>
          <w:ilvl w:val="0"/>
          <w:numId w:val="2"/>
        </w:numPr>
        <w:spacing w:lineRule="auto" w:line="240" w:before="0" w:after="0"/>
        <w:rPr>
          <w:rFonts w:ascii="Linux Libertine G" w:hAnsi="Linux Libertine G"/>
        </w:rPr>
      </w:pPr>
      <w:r>
        <w:rPr>
          <w:rFonts w:eastAsia="Calibri" w:cs="Cambria" w:ascii="Linux Libertine G" w:hAnsi="Linux Libertine G" w:cstheme="minorHAnsi"/>
          <w:lang w:val="en-GB"/>
        </w:rPr>
        <w:t>Allow children to use inappropriate language unchallenged;</w:t>
      </w:r>
    </w:p>
    <w:p>
      <w:pPr>
        <w:pStyle w:val="Normal"/>
        <w:numPr>
          <w:ilvl w:val="0"/>
          <w:numId w:val="2"/>
        </w:numPr>
        <w:spacing w:lineRule="auto" w:line="240" w:before="0" w:after="0"/>
        <w:rPr>
          <w:rFonts w:ascii="Linux Libertine G" w:hAnsi="Linux Libertine G"/>
        </w:rPr>
      </w:pPr>
      <w:r>
        <w:rPr>
          <w:rFonts w:eastAsia="Calibri" w:cs="Cambria" w:ascii="Linux Libertine G" w:hAnsi="Linux Libertine G" w:cstheme="minorHAnsi"/>
          <w:lang w:val="en-GB"/>
        </w:rPr>
        <w:t>Carry out personal care or other tasks of a personal nature that an individual can reasonably undertake themselves, unless this forms part of an agreed care plan or is necessary in an emergency</w:t>
      </w:r>
      <w:r>
        <w:rPr>
          <w:rFonts w:eastAsia="Calibri" w:cs="Cambria" w:ascii="Linux Libertine G" w:hAnsi="Linux Libertine G" w:cstheme="minorHAnsi"/>
          <w:lang w:val="en-GB"/>
        </w:rPr>
        <w:t>;</w:t>
      </w:r>
    </w:p>
    <w:p>
      <w:pPr>
        <w:pStyle w:val="Normal"/>
        <w:numPr>
          <w:ilvl w:val="0"/>
          <w:numId w:val="2"/>
        </w:numPr>
        <w:spacing w:lineRule="auto" w:line="240" w:before="0" w:after="0"/>
        <w:rPr>
          <w:rFonts w:ascii="Linux Libertine G" w:hAnsi="Linux Libertine G"/>
        </w:rPr>
      </w:pPr>
      <w:r>
        <w:rPr>
          <w:rFonts w:eastAsia="Calibri" w:cs="Cambria" w:cstheme="minorHAnsi" w:ascii="Linux Libertine G" w:hAnsi="Linux Libertine G"/>
          <w:lang w:val="en-GB"/>
        </w:rPr>
        <w:t xml:space="preserve">Take, store or share photographs, videos or recordings of children or adults with care and support needs without appropriate consent and organisational authorisation. </w:t>
      </w:r>
    </w:p>
    <w:p>
      <w:pPr>
        <w:pStyle w:val="Normal"/>
        <w:numPr>
          <w:ilvl w:val="0"/>
          <w:numId w:val="2"/>
        </w:numPr>
        <w:spacing w:lineRule="auto" w:line="240" w:before="0" w:after="0"/>
        <w:rPr>
          <w:rFonts w:ascii="Linux Libertine G" w:hAnsi="Linux Libertine G"/>
        </w:rPr>
      </w:pPr>
      <w:r>
        <w:rPr>
          <w:rFonts w:eastAsia="Calibri" w:cs="Cambria" w:cstheme="minorHAnsi" w:ascii="Linux Libertine G" w:hAnsi="Linux Libertine G"/>
          <w:sz w:val="22"/>
          <w:szCs w:val="22"/>
          <w:lang w:val="en-GB"/>
        </w:rPr>
        <w:t xml:space="preserve">Use personal mobile phones, cameras or other personal devices to take, store or transmit images or recordings of children or adults with care and support needs. </w:t>
      </w:r>
    </w:p>
    <w:p>
      <w:pPr>
        <w:pStyle w:val="Normal"/>
        <w:numPr>
          <w:ilvl w:val="0"/>
          <w:numId w:val="2"/>
        </w:numPr>
        <w:spacing w:lineRule="auto" w:line="240" w:before="0" w:after="0"/>
        <w:rPr>
          <w:rFonts w:ascii="Linux Libertine G" w:hAnsi="Linux Libertine G"/>
        </w:rPr>
      </w:pPr>
      <w:r>
        <w:rPr>
          <w:rFonts w:eastAsia="Calibri" w:cs="Cambria" w:cstheme="minorHAnsi" w:ascii="Linux Libertine G" w:hAnsi="Linux Libertine G"/>
          <w:sz w:val="22"/>
          <w:szCs w:val="22"/>
          <w:lang w:val="en-GB"/>
        </w:rPr>
        <w:t xml:space="preserve">Develop inappropriate personal, social or online relationships with children, young people or adults with care and support needs. </w:t>
      </w:r>
    </w:p>
    <w:p>
      <w:pPr>
        <w:pStyle w:val="Normal"/>
        <w:numPr>
          <w:ilvl w:val="0"/>
          <w:numId w:val="2"/>
        </w:numPr>
        <w:spacing w:lineRule="auto" w:line="240" w:before="0" w:after="0"/>
        <w:rPr>
          <w:rFonts w:ascii="Linux Libertine G" w:hAnsi="Linux Libertine G"/>
        </w:rPr>
      </w:pPr>
      <w:r>
        <w:rPr>
          <w:rFonts w:eastAsia="Calibri" w:cs="Cambria" w:cstheme="minorHAnsi" w:ascii="Linux Libertine G" w:hAnsi="Linux Libertine G"/>
          <w:sz w:val="22"/>
          <w:szCs w:val="22"/>
          <w:lang w:val="en-GB"/>
        </w:rPr>
        <w:t xml:space="preserve">Communicate with children, young people or adults with care and support needs using personal social media accounts or personal messaging applications, unless specifically authorised by CSET. </w:t>
      </w:r>
    </w:p>
    <w:p>
      <w:pPr>
        <w:pStyle w:val="Normal"/>
        <w:numPr>
          <w:ilvl w:val="0"/>
          <w:numId w:val="2"/>
        </w:numPr>
        <w:spacing w:lineRule="auto" w:line="240" w:before="0" w:after="0"/>
        <w:rPr>
          <w:rFonts w:ascii="Linux Libertine G" w:hAnsi="Linux Libertine G"/>
        </w:rPr>
      </w:pPr>
      <w:r>
        <w:rPr>
          <w:rFonts w:eastAsia="Calibri" w:cs="Cambria" w:cstheme="minorHAnsi" w:ascii="Linux Libertine G" w:hAnsi="Linux Libertine G"/>
          <w:sz w:val="22"/>
          <w:szCs w:val="22"/>
          <w:lang w:val="en-GB"/>
        </w:rPr>
        <w:t xml:space="preserve">Be under the influence of alcohol or illegal drugs while undertaking duties on behalf od CSET. </w:t>
      </w:r>
    </w:p>
    <w:p>
      <w:pPr>
        <w:pStyle w:val="NormalCustom"/>
        <w:rPr>
          <w:rFonts w:ascii="Linux Libertine G" w:hAnsi="Linux Libertine G"/>
          <w:i w:val="false"/>
          <w:iCs w:val="false"/>
          <w:color w:val="2A6099"/>
          <w:sz w:val="22"/>
          <w:szCs w:val="22"/>
        </w:rPr>
      </w:pPr>
      <w:r>
        <w:rPr>
          <w:rFonts w:ascii="Linux Libertine G" w:hAnsi="Linux Libertine G"/>
          <w:i w:val="false"/>
          <w:iCs w:val="false"/>
          <w:color w:val="2A6099"/>
          <w:sz w:val="22"/>
          <w:szCs w:val="22"/>
          <w:lang w:val="en-GB"/>
        </w:rPr>
      </w:r>
    </w:p>
    <w:p>
      <w:pPr>
        <w:pStyle w:val="Normal"/>
        <w:bidi w:val="0"/>
        <w:jc w:val="left"/>
        <w:rPr>
          <w:rFonts w:ascii="Linux Libertine G" w:hAnsi="Linux Libertine G"/>
          <w:b/>
          <w:sz w:val="21"/>
          <w:szCs w:val="21"/>
        </w:rPr>
      </w:pPr>
      <w:r>
        <w:rPr>
          <w:rFonts w:ascii="Linux Libertine G" w:hAnsi="Linux Libertine G"/>
          <w:b/>
          <w:sz w:val="21"/>
          <w:szCs w:val="21"/>
          <w:lang w:val="en-GB"/>
        </w:rPr>
      </w:r>
    </w:p>
    <w:p>
      <w:pPr>
        <w:pStyle w:val="NormalCustom"/>
        <w:rPr>
          <w:rFonts w:ascii="Linux Libertine G" w:hAnsi="Linux Libertine G"/>
        </w:rPr>
      </w:pPr>
      <w:r>
        <w:rPr>
          <w:rFonts w:eastAsia="Calibri" w:cs="Cambria" w:ascii="Linux Libertine G" w:hAnsi="Linux Libertine G"/>
          <w:bCs/>
          <w:i w:val="false"/>
          <w:iCs w:val="false"/>
          <w:color w:val="2A6099"/>
          <w:sz w:val="22"/>
          <w:szCs w:val="22"/>
          <w:lang w:val="en-GB" w:eastAsia="x-none"/>
        </w:rPr>
      </w:r>
    </w:p>
    <w:p>
      <w:pPr>
        <w:pStyle w:val="NormalCustom"/>
        <w:rPr>
          <w:rFonts w:ascii="Linux Libertine G" w:hAnsi="Linux Libertine G"/>
        </w:rPr>
      </w:pPr>
      <w:r>
        <w:rPr>
          <w:rFonts w:eastAsia="Calibri" w:cs="Cambria" w:cstheme="minorHAnsi" w:ascii="Linux Libertine G" w:hAnsi="Linux Libertine G"/>
          <w:bCs/>
          <w:i w:val="false"/>
          <w:iCs w:val="false"/>
          <w:color w:val="2A6099"/>
          <w:sz w:val="22"/>
          <w:szCs w:val="22"/>
          <w:lang w:val="en-GB" w:eastAsia="x-none"/>
        </w:rPr>
        <w:t xml:space="preserve">15. </w:t>
      </w:r>
      <w:bookmarkStart w:id="22" w:name="_Toc413075475"/>
      <w:r>
        <w:rPr>
          <w:rFonts w:eastAsia="Calibri" w:cs="Cambria" w:cstheme="minorHAnsi" w:ascii="Linux Libertine G" w:hAnsi="Linux Libertine G"/>
          <w:bCs/>
          <w:i w:val="false"/>
          <w:iCs w:val="false"/>
          <w:color w:val="2A6099"/>
          <w:sz w:val="22"/>
          <w:szCs w:val="22"/>
          <w:lang w:val="en-GB" w:eastAsia="x-none"/>
        </w:rPr>
        <w:t>V</w:t>
      </w:r>
      <w:bookmarkEnd w:id="22"/>
      <w:r>
        <w:rPr>
          <w:rFonts w:eastAsia="Calibri" w:cs="Cambria" w:cstheme="minorHAnsi" w:ascii="Linux Libertine G" w:hAnsi="Linux Libertine G"/>
          <w:bCs/>
          <w:i w:val="false"/>
          <w:iCs w:val="false"/>
          <w:color w:val="2A6099"/>
          <w:sz w:val="22"/>
          <w:szCs w:val="22"/>
          <w:lang w:val="en-GB" w:eastAsia="x-none"/>
        </w:rPr>
        <w:t>ISITORS AND SERVICE USERS</w:t>
      </w:r>
    </w:p>
    <w:p>
      <w:pPr>
        <w:pStyle w:val="Normal"/>
        <w:spacing w:lineRule="auto" w:line="240" w:before="0" w:after="0"/>
        <w:rPr>
          <w:rFonts w:ascii="Linux Libertine G" w:hAnsi="Linux Libertine G"/>
        </w:rPr>
      </w:pPr>
      <w:r>
        <w:rPr>
          <w:rFonts w:eastAsia="Calibri" w:cs="Cambria" w:ascii="Linux Libertine G" w:hAnsi="Linux Libertine G" w:cstheme="minorHAnsi"/>
          <w:b/>
          <w:sz w:val="22"/>
          <w:szCs w:val="22"/>
          <w:lang w:val="en-GB"/>
        </w:rPr>
        <w:t>Participants</w:t>
      </w:r>
      <w:r>
        <w:rPr>
          <w:rFonts w:eastAsia="Calibri" w:cs="Cambria" w:ascii="Linux Libertine G" w:hAnsi="Linux Libertine G" w:cstheme="minorHAnsi"/>
          <w:sz w:val="22"/>
          <w:szCs w:val="22"/>
          <w:lang w:val="en-GB"/>
        </w:rPr>
        <w:t xml:space="preserve">: </w:t>
      </w:r>
      <w:r>
        <w:rPr>
          <w:rFonts w:eastAsia="Calibri" w:cs="Cambria" w:ascii="Linux Libertine G" w:hAnsi="Linux Libertine G" w:cstheme="minorHAnsi"/>
          <w:sz w:val="22"/>
          <w:szCs w:val="22"/>
          <w:lang w:val="en-GB"/>
        </w:rPr>
        <w:t>Individuals</w:t>
      </w:r>
      <w:r>
        <w:rPr>
          <w:rFonts w:eastAsia="Calibri" w:cs="Cambria" w:ascii="Linux Libertine G" w:hAnsi="Linux Libertine G" w:cstheme="minorHAnsi"/>
          <w:sz w:val="22"/>
          <w:szCs w:val="22"/>
          <w:lang w:val="en-GB"/>
        </w:rPr>
        <w:t xml:space="preserve"> (adults or children) receiving intensive staff support</w:t>
      </w:r>
      <w:r>
        <w:rPr>
          <w:rFonts w:eastAsia="Calibri" w:cs="Cambria" w:ascii="Linux Libertine G" w:hAnsi="Linux Libertine G" w:cstheme="minorHAnsi"/>
          <w:sz w:val="22"/>
          <w:szCs w:val="22"/>
          <w:lang w:val="en-GB" w:eastAsia="x-none"/>
        </w:rPr>
        <w:t xml:space="preserve">. </w:t>
      </w:r>
      <w:r>
        <w:rPr>
          <w:rFonts w:eastAsia="Calibri" w:cs="Cambria" w:ascii="Linux Libertine G" w:hAnsi="Linux Libertine G" w:cstheme="minorHAnsi"/>
          <w:i/>
          <w:sz w:val="22"/>
          <w:szCs w:val="22"/>
          <w:lang w:val="en-GB"/>
        </w:rPr>
        <w:t xml:space="preserve">Participants </w:t>
      </w:r>
      <w:r>
        <w:rPr>
          <w:rFonts w:eastAsia="Calibri" w:cs="Cambria" w:ascii="Linux Libertine G" w:hAnsi="Linux Libertine G" w:cstheme="minorHAnsi"/>
          <w:sz w:val="22"/>
          <w:szCs w:val="22"/>
          <w:lang w:val="en-GB"/>
        </w:rPr>
        <w:t xml:space="preserve">will be supervised at all times by a member of </w:t>
      </w:r>
      <w:r>
        <w:rPr>
          <w:rFonts w:eastAsia="Calibri" w:cs="Cambria" w:ascii="Linux Libertine G" w:hAnsi="Linux Libertine G" w:cstheme="minorHAnsi"/>
          <w:i/>
          <w:iCs/>
          <w:sz w:val="22"/>
          <w:szCs w:val="22"/>
          <w:lang w:val="en-GB"/>
        </w:rPr>
        <w:t>st</w:t>
      </w:r>
      <w:r>
        <w:rPr>
          <w:rFonts w:eastAsia="Calibri" w:cs="Cambria" w:ascii="Linux Libertine G" w:hAnsi="Linux Libertine G" w:cstheme="minorHAnsi"/>
          <w:i/>
          <w:sz w:val="22"/>
          <w:szCs w:val="22"/>
          <w:lang w:val="en-GB"/>
        </w:rPr>
        <w:t>aff</w:t>
      </w:r>
      <w:r>
        <w:rPr>
          <w:rFonts w:eastAsia="Calibri" w:cs="Cambria" w:ascii="Linux Libertine G" w:hAnsi="Linux Libertine G" w:cstheme="minorHAnsi"/>
          <w:sz w:val="22"/>
          <w:szCs w:val="22"/>
          <w:lang w:val="en-GB"/>
        </w:rPr>
        <w:t>.</w:t>
      </w:r>
    </w:p>
    <w:p>
      <w:pPr>
        <w:pStyle w:val="Normal"/>
        <w:spacing w:lineRule="auto" w:line="240" w:before="0" w:after="0"/>
        <w:rPr>
          <w:rFonts w:ascii="Linux Libertine G" w:hAnsi="Linux Libertine G"/>
        </w:rPr>
      </w:pPr>
      <w:r>
        <w:rPr>
          <w:rFonts w:eastAsia="Calibri" w:cs="Cambria" w:ascii="Linux Libertine G" w:hAnsi="Linux Libertine G" w:cstheme="minorHAnsi"/>
          <w:b/>
          <w:bCs/>
          <w:sz w:val="22"/>
          <w:szCs w:val="22"/>
          <w:lang w:val="en-GB"/>
        </w:rPr>
        <w:t xml:space="preserve">Children: </w:t>
      </w:r>
      <w:r>
        <w:rPr>
          <w:rFonts w:eastAsia="Calibri" w:cs="Cambria" w:ascii="Linux Libertine G" w:hAnsi="Linux Libertine G" w:cstheme="minorHAnsi"/>
          <w:sz w:val="22"/>
          <w:szCs w:val="22"/>
          <w:lang w:val="en-GB"/>
        </w:rPr>
        <w:t xml:space="preserve">any child or young person under the age of 18 years. We will require children under  </w:t>
      </w:r>
      <w:r>
        <w:rPr>
          <w:rFonts w:eastAsia="Calibri" w:cs="Cambria" w:ascii="Linux Libertine G" w:hAnsi="Linux Libertine G" w:cstheme="minorHAnsi"/>
          <w:sz w:val="22"/>
          <w:szCs w:val="22"/>
          <w:lang w:val="en-GB"/>
        </w:rPr>
        <w:t xml:space="preserve">the age of </w:t>
      </w:r>
      <w:r>
        <w:rPr>
          <w:rFonts w:eastAsia="Calibri" w:cs="Cambria" w:ascii="Linux Libertine G" w:hAnsi="Linux Libertine G" w:cstheme="minorHAnsi"/>
          <w:sz w:val="22"/>
          <w:szCs w:val="22"/>
          <w:lang w:val="en-GB"/>
        </w:rPr>
        <w:t xml:space="preserve">8 </w:t>
      </w:r>
      <w:r>
        <w:rPr>
          <w:rFonts w:eastAsia="Calibri" w:cs="Cambria" w:ascii="Linux Libertine G" w:hAnsi="Linux Libertine G" w:cstheme="minorHAnsi"/>
          <w:sz w:val="22"/>
          <w:szCs w:val="22"/>
          <w:lang w:val="en-GB"/>
        </w:rPr>
        <w:t>years</w:t>
      </w:r>
      <w:r>
        <w:rPr>
          <w:rFonts w:eastAsia="Calibri" w:cs="Cambria" w:ascii="Linux Libertine G" w:hAnsi="Linux Libertine G" w:cstheme="minorHAnsi"/>
          <w:sz w:val="22"/>
          <w:szCs w:val="22"/>
          <w:lang w:val="en-GB"/>
        </w:rPr>
        <w:t xml:space="preserve"> to be supervised by a carer at all times.  Children and young people </w:t>
      </w:r>
      <w:r>
        <w:rPr>
          <w:rFonts w:eastAsia="Calibri" w:cs="Cambria" w:ascii="Linux Libertine G" w:hAnsi="Linux Libertine G" w:cstheme="minorHAnsi"/>
          <w:sz w:val="22"/>
          <w:szCs w:val="22"/>
          <w:lang w:val="en-GB"/>
        </w:rPr>
        <w:t>participating in CSET</w:t>
      </w:r>
      <w:r>
        <w:rPr>
          <w:rFonts w:eastAsia="Calibri" w:cs="Cambria" w:ascii="Linux Libertine G" w:hAnsi="Linux Libertine G" w:cstheme="minorHAnsi"/>
          <w:sz w:val="22"/>
          <w:szCs w:val="22"/>
          <w:lang w:val="en-GB"/>
        </w:rPr>
        <w:t xml:space="preserve"> will be supervised at all times by </w:t>
      </w:r>
      <w:r>
        <w:rPr>
          <w:rFonts w:eastAsia="Calibri" w:cs="Cambria" w:ascii="Linux Libertine G" w:hAnsi="Linux Libertine G" w:cstheme="minorHAnsi"/>
          <w:sz w:val="22"/>
          <w:szCs w:val="22"/>
          <w:lang w:val="en-GB"/>
        </w:rPr>
        <w:t xml:space="preserve">CSET staff at all times while taking part in sessions. </w:t>
      </w:r>
    </w:p>
    <w:p>
      <w:pPr>
        <w:pStyle w:val="Normal"/>
        <w:spacing w:lineRule="auto" w:line="240" w:before="0" w:after="0"/>
        <w:rPr>
          <w:rFonts w:ascii="Linux Libertine G" w:hAnsi="Linux Libertine G" w:eastAsia="Calibri" w:cs="Cambria" w:cstheme="minorHAnsi"/>
          <w:sz w:val="22"/>
          <w:szCs w:val="22"/>
          <w:lang w:eastAsia="x-none"/>
        </w:rPr>
      </w:pPr>
      <w:r>
        <w:rPr>
          <w:rFonts w:eastAsia="Calibri" w:cs="Cambria" w:cstheme="minorHAnsi" w:ascii="Linux Libertine G" w:hAnsi="Linux Libertine G"/>
          <w:sz w:val="22"/>
          <w:szCs w:val="22"/>
          <w:lang w:val="en-GB" w:eastAsia="x-none"/>
        </w:rPr>
      </w:r>
    </w:p>
    <w:p>
      <w:pPr>
        <w:pStyle w:val="NormalCustom"/>
        <w:rPr>
          <w:rFonts w:ascii="Linux Libertine G" w:hAnsi="Linux Libertine G"/>
        </w:rPr>
      </w:pPr>
      <w:r>
        <w:rPr>
          <w:rFonts w:eastAsia="Calibri" w:cs="Cambria" w:ascii="Linux Libertine G" w:hAnsi="Linux Libertine G" w:cstheme="minorHAnsi"/>
          <w:b/>
          <w:bCs/>
          <w:i/>
          <w:sz w:val="22"/>
          <w:szCs w:val="22"/>
          <w:lang w:val="en-GB" w:eastAsia="x-none"/>
        </w:rPr>
        <w:t>Group sizes and supervision ratios</w:t>
      </w:r>
      <w:r>
        <w:rPr>
          <w:rFonts w:eastAsia="Calibri" w:cs="Cambria" w:ascii="Linux Libertine G" w:hAnsi="Linux Libertine G" w:cstheme="minorHAnsi"/>
          <w:b/>
          <w:bCs/>
          <w:sz w:val="22"/>
          <w:szCs w:val="22"/>
          <w:lang w:val="en-GB"/>
        </w:rPr>
        <w:t>:</w:t>
      </w:r>
      <w:r>
        <w:rPr>
          <w:rFonts w:eastAsia="Calibri" w:cs="Cambria" w:ascii="Linux Libertine G" w:hAnsi="Linux Libertine G" w:cstheme="minorHAnsi"/>
          <w:sz w:val="22"/>
          <w:szCs w:val="22"/>
          <w:lang w:val="en-GB"/>
        </w:rPr>
        <w:t xml:space="preserve"> Children and young people will always be supervised whilst in CSET’s care, as </w:t>
      </w:r>
      <w:r>
        <w:rPr>
          <w:rFonts w:eastAsia="Calibri" w:cs="Cambria" w:ascii="Linux Libertine G" w:hAnsi="Linux Libertine G" w:cstheme="minorHAnsi"/>
          <w:sz w:val="22"/>
          <w:szCs w:val="22"/>
          <w:lang w:val="en-GB"/>
        </w:rPr>
        <w:t>will</w:t>
      </w:r>
      <w:r>
        <w:rPr>
          <w:rFonts w:eastAsia="Calibri" w:cs="Cambria" w:ascii="Linux Libertine G" w:hAnsi="Linux Libertine G" w:cstheme="minorHAnsi"/>
          <w:sz w:val="22"/>
          <w:szCs w:val="22"/>
          <w:lang w:val="en-GB"/>
        </w:rPr>
        <w:t xml:space="preserve">  </w:t>
      </w:r>
      <w:r>
        <w:rPr>
          <w:rFonts w:eastAsia="Calibri" w:cs="Cambria" w:ascii="Linux Libertine G" w:hAnsi="Linux Libertine G" w:cstheme="minorHAnsi"/>
          <w:sz w:val="22"/>
          <w:szCs w:val="22"/>
          <w:lang w:val="en-GB"/>
        </w:rPr>
        <w:t>participants requiring intensive support.</w:t>
      </w:r>
      <w:r>
        <w:rPr>
          <w:rFonts w:eastAsia="Calibri" w:cs="Cambria" w:ascii="Linux Libertine G" w:hAnsi="Linux Libertine G" w:cstheme="minorHAnsi"/>
          <w:sz w:val="22"/>
          <w:szCs w:val="22"/>
          <w:lang w:val="en-GB"/>
        </w:rPr>
        <w:t xml:space="preserve"> </w:t>
      </w:r>
    </w:p>
    <w:p>
      <w:pPr>
        <w:pStyle w:val="NormalCustom"/>
        <w:rPr>
          <w:rFonts w:ascii="Linux Libertine G" w:hAnsi="Linux Libertine G"/>
        </w:rPr>
      </w:pPr>
      <w:r>
        <w:rPr>
          <w:rFonts w:eastAsia="Calibri" w:cs="Cambria" w:ascii="Linux Libertine G" w:hAnsi="Linux Libertine G" w:cstheme="minorHAnsi"/>
          <w:sz w:val="22"/>
          <w:szCs w:val="22"/>
          <w:lang w:val="en-GB"/>
        </w:rPr>
        <w:t>The maximum number of participants to</w:t>
      </w:r>
      <w:r>
        <w:rPr>
          <w:rFonts w:eastAsia="Calibri" w:cs="Cambria" w:ascii="Linux Libertine G" w:hAnsi="Linux Libertine G" w:cstheme="minorHAnsi"/>
          <w:i w:val="false"/>
          <w:iCs w:val="false"/>
          <w:sz w:val="22"/>
          <w:szCs w:val="22"/>
          <w:lang w:val="en-GB"/>
        </w:rPr>
        <w:t xml:space="preserve"> </w:t>
      </w:r>
      <w:r>
        <w:rPr>
          <w:rFonts w:eastAsia="Calibri" w:cs="Cambria" w:ascii="Linux Libertine G" w:hAnsi="Linux Libertine G" w:cstheme="minorHAnsi"/>
          <w:i w:val="false"/>
          <w:iCs w:val="false"/>
          <w:sz w:val="22"/>
          <w:szCs w:val="22"/>
          <w:lang w:val="en-GB"/>
        </w:rPr>
        <w:t>staff</w:t>
      </w:r>
      <w:r>
        <w:rPr>
          <w:rFonts w:eastAsia="Calibri" w:cs="Cambria" w:ascii="Linux Libertine G" w:hAnsi="Linux Libertine G" w:cstheme="minorHAnsi"/>
          <w:i w:val="false"/>
          <w:iCs w:val="false"/>
          <w:sz w:val="22"/>
          <w:szCs w:val="22"/>
          <w:lang w:val="en-GB"/>
        </w:rPr>
        <w:t xml:space="preserve"> </w:t>
      </w:r>
      <w:r>
        <w:rPr>
          <w:rFonts w:eastAsia="Calibri" w:cs="Cambria" w:ascii="Linux Libertine G" w:hAnsi="Linux Libertine G" w:cstheme="minorHAnsi"/>
          <w:sz w:val="22"/>
          <w:szCs w:val="22"/>
          <w:lang w:val="en-GB"/>
        </w:rPr>
        <w:t xml:space="preserve">will be 6:1, </w:t>
      </w:r>
      <w:r>
        <w:rPr>
          <w:rFonts w:eastAsia="Calibri" w:cs="Cambria" w:ascii="Linux Libertine G" w:hAnsi="Linux Libertine G" w:cstheme="minorHAnsi"/>
          <w:sz w:val="22"/>
          <w:szCs w:val="22"/>
          <w:lang w:val="en-GB"/>
        </w:rPr>
        <w:t>H</w:t>
      </w:r>
      <w:r>
        <w:rPr>
          <w:rFonts w:eastAsia="Calibri" w:cs="Cambria" w:ascii="Linux Libertine G" w:hAnsi="Linux Libertine G" w:cstheme="minorHAnsi"/>
          <w:sz w:val="22"/>
          <w:szCs w:val="22"/>
          <w:lang w:val="en-GB"/>
        </w:rPr>
        <w:t xml:space="preserve">owever we would more typically </w:t>
      </w:r>
      <w:r>
        <w:rPr>
          <w:rFonts w:eastAsia="Calibri" w:cs="Cambria" w:ascii="Linux Libertine G" w:hAnsi="Linux Libertine G" w:cstheme="minorHAnsi"/>
          <w:sz w:val="22"/>
          <w:szCs w:val="22"/>
          <w:lang w:val="en-GB"/>
        </w:rPr>
        <w:t xml:space="preserve">operate at ratios of </w:t>
      </w:r>
      <w:r>
        <w:rPr>
          <w:rFonts w:eastAsia="Calibri" w:cs="Cambria" w:ascii="Linux Libertine G" w:hAnsi="Linux Libertine G" w:cstheme="minorHAnsi"/>
          <w:sz w:val="22"/>
          <w:szCs w:val="22"/>
          <w:lang w:val="en-GB"/>
        </w:rPr>
        <w:t xml:space="preserve">3:1 or 1:1 ratio </w:t>
      </w:r>
      <w:r>
        <w:rPr>
          <w:rFonts w:eastAsia="Calibri" w:cs="Cambria" w:ascii="Linux Libertine G" w:hAnsi="Linux Libertine G" w:cstheme="minorHAnsi"/>
          <w:sz w:val="22"/>
          <w:szCs w:val="22"/>
          <w:lang w:val="en-GB"/>
        </w:rPr>
        <w:t>depending on the needs of those attending.</w:t>
      </w:r>
    </w:p>
    <w:p>
      <w:pPr>
        <w:pStyle w:val="NormalCustom"/>
        <w:rPr>
          <w:rFonts w:ascii="Linux Libertine G" w:hAnsi="Linux Libertine G"/>
        </w:rPr>
      </w:pPr>
      <w:r>
        <w:rPr>
          <w:rFonts w:eastAsia="Calibri" w:cs="Cambria" w:ascii="Linux Libertine G" w:hAnsi="Linux Libertine G" w:cstheme="minorHAnsi"/>
          <w:sz w:val="22"/>
          <w:szCs w:val="22"/>
          <w:lang w:val="en-GB"/>
        </w:rPr>
        <w:t xml:space="preserve"> </w:t>
      </w:r>
      <w:r>
        <w:rPr>
          <w:rFonts w:eastAsia="Calibri" w:cs="Cambria" w:ascii="Linux Libertine G" w:hAnsi="Linux Libertine G" w:cstheme="minorHAnsi"/>
          <w:sz w:val="22"/>
          <w:szCs w:val="22"/>
          <w:lang w:val="en-GB"/>
        </w:rPr>
        <w:t xml:space="preserve">Groups will be dynamically risk assessed on a </w:t>
      </w:r>
      <w:r>
        <w:rPr>
          <w:rFonts w:eastAsia="Calibri" w:cs="Cambria" w:ascii="Linux Libertine G" w:hAnsi="Linux Libertine G" w:cstheme="minorHAnsi"/>
          <w:sz w:val="22"/>
          <w:szCs w:val="22"/>
          <w:lang w:val="en-GB"/>
        </w:rPr>
        <w:t xml:space="preserve">throughout each session, taking account </w:t>
      </w:r>
      <w:r>
        <w:rPr>
          <w:rFonts w:eastAsia="Calibri" w:cs="Cambria" w:ascii="Linux Libertine G" w:hAnsi="Linux Libertine G" w:cstheme="minorHAnsi"/>
          <w:sz w:val="22"/>
          <w:szCs w:val="22"/>
          <w:lang w:val="en-GB"/>
        </w:rPr>
        <w:t xml:space="preserve">of individual needs, vulnerabilities, </w:t>
      </w:r>
      <w:r>
        <w:rPr>
          <w:rFonts w:eastAsia="Calibri" w:cs="Cambria" w:ascii="Linux Libertine G" w:hAnsi="Linux Libertine G" w:cstheme="minorHAnsi"/>
          <w:sz w:val="22"/>
          <w:szCs w:val="22"/>
          <w:lang w:val="en-GB"/>
        </w:rPr>
        <w:t xml:space="preserve">activities being undertaken and the environment. </w:t>
      </w:r>
      <w:r>
        <w:rPr>
          <w:lang w:val="en-GB"/>
        </w:rPr>
        <w:t xml:space="preserve">Group sizes, staffing levels and support arrangements will be adjusted accordingly. </w:t>
      </w:r>
      <w:r>
        <w:rPr>
          <w:rFonts w:eastAsia="Calibri" w:cs="Cambria" w:ascii="Linux Libertine G" w:hAnsi="Linux Libertine G" w:cstheme="minorHAnsi"/>
          <w:sz w:val="22"/>
          <w:szCs w:val="22"/>
          <w:lang w:val="en-GB"/>
        </w:rPr>
        <w:t xml:space="preserve"> </w:t>
      </w:r>
    </w:p>
    <w:p>
      <w:pPr>
        <w:pStyle w:val="NormalCustom"/>
        <w:rPr>
          <w:rFonts w:ascii="Linux Libertine G" w:hAnsi="Linux Libertine G"/>
        </w:rPr>
      </w:pPr>
      <w:r>
        <w:rPr>
          <w:rFonts w:eastAsia="Calibri" w:cs="Cambria" w:cstheme="minorHAnsi" w:ascii="Linux Libertine G" w:hAnsi="Linux Libertine G"/>
          <w:sz w:val="22"/>
          <w:szCs w:val="22"/>
          <w:lang w:val="en-GB"/>
        </w:rPr>
        <w:t xml:space="preserve">Individuals with specific vulnerabilities may require 1:1 support where a group setting is not appropriate or where this is identified through the risk assessment process. </w:t>
      </w:r>
    </w:p>
    <w:p>
      <w:pPr>
        <w:pStyle w:val="NormalCustom"/>
        <w:rPr>
          <w:rFonts w:ascii="Linux Libertine G" w:hAnsi="Linux Libertine G"/>
        </w:rPr>
      </w:pPr>
      <w:r>
        <w:rPr>
          <w:rFonts w:eastAsia="Calibri" w:cs="Cambria" w:cstheme="minorHAnsi" w:ascii="Linux Libertine G" w:hAnsi="Linux Libertine G"/>
          <w:sz w:val="22"/>
          <w:szCs w:val="22"/>
          <w:lang w:val="en-GB"/>
        </w:rPr>
        <w:t xml:space="preserve">The level of supervision provided will always be proportionate to the age, needs, abilities and risks presented by each participant.  </w:t>
      </w:r>
    </w:p>
    <w:p>
      <w:pPr>
        <w:pStyle w:val="NormalCustom"/>
        <w:rPr>
          <w:lang w:val="en-GB"/>
        </w:rPr>
      </w:pPr>
      <w:r>
        <w:rPr>
          <w:rFonts w:eastAsia="Calibri" w:cs="Cambria" w:ascii="Linux Libertine G" w:hAnsi="Linux Libertine G" w:cstheme="minorHAnsi"/>
          <w:b/>
          <w:bCs/>
          <w:sz w:val="22"/>
          <w:szCs w:val="22"/>
          <w:lang w:val="en-GB"/>
        </w:rPr>
        <w:t xml:space="preserve">Visitors: </w:t>
      </w:r>
      <w:r>
        <w:rPr>
          <w:lang w:val="en-GB"/>
        </w:rPr>
        <w:t xml:space="preserve">All visitors to CSET premises are expected to comply with CSET's safeguarding procedures while on site. Visitors must be appropriately supervised unless they have a legitimate reason to work independently and the necessary safeguarding checks have been completed where required. </w:t>
      </w:r>
      <w:r>
        <w:rPr>
          <w:rFonts w:eastAsia="Calibri" w:cs="Cambria" w:ascii="Linux Libertine G" w:hAnsi="Linux Libertine G" w:cstheme="minorHAnsi"/>
          <w:b/>
          <w:bCs/>
          <w:sz w:val="22"/>
          <w:szCs w:val="22"/>
          <w:lang w:val="en-GB"/>
        </w:rPr>
        <w:t xml:space="preserve"> </w:t>
      </w:r>
    </w:p>
    <w:p>
      <w:pPr>
        <w:pStyle w:val="NormalCustom"/>
        <w:rPr>
          <w:rFonts w:ascii="Linux Libertine G" w:hAnsi="Linux Libertine G"/>
        </w:rPr>
      </w:pPr>
      <w:r>
        <w:rPr>
          <w:rFonts w:eastAsia="Calibri" w:cs="Cambria" w:ascii="Linux Libertine G" w:hAnsi="Linux Libertine G" w:cstheme="minorHAnsi"/>
          <w:color w:val="2A6099"/>
          <w:sz w:val="22"/>
          <w:szCs w:val="22"/>
          <w:lang w:val="en-GB"/>
        </w:rPr>
        <w:t>1</w:t>
      </w:r>
      <w:r>
        <w:rPr>
          <w:rFonts w:eastAsia="Calibri" w:cs="Cambria" w:ascii="Linux Libertine G" w:hAnsi="Linux Libertine G" w:cstheme="minorHAnsi"/>
          <w:color w:val="2A6099"/>
          <w:sz w:val="22"/>
          <w:szCs w:val="22"/>
          <w:lang w:val="en-GB"/>
        </w:rPr>
        <w:t>6</w:t>
      </w:r>
      <w:r>
        <w:rPr>
          <w:rFonts w:eastAsia="Calibri" w:cs="Cambria" w:ascii="Linux Libertine G" w:hAnsi="Linux Libertine G" w:cstheme="minorHAnsi"/>
          <w:color w:val="2A6099"/>
          <w:sz w:val="22"/>
          <w:szCs w:val="22"/>
          <w:lang w:val="en-GB"/>
        </w:rPr>
        <w:t>. MANAGING ALLEGATIONS</w:t>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 xml:space="preserve">CSET should </w:t>
      </w:r>
      <w:r>
        <w:rPr>
          <w:rFonts w:eastAsia="Calibri" w:cs="Cambria" w:ascii="Linux Libertine G" w:hAnsi="Linux Libertine G" w:cstheme="minorHAnsi"/>
          <w:lang w:val="en-GB"/>
        </w:rPr>
        <w:t>be notified promptly</w:t>
      </w:r>
      <w:r>
        <w:rPr>
          <w:rFonts w:eastAsia="Calibri" w:cs="Cambria" w:ascii="Linux Libertine G" w:hAnsi="Linux Libertine G" w:cstheme="minorHAnsi"/>
          <w:lang w:val="en-GB"/>
        </w:rPr>
        <w:t xml:space="preserve"> of all allegations against anyone in the organisation.  Allegations may be about poor practice rather than abuse. </w:t>
      </w:r>
      <w:r>
        <w:rPr>
          <w:rFonts w:eastAsia="Calibri" w:cs="Cambria" w:ascii="Linux Libertine G" w:hAnsi="Linux Libertine G" w:cstheme="minorHAnsi"/>
          <w:b/>
          <w:bCs/>
          <w:lang w:val="en-GB"/>
        </w:rPr>
        <w:t>Advice can be sought from the appropriate organisation (see contacts)</w:t>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 xml:space="preserve">CSET </w:t>
      </w:r>
      <w:r>
        <w:rPr>
          <w:rFonts w:eastAsia="Calibri" w:cs="Cambria" w:ascii="Linux Libertine G" w:hAnsi="Linux Libertine G" w:cstheme="minorHAnsi"/>
          <w:lang w:val="en-GB"/>
        </w:rPr>
        <w:t>is committed to supporting and protecting anyone who, in good faith, reports</w:t>
      </w:r>
      <w:r>
        <w:rPr>
          <w:rFonts w:eastAsia="Calibri" w:cs="Cambria" w:ascii="Linux Libertine G" w:hAnsi="Linux Libertine G" w:cstheme="minorHAnsi"/>
          <w:lang w:val="en-GB"/>
        </w:rPr>
        <w:t xml:space="preserve"> </w:t>
      </w:r>
      <w:r>
        <w:rPr>
          <w:rFonts w:eastAsia="Calibri" w:cs="Cambria" w:ascii="Linux Libertine G" w:hAnsi="Linux Libertine G" w:cstheme="minorHAnsi"/>
          <w:lang w:val="en-GB"/>
        </w:rPr>
        <w:t>their</w:t>
      </w:r>
      <w:r>
        <w:rPr>
          <w:rFonts w:eastAsia="Calibri" w:cs="Cambria" w:ascii="Linux Libertine G" w:hAnsi="Linux Libertine G" w:cstheme="minorHAnsi"/>
          <w:lang w:val="en-GB"/>
        </w:rPr>
        <w:t xml:space="preserve"> concerns that a member of the CSET organisation is or may be abusing a child or an adult </w:t>
      </w:r>
      <w:r>
        <w:rPr>
          <w:rFonts w:eastAsia="Calibri" w:cs="Cambria" w:ascii="Linux Libertine G" w:hAnsi="Linux Libertine G" w:cstheme="minorHAnsi"/>
          <w:lang w:val="en-GB"/>
        </w:rPr>
        <w:t>with care and support needs.</w:t>
      </w:r>
    </w:p>
    <w:p>
      <w:pPr>
        <w:pStyle w:val="Normal"/>
        <w:spacing w:lineRule="auto" w:line="240" w:before="0" w:after="0"/>
        <w:rPr>
          <w:rFonts w:ascii="Linux Libertine G" w:hAnsi="Linux Libertine G"/>
        </w:rPr>
      </w:pPr>
      <w:r>
        <w:rPr>
          <w:rFonts w:eastAsia="Calibri" w:cs="Cambria" w:cstheme="minorHAnsi" w:ascii="Linux Libertine G" w:hAnsi="Linux Libertine G"/>
          <w:lang w:val="en-GB"/>
        </w:rPr>
        <w:t>This would include concerns that they have:</w:t>
      </w:r>
    </w:p>
    <w:p>
      <w:pPr>
        <w:pStyle w:val="Normal"/>
        <w:numPr>
          <w:ilvl w:val="0"/>
          <w:numId w:val="7"/>
        </w:numPr>
        <w:shd w:val="clear" w:color="auto" w:fill="FFFFFF"/>
        <w:spacing w:lineRule="auto" w:line="240" w:before="0" w:after="0"/>
        <w:rPr>
          <w:rFonts w:ascii="Linux Libertine G" w:hAnsi="Linux Libertine G"/>
        </w:rPr>
      </w:pPr>
      <w:r>
        <w:rPr>
          <w:rFonts w:eastAsia="Times New Roman" w:cs="Cambria" w:ascii="Linux Libertine G" w:hAnsi="Linux Libertine G" w:cstheme="minorHAnsi"/>
          <w:lang w:val="en-GB" w:eastAsia="en-GB"/>
        </w:rPr>
        <w:t xml:space="preserve">Behaved in a way that has, or may, cause harm to a child or adult </w:t>
      </w:r>
      <w:r>
        <w:rPr>
          <w:rFonts w:eastAsia="Times New Roman" w:cs="Cambria" w:ascii="Linux Libertine G" w:hAnsi="Linux Libertine G" w:cstheme="minorHAnsi"/>
          <w:lang w:val="en-GB" w:eastAsia="en-GB"/>
        </w:rPr>
        <w:t xml:space="preserve">with care and support needs. </w:t>
      </w:r>
    </w:p>
    <w:p>
      <w:pPr>
        <w:pStyle w:val="Normal"/>
        <w:numPr>
          <w:ilvl w:val="0"/>
          <w:numId w:val="7"/>
        </w:numPr>
        <w:shd w:val="clear" w:color="auto" w:fill="FFFFFF"/>
        <w:spacing w:lineRule="auto" w:line="240" w:before="0" w:after="0"/>
        <w:rPr>
          <w:rFonts w:ascii="Linux Libertine G" w:hAnsi="Linux Libertine G"/>
        </w:rPr>
      </w:pPr>
      <w:r>
        <w:rPr>
          <w:rFonts w:eastAsia="Times New Roman" w:cs="Cambria" w:ascii="Linux Libertine G" w:hAnsi="Linux Libertine G" w:cstheme="minorHAnsi"/>
          <w:lang w:val="en-GB" w:eastAsia="en-GB"/>
        </w:rPr>
        <w:t xml:space="preserve">Possibly committed a criminal offence against or related to a child or adult </w:t>
      </w:r>
      <w:r>
        <w:rPr>
          <w:rFonts w:eastAsia="Times New Roman" w:cs="Cambria" w:ascii="Linux Libertine G" w:hAnsi="Linux Libertine G" w:cstheme="minorHAnsi"/>
          <w:lang w:val="en-GB" w:eastAsia="en-GB"/>
        </w:rPr>
        <w:t>with care and support needs</w:t>
      </w:r>
      <w:r>
        <w:rPr>
          <w:rFonts w:eastAsia="Times New Roman" w:cs="Cambria" w:ascii="Linux Libertine G" w:hAnsi="Linux Libertine G" w:cstheme="minorHAnsi"/>
          <w:lang w:val="en-GB" w:eastAsia="en-GB"/>
        </w:rPr>
        <w:t>;</w:t>
      </w:r>
    </w:p>
    <w:p>
      <w:pPr>
        <w:pStyle w:val="Normal"/>
        <w:numPr>
          <w:ilvl w:val="0"/>
          <w:numId w:val="7"/>
        </w:numPr>
        <w:shd w:val="clear" w:color="auto" w:fill="FFFFFF"/>
        <w:spacing w:lineRule="auto" w:line="240" w:before="0" w:after="0"/>
        <w:rPr>
          <w:rFonts w:ascii="Linux Libertine G" w:hAnsi="Linux Libertine G"/>
        </w:rPr>
      </w:pPr>
      <w:r>
        <w:rPr>
          <w:rFonts w:eastAsia="Times New Roman" w:cs="Cambria" w:ascii="Linux Libertine G" w:hAnsi="Linux Libertine G" w:cstheme="minorHAnsi"/>
          <w:lang w:val="en-GB" w:eastAsia="en-GB"/>
        </w:rPr>
        <w:t xml:space="preserve">Behaved in a way that indicates they may pose a risk of harm to children or adults </w:t>
      </w:r>
      <w:r>
        <w:rPr>
          <w:rFonts w:eastAsia="Times New Roman" w:cs="Cambria" w:ascii="Linux Libertine G" w:hAnsi="Linux Libertine G" w:cstheme="minorHAnsi"/>
          <w:lang w:val="en-GB" w:eastAsia="en-GB"/>
        </w:rPr>
        <w:t>with care and support needs</w:t>
      </w:r>
      <w:r>
        <w:rPr>
          <w:rFonts w:eastAsia="Times New Roman" w:cs="Cambria" w:ascii="Linux Libertine G" w:hAnsi="Linux Libertine G" w:cstheme="minorHAnsi"/>
          <w:lang w:val="en-GB" w:eastAsia="en-GB"/>
        </w:rPr>
        <w:t>;</w:t>
      </w:r>
    </w:p>
    <w:p>
      <w:pPr>
        <w:pStyle w:val="Normal"/>
        <w:numPr>
          <w:ilvl w:val="0"/>
          <w:numId w:val="7"/>
        </w:numPr>
        <w:shd w:val="clear" w:color="auto" w:fill="FFFFFF"/>
        <w:spacing w:lineRule="auto" w:line="240" w:before="0" w:after="0"/>
        <w:rPr>
          <w:rFonts w:ascii="Linux Libertine G" w:hAnsi="Linux Libertine G"/>
        </w:rPr>
      </w:pPr>
      <w:r>
        <w:rPr>
          <w:rFonts w:eastAsia="Times New Roman" w:cs="Cambria" w:ascii="Linux Libertine G" w:hAnsi="Linux Libertine G" w:cstheme="minorHAnsi"/>
          <w:lang w:val="en-GB" w:eastAsia="en-GB"/>
        </w:rPr>
        <w:t>Behaved or may have behaved in a way that indicates they may not be suitable to work with children or adults at risk.</w:t>
      </w:r>
    </w:p>
    <w:p>
      <w:pPr>
        <w:pStyle w:val="Normal"/>
        <w:spacing w:lineRule="auto" w:line="240" w:before="0" w:after="0"/>
        <w:rPr>
          <w:rFonts w:ascii="Linux Libertine G" w:hAnsi="Linux Libertine G"/>
        </w:rPr>
      </w:pPr>
      <w:r>
        <w:rPr>
          <w:rFonts w:eastAsia="Calibri" w:cs="Cambria" w:cstheme="minorHAnsi" w:ascii="Linux Libertine G" w:hAnsi="Linux Libertine G"/>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 xml:space="preserve">All allegations must be recorded and passed to </w:t>
      </w:r>
      <w:r>
        <w:rPr>
          <w:rFonts w:eastAsia="Calibri" w:cs="Cambria" w:ascii="Linux Libertine G" w:hAnsi="Linux Libertine G" w:cstheme="minorHAnsi"/>
          <w:lang w:val="en-GB"/>
        </w:rPr>
        <w:t xml:space="preserve">the Designated Safeguarding Lead (DSL) or, in their absence, </w:t>
      </w:r>
      <w:r>
        <w:rPr>
          <w:rFonts w:eastAsia="Calibri" w:cs="Cambria" w:ascii="Linux Libertine G" w:hAnsi="Linux Libertine G" w:cstheme="minorHAnsi"/>
          <w:lang w:val="en-GB"/>
        </w:rPr>
        <w:t xml:space="preserve">the trustee responsible for safeguarding. </w:t>
      </w:r>
      <w:r>
        <w:rPr>
          <w:lang w:val="en-GB"/>
        </w:rPr>
        <w:t>If the allegation concerns the DSL, it must be reported immediately to the Trustee with safeguarding responsibility or the Chair of Trustees.</w:t>
      </w:r>
    </w:p>
    <w:p>
      <w:pPr>
        <w:pStyle w:val="Normal"/>
        <w:spacing w:lineRule="auto" w:line="240" w:before="0" w:after="0"/>
        <w:rPr>
          <w:rFonts w:ascii="Linux Libertine G" w:hAnsi="Linux Libertine G"/>
        </w:rPr>
      </w:pPr>
      <w:r>
        <w:rPr>
          <w:rFonts w:eastAsia="Calibri" w:cs="Cambria" w:cstheme="minorHAnsi" w:ascii="Linux Libertine G" w:hAnsi="Linux Libertine G"/>
          <w:lang w:val="en-GB"/>
        </w:rPr>
      </w:r>
    </w:p>
    <w:p>
      <w:pPr>
        <w:pStyle w:val="Normal"/>
        <w:spacing w:lineRule="auto" w:line="240" w:before="0" w:after="0"/>
        <w:rPr>
          <w:rFonts w:ascii="Linux Libertine G" w:hAnsi="Linux Libertine G"/>
        </w:rPr>
      </w:pPr>
      <w:r>
        <w:rPr>
          <w:lang w:val="en-GB"/>
        </w:rPr>
        <w:t>The primary consideration will always be the safety and wellbeing of the child, young person or adult with care and support needs, while ensuring that the person making the allegation and the individual who is the subject of the allegation are treated fairly throughout the process</w:t>
      </w:r>
    </w:p>
    <w:p>
      <w:pPr>
        <w:pStyle w:val="Normal"/>
        <w:spacing w:lineRule="auto" w:line="240" w:before="0" w:after="0"/>
        <w:rPr>
          <w:rFonts w:ascii="Linux Libertine G" w:hAnsi="Linux Libertine G"/>
        </w:rPr>
      </w:pPr>
      <w:r>
        <w:rPr>
          <w:rFonts w:eastAsia="Calibri" w:cs="Cambria" w:cstheme="minorHAnsi" w:ascii="Linux Libertine G" w:hAnsi="Linux Libertine G"/>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It may also be necessary to contact the Local Authority Designated Officer (</w:t>
      </w:r>
      <w:r>
        <w:rPr>
          <w:rFonts w:eastAsia="Times New Roman" w:cs="Cambria" w:ascii="Linux Libertine G" w:hAnsi="Linux Libertine G" w:cstheme="minorHAnsi"/>
          <w:lang w:val="en-GB" w:eastAsia="en-GB"/>
        </w:rPr>
        <w:t>l</w:t>
      </w:r>
      <w:r>
        <w:rPr>
          <w:rFonts w:eastAsia="Times New Roman" w:cs="Cambria" w:ascii="Linux Libertine G" w:hAnsi="Linux Libertine G" w:cstheme="minorHAnsi"/>
          <w:lang w:val="en-GB" w:eastAsia="en-GB"/>
        </w:rPr>
        <w:t xml:space="preserve">LADO) </w:t>
      </w:r>
      <w:r>
        <w:rPr>
          <w:rFonts w:eastAsia="Times New Roman" w:cs="Cambria" w:ascii="Linux Libertine G" w:hAnsi="Linux Libertine G" w:cstheme="minorHAnsi"/>
          <w:lang w:val="en-GB" w:eastAsia="en-GB"/>
        </w:rPr>
        <w:t xml:space="preserve"> </w:t>
      </w:r>
      <w:r>
        <w:rPr>
          <w:rFonts w:eastAsia="Calibri" w:cs="Cambria" w:ascii="Linux Libertine G" w:hAnsi="Linux Libertine G" w:cstheme="minorHAnsi"/>
          <w:lang w:val="en-GB"/>
        </w:rPr>
        <w:t xml:space="preserve">to discuss the concerns  </w:t>
      </w:r>
      <w:r>
        <w:rPr>
          <w:rFonts w:eastAsia="Calibri" w:cs="Cambria" w:ascii="Linux Libertine G" w:hAnsi="Linux Libertine G" w:cstheme="minorHAnsi"/>
          <w:lang w:val="en-GB"/>
        </w:rPr>
        <w:t>involving a person who works with children.</w:t>
      </w:r>
    </w:p>
    <w:p>
      <w:pPr>
        <w:pStyle w:val="Normal"/>
        <w:spacing w:lineRule="auto" w:line="240" w:before="0" w:after="0"/>
        <w:rPr>
          <w:rFonts w:ascii="Linux Libertine G" w:hAnsi="Linux Libertine G"/>
        </w:rPr>
      </w:pPr>
      <w:r>
        <w:rPr>
          <w:rFonts w:eastAsia="Calibri" w:cs="Cambria" w:cstheme="minorHAnsi" w:ascii="Linux Libertine G" w:hAnsi="Linux Libertine G"/>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 xml:space="preserve">The </w:t>
      </w:r>
      <w:r>
        <w:rPr>
          <w:rFonts w:eastAsia="Calibri" w:cs="Cambria" w:ascii="Linux Libertine G" w:hAnsi="Linux Libertine G" w:cstheme="minorHAnsi"/>
          <w:lang w:val="en-GB"/>
        </w:rPr>
        <w:t xml:space="preserve">LADO </w:t>
      </w:r>
      <w:r>
        <w:rPr>
          <w:lang w:val="en-GB"/>
        </w:rPr>
        <w:t>manages and oversees allegations against adults who work with children.</w:t>
      </w:r>
      <w:r>
        <w:rPr>
          <w:b w:val="false"/>
          <w:bCs w:val="false"/>
          <w:lang w:val="en-GB"/>
        </w:rPr>
        <w:t xml:space="preserve"> </w:t>
      </w:r>
      <w:r>
        <w:rPr>
          <w:rStyle w:val="Strong"/>
          <w:b w:val="false"/>
          <w:bCs w:val="false"/>
          <w:lang w:val="en-GB"/>
        </w:rPr>
        <w:t>Allegations relating solely to adults with care and support needs should be referred to Adult Social Care and/or the Police, as appropriate.</w:t>
      </w:r>
    </w:p>
    <w:p>
      <w:pPr>
        <w:pStyle w:val="Normal"/>
        <w:spacing w:lineRule="auto" w:line="240" w:before="0" w:after="0"/>
        <w:rPr>
          <w:rFonts w:ascii="Linux Libertine G" w:hAnsi="Linux Libertine G"/>
        </w:rPr>
      </w:pPr>
      <w:r>
        <w:rPr>
          <w:rFonts w:eastAsia="Calibri" w:cs="Cambria" w:cstheme="minorHAnsi" w:ascii="Linux Libertine G" w:hAnsi="Linux Libertine G"/>
          <w:b w:val="false"/>
          <w:bCs w:val="false"/>
          <w:lang w:val="en-GB"/>
        </w:rPr>
        <w:t xml:space="preserve">Where there is an allegation of abuse against a member of staff, volunteer or trustee, there may be three types of investigation: </w:t>
      </w:r>
    </w:p>
    <w:p>
      <w:pPr>
        <w:pStyle w:val="Normal"/>
        <w:numPr>
          <w:ilvl w:val="0"/>
          <w:numId w:val="78"/>
        </w:numPr>
        <w:spacing w:lineRule="auto" w:line="240" w:before="0" w:after="0"/>
        <w:outlineLvl w:val="0"/>
        <w:rPr>
          <w:rFonts w:ascii="Linux Libertine G" w:hAnsi="Linux Libertine G"/>
        </w:rPr>
      </w:pPr>
      <w:r>
        <w:rPr>
          <w:rFonts w:eastAsia="Calibri" w:cs="Cambria" w:ascii="Linux Libertine G" w:hAnsi="Linux Libertine G" w:cstheme="minorHAnsi"/>
          <w:lang w:val="en-GB"/>
        </w:rPr>
        <w:t xml:space="preserve">A criminal investigation </w:t>
      </w:r>
    </w:p>
    <w:p>
      <w:pPr>
        <w:pStyle w:val="Normal"/>
        <w:numPr>
          <w:ilvl w:val="0"/>
          <w:numId w:val="51"/>
        </w:numPr>
        <w:spacing w:lineRule="auto" w:line="240" w:before="0" w:after="0"/>
        <w:outlineLvl w:val="0"/>
        <w:rPr>
          <w:rFonts w:ascii="Linux Libertine G" w:hAnsi="Linux Libertine G"/>
        </w:rPr>
      </w:pPr>
      <w:r>
        <w:rPr>
          <w:rFonts w:eastAsia="Calibri" w:cs="Cambria" w:ascii="Linux Libertine G" w:hAnsi="Linux Libertine G" w:cstheme="minorHAnsi"/>
          <w:lang w:val="en-GB"/>
        </w:rPr>
        <w:t xml:space="preserve">A child/adult at risk protection investigation </w:t>
      </w:r>
    </w:p>
    <w:p>
      <w:pPr>
        <w:pStyle w:val="Normal"/>
        <w:numPr>
          <w:ilvl w:val="0"/>
          <w:numId w:val="51"/>
        </w:numPr>
        <w:spacing w:lineRule="auto" w:line="240" w:before="0" w:after="0"/>
        <w:outlineLvl w:val="0"/>
        <w:rPr>
          <w:rFonts w:ascii="Linux Libertine G" w:hAnsi="Linux Libertine G"/>
        </w:rPr>
      </w:pPr>
      <w:r>
        <w:rPr>
          <w:rFonts w:eastAsia="Calibri" w:cs="Cambria" w:cstheme="minorHAnsi" w:ascii="Linux Libertine G" w:hAnsi="Linux Libertine G"/>
          <w:lang w:val="en-GB"/>
        </w:rPr>
        <w:t xml:space="preserve">A disciplinary or misconduct investigation </w:t>
      </w:r>
    </w:p>
    <w:p>
      <w:pPr>
        <w:pStyle w:val="Normal"/>
        <w:numPr>
          <w:ilvl w:val="0"/>
          <w:numId w:val="0"/>
        </w:numPr>
        <w:spacing w:lineRule="auto" w:line="240" w:before="0" w:after="0"/>
        <w:outlineLvl w:val="0"/>
        <w:rPr>
          <w:rFonts w:ascii="Linux Libertine G" w:hAnsi="Linux Libertine G"/>
        </w:rPr>
      </w:pPr>
      <w:r>
        <w:rPr>
          <w:rFonts w:eastAsia="Calibri" w:cs="Cambria" w:cstheme="minorHAnsi" w:ascii="Linux Libertine G" w:hAnsi="Linux Libertine G"/>
          <w:lang w:val="en-GB"/>
        </w:rPr>
      </w:r>
    </w:p>
    <w:p>
      <w:pPr>
        <w:pStyle w:val="Normal"/>
        <w:numPr>
          <w:ilvl w:val="0"/>
          <w:numId w:val="0"/>
        </w:numPr>
        <w:spacing w:lineRule="auto" w:line="240" w:before="0" w:after="0"/>
        <w:outlineLvl w:val="0"/>
        <w:rPr>
          <w:rFonts w:ascii="Linux Libertine G" w:hAnsi="Linux Libertine G"/>
        </w:rPr>
      </w:pPr>
      <w:r>
        <w:rPr>
          <w:rFonts w:eastAsia="Calibri" w:cs="Cambria" w:cstheme="minorHAnsi" w:ascii="Linux Libertine G" w:hAnsi="Linux Libertine G"/>
          <w:lang w:val="en-GB"/>
        </w:rPr>
        <w:t xml:space="preserve">Where an allegation meets the legal threshold for referral to the Disclosure and Barring Service (DBS), CSET will fulfill its statutory duty to make a referral. Referrals will also be made to any relevant professional or regulatory body where required by law. </w:t>
      </w:r>
    </w:p>
    <w:p>
      <w:pPr>
        <w:pStyle w:val="Normal"/>
        <w:numPr>
          <w:ilvl w:val="0"/>
          <w:numId w:val="0"/>
        </w:numPr>
        <w:spacing w:lineRule="auto" w:line="240" w:before="0" w:after="0"/>
        <w:ind w:hanging="0" w:left="360"/>
        <w:outlineLvl w:val="0"/>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T</w:t>
      </w:r>
      <w:r>
        <w:rPr>
          <w:rFonts w:eastAsia="Calibri" w:cs="Cambria" w:ascii="Linux Libertine G" w:hAnsi="Linux Libertine G" w:cstheme="minorHAnsi"/>
          <w:lang w:val="en-GB"/>
        </w:rPr>
        <w:t xml:space="preserve">hese procedures may </w:t>
      </w:r>
      <w:r>
        <w:rPr>
          <w:rFonts w:eastAsia="Calibri" w:cs="Cambria" w:ascii="Linux Libertine G" w:hAnsi="Linux Libertine G" w:cstheme="minorHAnsi"/>
          <w:lang w:val="en-GB"/>
        </w:rPr>
        <w:t xml:space="preserve">run </w:t>
      </w:r>
      <w:r>
        <w:rPr>
          <w:rFonts w:eastAsia="Calibri" w:cs="Cambria" w:ascii="Linux Libertine G" w:hAnsi="Linux Libertine G" w:cstheme="minorHAnsi"/>
          <w:lang w:val="en-GB"/>
        </w:rPr>
        <w:t>concurrentl</w:t>
      </w:r>
      <w:r>
        <w:rPr>
          <w:rFonts w:eastAsia="Calibri" w:cs="Cambria" w:ascii="Linux Libertine G" w:hAnsi="Linux Libertine G" w:cstheme="minorHAnsi"/>
          <w:lang w:val="en-GB"/>
        </w:rPr>
        <w:t xml:space="preserve">y. </w:t>
      </w:r>
      <w:r>
        <w:rPr>
          <w:lang w:val="en-GB"/>
        </w:rPr>
        <w:t xml:space="preserve">Safeguarding agencies and the Police will determine the timing of any internal investigation to ensure it does not prejudice criminal or safeguarding inquiries. </w:t>
      </w:r>
      <w:r>
        <w:rPr>
          <w:lang w:val="en-GB"/>
        </w:rPr>
        <w:t>T</w:t>
      </w:r>
      <w:r>
        <w:rPr>
          <w:lang w:val="en-GB"/>
        </w:rPr>
        <w:t>he outcome of Police or safeguarding investigations may influence any disciplinary process, but the disciplinary process remains a separate employment or governance matter.</w:t>
      </w:r>
    </w:p>
    <w:p>
      <w:pPr>
        <w:pStyle w:val="Normal"/>
        <w:spacing w:lineRule="auto" w:line="240" w:before="0" w:after="0"/>
        <w:rPr>
          <w:rFonts w:ascii="Linux Libertine G" w:hAnsi="Linux Libertine G"/>
        </w:rPr>
      </w:pPr>
      <w:r>
        <w:rPr>
          <w:lang w:val="en-GB"/>
        </w:rPr>
      </w:r>
    </w:p>
    <w:p>
      <w:pPr>
        <w:pStyle w:val="Normal"/>
        <w:spacing w:lineRule="auto" w:line="240" w:before="0" w:after="0"/>
        <w:rPr>
          <w:rFonts w:ascii="Linux Libertine G" w:hAnsi="Linux Libertine G"/>
        </w:rPr>
      </w:pPr>
      <w:r>
        <w:rPr>
          <w:rFonts w:eastAsia="Calibri" w:cs="Cambria" w:cstheme="minorHAnsi" w:ascii="Linux Libertine G" w:hAnsi="Linux Libertine G"/>
          <w:lang w:val="en-GB"/>
        </w:rPr>
        <w:t xml:space="preserve">Every effort will be made to maintain confidentiality for everyone concerned, in accordance with safeguarding responsibilities and legal obligations. </w:t>
      </w:r>
    </w:p>
    <w:p>
      <w:pPr>
        <w:pStyle w:val="Normal"/>
        <w:spacing w:lineRule="auto" w:line="240" w:before="0" w:after="0"/>
        <w:rPr>
          <w:rFonts w:ascii="Linux Libertine G" w:hAnsi="Linux Libertine G"/>
        </w:rPr>
      </w:pPr>
      <w:r>
        <w:rPr>
          <w:rFonts w:ascii="Linux Libertine G" w:hAnsi="Linux Libertine G"/>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 xml:space="preserve">If the </w:t>
      </w:r>
      <w:r>
        <w:rPr>
          <w:rFonts w:eastAsia="Calibri" w:cs="Cambria" w:ascii="Linux Libertine G" w:hAnsi="Linux Libertine G" w:cstheme="minorHAnsi"/>
          <w:lang w:val="en-GB"/>
        </w:rPr>
        <w:t>Designated Safeguarding Lead</w:t>
      </w:r>
      <w:r>
        <w:rPr>
          <w:rFonts w:eastAsia="Calibri" w:cs="Cambria" w:ascii="Linux Libertine G" w:hAnsi="Linux Libertine G" w:cstheme="minorHAnsi"/>
          <w:lang w:val="en-GB"/>
        </w:rPr>
        <w:t xml:space="preserve"> is the subject of the allegation the  </w:t>
      </w:r>
      <w:r>
        <w:rPr>
          <w:rFonts w:eastAsia="Calibri" w:cs="Cambria" w:ascii="Linux Libertine G" w:hAnsi="Linux Libertine G" w:cstheme="minorHAnsi"/>
          <w:lang w:val="en-GB"/>
        </w:rPr>
        <w:t xml:space="preserve">concern must be </w:t>
      </w:r>
      <w:r>
        <w:rPr>
          <w:rFonts w:eastAsia="Calibri" w:cs="Cambria" w:ascii="Linux Libertine G" w:hAnsi="Linux Libertine G" w:cstheme="minorHAnsi"/>
          <w:lang w:val="en-GB"/>
        </w:rPr>
        <w:t>report</w:t>
      </w:r>
      <w:r>
        <w:rPr>
          <w:rFonts w:eastAsia="Calibri" w:cs="Cambria" w:ascii="Linux Libertine G" w:hAnsi="Linux Libertine G" w:cstheme="minorHAnsi"/>
          <w:lang w:val="en-GB"/>
        </w:rPr>
        <w:t>ed</w:t>
      </w:r>
      <w:r>
        <w:rPr>
          <w:rFonts w:eastAsia="Calibri" w:cs="Cambria" w:ascii="Linux Libertine G" w:hAnsi="Linux Libertine G" w:cstheme="minorHAnsi"/>
          <w:lang w:val="en-GB"/>
        </w:rPr>
        <w:t xml:space="preserve"> must be made to the </w:t>
      </w:r>
      <w:r>
        <w:rPr>
          <w:lang w:val="en-GB"/>
        </w:rPr>
        <w:t xml:space="preserve">Trustee with safeguarding responsibility or the Chair of Trustees, </w:t>
      </w:r>
      <w:r>
        <w:rPr>
          <w:lang w:val="en-GB"/>
        </w:rPr>
        <w:t xml:space="preserve">who will take the appropriate action. </w:t>
      </w:r>
    </w:p>
    <w:p>
      <w:pPr>
        <w:pStyle w:val="Normal"/>
        <w:spacing w:lineRule="auto" w:line="240" w:before="0" w:after="0"/>
        <w:rPr>
          <w:rFonts w:ascii="Linux Libertine G" w:hAnsi="Linux Libertine G"/>
        </w:rPr>
      </w:pPr>
      <w:r>
        <w:rPr>
          <w:rFonts w:ascii="Linux Libertine G" w:hAnsi="Linux Libertine G"/>
          <w:lang w:val="en-GB"/>
        </w:rPr>
      </w:r>
    </w:p>
    <w:p>
      <w:pPr>
        <w:pStyle w:val="Normal"/>
        <w:spacing w:lineRule="auto" w:line="240" w:before="0" w:after="0"/>
        <w:rPr>
          <w:rFonts w:ascii="Linux Libertine G" w:hAnsi="Linux Libertine G"/>
        </w:rPr>
      </w:pPr>
      <w:r>
        <w:rPr>
          <w:rFonts w:eastAsia="Calibri" w:cs="Cambria" w:ascii="Linux Libertine G" w:hAnsi="Linux Libertine G" w:cstheme="minorHAnsi"/>
          <w:lang w:val="en-GB"/>
        </w:rPr>
        <w:t xml:space="preserve">Issues of misconduct will be dealt with by a panel appointed by the Board of Trustees. The Board </w:t>
      </w:r>
      <w:r>
        <w:rPr>
          <w:rFonts w:eastAsia="Calibri" w:cs="Cambria" w:ascii="Linux Libertine G" w:hAnsi="Linux Libertine G" w:cstheme="minorHAnsi"/>
          <w:lang w:val="en-GB"/>
        </w:rPr>
        <w:t>may</w:t>
      </w:r>
      <w:r>
        <w:rPr>
          <w:rFonts w:eastAsia="Calibri" w:cs="Cambria" w:ascii="Linux Libertine G" w:hAnsi="Linux Libertine G" w:cstheme="minorHAnsi"/>
          <w:lang w:val="en-GB"/>
        </w:rPr>
        <w:t xml:space="preserve"> suspend CSET </w:t>
      </w:r>
      <w:r>
        <w:rPr>
          <w:rFonts w:eastAsia="Calibri" w:cs="Cambria" w:ascii="Linux Libertine G" w:hAnsi="Linux Libertine G" w:cstheme="minorHAnsi"/>
          <w:lang w:val="en-GB"/>
        </w:rPr>
        <w:t xml:space="preserve">staff members, volunteers or trustees where this is necessary to protect children, adults with care and support needs, staff volunteers, or the integrity of an investigation. </w:t>
      </w:r>
      <w:r>
        <w:rPr>
          <w:rFonts w:eastAsia="Calibri" w:cs="Cambria" w:ascii="Linux Libertine G" w:hAnsi="Linux Libertine G" w:cstheme="minorHAnsi"/>
          <w:lang w:val="en-GB"/>
        </w:rPr>
        <w:t>Suspension is a neutral act and does not imply guilt.</w:t>
      </w:r>
    </w:p>
    <w:p>
      <w:pPr>
        <w:pStyle w:val="Normal"/>
        <w:spacing w:lineRule="auto" w:line="240" w:before="0" w:after="0"/>
        <w:rPr>
          <w:rFonts w:ascii="Linux Libertine G" w:hAnsi="Linux Libertine G"/>
        </w:rPr>
      </w:pPr>
      <w:r>
        <w:rPr>
          <w:rFonts w:eastAsia="Calibri" w:cs="Cambria" w:cstheme="minorHAnsi" w:ascii="Linux Libertine G" w:hAnsi="Linux Libertine G"/>
          <w:lang w:val="en-GB"/>
        </w:rPr>
      </w:r>
    </w:p>
    <w:p>
      <w:pPr>
        <w:pStyle w:val="Normal"/>
        <w:spacing w:lineRule="auto" w:line="240" w:before="0" w:after="0"/>
        <w:rPr>
          <w:rFonts w:ascii="Linux Libertine G" w:hAnsi="Linux Libertine G"/>
        </w:rPr>
      </w:pPr>
      <w:r>
        <w:rPr>
          <w:rFonts w:eastAsia="Calibri" w:cs="Cambria" w:cstheme="minorHAnsi" w:ascii="Linux Libertine G" w:hAnsi="Linux Libertine G"/>
          <w:lang w:val="en-GB"/>
        </w:rPr>
        <w:t>In instances of allegations of abuse, CSET will refer to the</w:t>
      </w:r>
      <w:r>
        <w:rPr>
          <w:rFonts w:eastAsia="Calibri" w:cs="Cambria" w:cstheme="minorHAnsi" w:ascii="Linux Libertine G" w:hAnsi="Linux Libertine G"/>
          <w:lang w:val="en-GB"/>
        </w:rPr>
        <w:t xml:space="preserve"> Pan-Dorset  Safeguarding </w:t>
      </w:r>
      <w:r>
        <w:rPr>
          <w:rFonts w:eastAsia="Calibri" w:cs="Cambria" w:cstheme="minorHAnsi" w:ascii="Linux Libertine G" w:hAnsi="Linux Libertine G"/>
          <w:lang w:val="en-GB"/>
        </w:rPr>
        <w:t>Children Partnership procedures and Dorset Safeguarding Adults Board Procedures, as appropriate.</w:t>
      </w:r>
    </w:p>
    <w:p>
      <w:pPr>
        <w:pStyle w:val="Normal"/>
        <w:keepNext w:val="true"/>
        <w:keepLines/>
        <w:numPr>
          <w:ilvl w:val="0"/>
          <w:numId w:val="0"/>
        </w:numPr>
        <w:spacing w:lineRule="auto" w:line="240" w:before="0" w:after="0"/>
        <w:ind w:hanging="0" w:left="0"/>
        <w:outlineLvl w:val="0"/>
        <w:rPr>
          <w:rFonts w:ascii="Linux Libertine G" w:hAnsi="Linux Libertine G"/>
        </w:rPr>
      </w:pPr>
      <w:r>
        <w:rPr>
          <w:rFonts w:eastAsia="Calibri" w:cs="Cambria" w:cstheme="minorHAnsi" w:ascii="Linux Libertine G" w:hAnsi="Linux Libertine G"/>
          <w:bCs/>
          <w:i/>
          <w:lang w:val="en-GB" w:eastAsia="x-none"/>
        </w:rPr>
      </w:r>
    </w:p>
    <w:p>
      <w:pPr>
        <w:pStyle w:val="Normal"/>
        <w:numPr>
          <w:ilvl w:val="0"/>
          <w:numId w:val="0"/>
        </w:numPr>
        <w:spacing w:lineRule="auto" w:line="240" w:before="0" w:after="0"/>
        <w:ind w:hanging="0" w:left="0"/>
        <w:outlineLvl w:val="0"/>
        <w:rPr>
          <w:rFonts w:ascii="Linux Libertine G" w:hAnsi="Linux Libertine G" w:eastAsia="Calibri" w:cs="Cambria" w:cstheme="minorHAnsi"/>
          <w:b/>
          <w:bCs/>
          <w:i/>
          <w:lang w:val="en-GB" w:eastAsia="x-none"/>
        </w:rPr>
      </w:pPr>
      <w:bookmarkStart w:id="23" w:name="_Toc486246968"/>
      <w:r>
        <w:rPr>
          <w:rFonts w:eastAsia="Calibri" w:cs="Cambria" w:cstheme="minorHAnsi" w:ascii="Linux Libertine G" w:hAnsi="Linux Libertine G"/>
          <w:b/>
          <w:bCs/>
          <w:i/>
          <w:lang w:val="en-GB" w:eastAsia="x-none"/>
        </w:rPr>
        <w:t xml:space="preserve">Regular </w:t>
      </w:r>
      <w:r>
        <w:rPr>
          <w:rFonts w:eastAsia="Calibri" w:cs="Cambria" w:cstheme="minorHAnsi" w:ascii="Linux Libertine G" w:hAnsi="Linux Libertine G"/>
          <w:b/>
          <w:bCs/>
          <w:i/>
          <w:lang w:val="en-GB" w:eastAsia="x-none"/>
        </w:rPr>
        <w:t>R</w:t>
      </w:r>
      <w:r>
        <w:rPr>
          <w:rFonts w:eastAsia="Calibri" w:cs="Cambria" w:cstheme="minorHAnsi" w:ascii="Linux Libertine G" w:hAnsi="Linux Libertine G"/>
          <w:b/>
          <w:bCs/>
          <w:i/>
          <w:lang w:val="en-GB" w:eastAsia="x-none"/>
        </w:rPr>
        <w:t xml:space="preserve">eview of </w:t>
      </w:r>
      <w:r>
        <w:rPr>
          <w:rFonts w:eastAsia="Calibri" w:cs="Cambria" w:cstheme="minorHAnsi" w:ascii="Linux Libertine G" w:hAnsi="Linux Libertine G"/>
          <w:b/>
          <w:bCs/>
          <w:i/>
          <w:lang w:val="en-GB" w:eastAsia="x-none"/>
        </w:rPr>
        <w:t>P</w:t>
      </w:r>
      <w:r>
        <w:rPr>
          <w:rFonts w:eastAsia="Calibri" w:cs="Cambria" w:cstheme="minorHAnsi" w:ascii="Linux Libertine G" w:hAnsi="Linux Libertine G"/>
          <w:b/>
          <w:bCs/>
          <w:i/>
          <w:lang w:val="en-GB" w:eastAsia="x-none"/>
        </w:rPr>
        <w:t xml:space="preserve">olicies, </w:t>
      </w:r>
      <w:r>
        <w:rPr>
          <w:rFonts w:eastAsia="Calibri" w:cs="Cambria" w:cstheme="minorHAnsi" w:ascii="Linux Libertine G" w:hAnsi="Linux Libertine G"/>
          <w:b/>
          <w:bCs/>
          <w:i/>
          <w:lang w:val="en-GB" w:eastAsia="x-none"/>
        </w:rPr>
        <w:t>P</w:t>
      </w:r>
      <w:r>
        <w:rPr>
          <w:rFonts w:eastAsia="Calibri" w:cs="Cambria" w:cstheme="minorHAnsi" w:ascii="Linux Libertine G" w:hAnsi="Linux Libertine G"/>
          <w:b/>
          <w:bCs/>
          <w:i/>
          <w:lang w:val="en-GB" w:eastAsia="x-none"/>
        </w:rPr>
        <w:t xml:space="preserve">rocedures and </w:t>
      </w:r>
      <w:r>
        <w:rPr>
          <w:rFonts w:eastAsia="Calibri" w:cs="Cambria" w:cstheme="minorHAnsi" w:ascii="Linux Libertine G" w:hAnsi="Linux Libertine G"/>
          <w:b/>
          <w:bCs/>
          <w:i/>
          <w:lang w:val="en-GB" w:eastAsia="x-none"/>
        </w:rPr>
        <w:t>A</w:t>
      </w:r>
      <w:r>
        <w:rPr>
          <w:rFonts w:eastAsia="Calibri" w:cs="Cambria" w:cstheme="minorHAnsi" w:ascii="Linux Libertine G" w:hAnsi="Linux Libertine G"/>
          <w:b/>
          <w:bCs/>
          <w:i/>
          <w:lang w:val="en-GB" w:eastAsia="x-none"/>
        </w:rPr>
        <w:t>ctions</w:t>
      </w:r>
      <w:bookmarkEnd w:id="23"/>
    </w:p>
    <w:p>
      <w:pPr>
        <w:pStyle w:val="Normal"/>
        <w:numPr>
          <w:ilvl w:val="0"/>
          <w:numId w:val="0"/>
        </w:numPr>
        <w:spacing w:lineRule="auto" w:line="240" w:before="0" w:after="0"/>
        <w:ind w:hanging="0" w:left="0"/>
        <w:outlineLvl w:val="0"/>
        <w:rPr>
          <w:rFonts w:ascii="Linux Libertine G" w:hAnsi="Linux Libertine G" w:eastAsia="Calibri" w:cs="Cambria" w:cstheme="minorHAnsi"/>
          <w:b/>
          <w:bCs/>
          <w:i/>
          <w:lang w:val="en-GB" w:eastAsia="x-none"/>
        </w:rPr>
      </w:pPr>
      <w:r>
        <w:rPr>
          <w:rFonts w:eastAsia="Calibri" w:cs="Cambria" w:cstheme="minorHAnsi" w:ascii="Linux Libertine G" w:hAnsi="Linux Libertine G"/>
          <w:b/>
          <w:bCs/>
          <w:i/>
          <w:lang w:val="en-GB" w:eastAsia="x-none"/>
        </w:rPr>
      </w:r>
    </w:p>
    <w:p>
      <w:pPr>
        <w:pStyle w:val="Normal"/>
        <w:spacing w:lineRule="auto" w:line="240" w:before="0" w:after="0"/>
        <w:contextualSpacing/>
        <w:rPr>
          <w:rFonts w:ascii="Linux Libertine G" w:hAnsi="Linux Libertine G"/>
        </w:rPr>
      </w:pPr>
      <w:r>
        <w:rPr>
          <w:rFonts w:eastAsia="Calibri" w:cs="Cambria" w:ascii="Linux Libertine G" w:hAnsi="Linux Libertine G" w:cstheme="minorHAnsi"/>
          <w:lang w:val="en-GB"/>
        </w:rPr>
        <w:t xml:space="preserve">The CSET Trustees will </w:t>
      </w:r>
      <w:r>
        <w:rPr>
          <w:rFonts w:eastAsia="Calibri" w:cs="Cambria" w:ascii="Linux Libertine G" w:hAnsi="Linux Libertine G" w:cstheme="minorHAnsi"/>
          <w:lang w:val="en-GB"/>
        </w:rPr>
        <w:t>receive</w:t>
      </w:r>
      <w:r>
        <w:rPr>
          <w:rFonts w:eastAsia="Calibri" w:cs="Cambria" w:ascii="Linux Libertine G" w:hAnsi="Linux Libertine G" w:cstheme="minorHAnsi"/>
          <w:lang w:val="en-GB"/>
        </w:rPr>
        <w:t xml:space="preserve"> a quarterly update from the </w:t>
      </w:r>
      <w:r>
        <w:rPr>
          <w:rFonts w:eastAsia="Calibri" w:cs="Cambria" w:ascii="Linux Libertine G" w:hAnsi="Linux Libertine G" w:cstheme="minorHAnsi"/>
          <w:lang w:val="en-GB"/>
        </w:rPr>
        <w:t>Designated Safeguarding Lead, including anonymised information on safeguarding concerns, themes, actions taken and learning identified.</w:t>
      </w:r>
    </w:p>
    <w:p>
      <w:pPr>
        <w:pStyle w:val="Normal"/>
        <w:spacing w:lineRule="auto" w:line="240" w:before="0" w:after="0"/>
        <w:contextualSpacing/>
        <w:rPr>
          <w:rFonts w:ascii="Linux Libertine G" w:hAnsi="Linux Libertine G"/>
        </w:rPr>
      </w:pPr>
      <w:r>
        <w:rPr>
          <w:rFonts w:eastAsia="Calibri" w:cs="Cambria" w:cstheme="minorHAnsi" w:ascii="Linux Libertine G" w:hAnsi="Linux Libertine G"/>
          <w:lang w:val="en-GB"/>
        </w:rPr>
        <w:t>The Trustee with safeguarding responsibility</w:t>
      </w:r>
      <w:r>
        <w:rPr>
          <w:rFonts w:eastAsia="Calibri" w:cs="Cambria" w:cstheme="minorHAnsi" w:ascii="Linux Libertine G" w:hAnsi="Linux Libertine G"/>
          <w:lang w:val="en-GB"/>
        </w:rPr>
        <w:t xml:space="preserve"> must </w:t>
      </w:r>
      <w:r>
        <w:rPr>
          <w:rFonts w:eastAsia="Calibri" w:cs="Cambria" w:cstheme="minorHAnsi" w:ascii="Linux Libertine G" w:hAnsi="Linux Libertine G"/>
          <w:lang w:val="en-GB"/>
        </w:rPr>
        <w:t>be informed promptly of:</w:t>
      </w:r>
    </w:p>
    <w:p>
      <w:pPr>
        <w:pStyle w:val="Normal"/>
        <w:numPr>
          <w:ilvl w:val="0"/>
          <w:numId w:val="30"/>
        </w:numPr>
        <w:spacing w:lineRule="auto" w:line="240" w:before="0" w:after="0"/>
        <w:contextualSpacing/>
        <w:rPr>
          <w:rFonts w:ascii="Linux Libertine G" w:hAnsi="Linux Libertine G"/>
        </w:rPr>
      </w:pPr>
      <w:r>
        <w:rPr>
          <w:rFonts w:eastAsia="Calibri" w:cs="Cambria" w:ascii="Linux Libertine G" w:hAnsi="Linux Libertine G" w:cstheme="minorHAnsi"/>
          <w:lang w:val="en-GB"/>
        </w:rPr>
        <w:t xml:space="preserve">any allegations against any member of </w:t>
      </w:r>
      <w:r>
        <w:rPr>
          <w:rFonts w:eastAsia="Calibri" w:cs="Cambria" w:ascii="Linux Libertine G" w:hAnsi="Linux Libertine G" w:cstheme="minorHAnsi"/>
          <w:lang w:val="en-GB"/>
        </w:rPr>
        <w:t>CSET organisation;</w:t>
      </w:r>
    </w:p>
    <w:p>
      <w:pPr>
        <w:pStyle w:val="Normal"/>
        <w:numPr>
          <w:ilvl w:val="0"/>
          <w:numId w:val="30"/>
        </w:numPr>
        <w:spacing w:lineRule="auto" w:line="240" w:before="0" w:after="0"/>
        <w:contextualSpacing/>
        <w:rPr>
          <w:rFonts w:ascii="Linux Libertine G" w:hAnsi="Linux Libertine G"/>
        </w:rPr>
      </w:pPr>
      <w:r>
        <w:rPr>
          <w:rFonts w:eastAsia="Calibri" w:cs="Cambria" w:ascii="Linux Libertine G" w:hAnsi="Linux Libertine G" w:cstheme="minorHAnsi"/>
          <w:lang w:val="en-GB"/>
        </w:rPr>
        <w:t xml:space="preserve">any formal </w:t>
      </w:r>
      <w:r>
        <w:rPr>
          <w:rFonts w:eastAsia="Calibri" w:cs="Cambria" w:ascii="Linux Libertine G" w:hAnsi="Linux Libertine G" w:cstheme="minorHAnsi"/>
          <w:lang w:val="en-GB"/>
        </w:rPr>
        <w:t>safeguarding referrals;</w:t>
      </w:r>
    </w:p>
    <w:p>
      <w:pPr>
        <w:pStyle w:val="Normal"/>
        <w:numPr>
          <w:ilvl w:val="0"/>
          <w:numId w:val="30"/>
        </w:numPr>
        <w:spacing w:lineRule="auto" w:line="240" w:before="0" w:after="0"/>
        <w:contextualSpacing/>
        <w:rPr>
          <w:rFonts w:ascii="Linux Libertine G" w:hAnsi="Linux Libertine G"/>
        </w:rPr>
      </w:pPr>
      <w:r>
        <w:rPr>
          <w:rFonts w:eastAsia="Calibri" w:cs="Cambria" w:cstheme="minorHAnsi" w:ascii="Linux Libertine G" w:hAnsi="Linux Libertine G"/>
          <w:lang w:val="en-GB"/>
        </w:rPr>
        <w:t xml:space="preserve">any serious safeguarding incidents requiring notification to external agencies. </w:t>
      </w:r>
    </w:p>
    <w:p>
      <w:pPr>
        <w:pStyle w:val="Normal"/>
        <w:spacing w:lineRule="auto" w:line="240" w:before="0" w:after="0"/>
        <w:contextualSpacing/>
        <w:rPr>
          <w:rFonts w:ascii="Linux Libertine G" w:hAnsi="Linux Libertine G" w:eastAsia="Calibri" w:cs="Cambria" w:cstheme="minorHAnsi"/>
        </w:rPr>
      </w:pPr>
      <w:r>
        <w:rPr>
          <w:rFonts w:eastAsia="Calibri" w:cs="Cambria" w:cstheme="minorHAnsi" w:ascii="Linux Libertine G" w:hAnsi="Linux Libertine G"/>
          <w:lang w:val="en-GB"/>
        </w:rPr>
      </w:r>
    </w:p>
    <w:p>
      <w:pPr>
        <w:pStyle w:val="BodyText"/>
        <w:spacing w:lineRule="auto" w:line="240" w:before="0" w:after="0"/>
        <w:contextualSpacing/>
        <w:rPr>
          <w:rFonts w:ascii="Linux Libertine G" w:hAnsi="Linux Libertine G" w:eastAsia="Calibri" w:cs="Cambria" w:cstheme="minorHAnsi"/>
        </w:rPr>
      </w:pPr>
      <w:r>
        <w:rPr>
          <w:rFonts w:eastAsia="Calibri" w:cs="Cambria" w:cstheme="minorHAnsi" w:ascii="Linux Libertine G" w:hAnsi="Linux Libertine G"/>
          <w:lang w:val="en-GB"/>
        </w:rPr>
        <w:t>CSET's safeguarding and child protection policies and procedures will be reviewed at least annually and sooner where required following changes in legislation, statutory guidance, local safeguarding procedures, learning from safeguarding reviews or organisational experience.</w:t>
      </w:r>
    </w:p>
    <w:p>
      <w:pPr>
        <w:pStyle w:val="BodyText"/>
        <w:spacing w:lineRule="auto" w:line="240"/>
        <w:rPr>
          <w:rFonts w:ascii="Linux Libertine G" w:hAnsi="Linux Libertine G" w:eastAsia="Calibri" w:cs="Cambria" w:cstheme="minorHAnsi"/>
          <w:lang w:val="en-GB"/>
        </w:rPr>
      </w:pPr>
      <w:r>
        <w:rPr>
          <w:rFonts w:eastAsia="Calibri" w:cs="Cambria" w:cstheme="minorHAnsi" w:ascii="Linux Libertine G" w:hAnsi="Linux Libertine G"/>
          <w:lang w:val="en-GB"/>
        </w:rPr>
      </w:r>
    </w:p>
    <w:p>
      <w:pPr>
        <w:pStyle w:val="BodyText"/>
        <w:spacing w:lineRule="auto" w:line="240"/>
        <w:rPr>
          <w:rFonts w:ascii="Linux Libertine G" w:hAnsi="Linux Libertine G" w:eastAsia="Calibri" w:cs="Cambria" w:cstheme="minorHAnsi"/>
          <w:lang w:val="en-GB"/>
        </w:rPr>
      </w:pPr>
      <w:r>
        <w:rPr>
          <w:rFonts w:eastAsia="Calibri" w:cs="Cambria" w:cstheme="minorHAnsi" w:ascii="Linux Libertine G" w:hAnsi="Linux Libertine G"/>
          <w:lang w:val="en-GB"/>
        </w:rPr>
        <w:t>Safeguarding and Child Protection will remain a standing agenda item at quarterly Board of Trustees meetings.</w:t>
      </w:r>
    </w:p>
    <w:p>
      <w:pPr>
        <w:pStyle w:val="Normal"/>
        <w:spacing w:lineRule="auto" w:line="240" w:before="0" w:after="0"/>
        <w:contextualSpacing/>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
        <w:spacing w:lineRule="auto" w:line="240" w:before="0" w:after="0"/>
        <w:contextualSpacing/>
        <w:rPr>
          <w:rFonts w:ascii="Linux Libertine G" w:hAnsi="Linux Libertine G"/>
        </w:rPr>
      </w:pPr>
      <w:r>
        <w:rPr>
          <w:lang w:val="en-GB"/>
        </w:rPr>
      </w:r>
    </w:p>
    <w:p>
      <w:pPr>
        <w:pStyle w:val="Normal"/>
        <w:spacing w:lineRule="auto" w:line="240" w:before="0" w:after="0"/>
        <w:contextualSpacing/>
        <w:rPr>
          <w:rFonts w:ascii="Linux Libertine G" w:hAnsi="Linux Libertine G" w:eastAsia="Calibri" w:cs="Cambria" w:cstheme="minorHAnsi"/>
        </w:rPr>
      </w:pPr>
      <w:r>
        <w:rPr>
          <w:rFonts w:eastAsia="Calibri" w:cs="Cambria" w:cstheme="minorHAnsi" w:ascii="Linux Libertine G" w:hAnsi="Linux Libertine G"/>
          <w:lang w:val="en-GB"/>
        </w:rPr>
      </w:r>
    </w:p>
    <w:p>
      <w:pPr>
        <w:pStyle w:val="NormalCustom"/>
        <w:rPr>
          <w:rFonts w:ascii="Linux Libertine G" w:hAnsi="Linux Libertine G"/>
        </w:rPr>
      </w:pPr>
      <w:r>
        <w:rPr>
          <w:rFonts w:ascii="Linux Libertine G" w:hAnsi="Linux Libertine G"/>
          <w:sz w:val="22"/>
          <w:szCs w:val="22"/>
          <w:lang w:val="en-GB"/>
        </w:rPr>
        <w:t xml:space="preserve">. </w:t>
      </w:r>
      <w:r>
        <w:rPr>
          <w:rFonts w:ascii="Linux Libertine G" w:hAnsi="Linux Libertine G"/>
          <w:color w:val="2A6099"/>
          <w:sz w:val="22"/>
          <w:szCs w:val="22"/>
          <w:lang w:val="en-GB"/>
        </w:rPr>
        <w:t>1</w:t>
      </w:r>
      <w:r>
        <w:rPr>
          <w:rFonts w:ascii="Linux Libertine G" w:hAnsi="Linux Libertine G"/>
          <w:color w:val="2A6099"/>
          <w:sz w:val="22"/>
          <w:szCs w:val="22"/>
          <w:lang w:val="en-GB"/>
        </w:rPr>
        <w:t>7</w:t>
      </w:r>
      <w:r>
        <w:rPr>
          <w:rFonts w:ascii="Linux Libertine G" w:hAnsi="Linux Libertine G"/>
          <w:color w:val="2A6099"/>
          <w:sz w:val="22"/>
          <w:szCs w:val="22"/>
          <w:lang w:val="en-GB"/>
        </w:rPr>
        <w:t>. REVIEW</w:t>
      </w:r>
      <w:r>
        <w:rPr>
          <w:rFonts w:ascii="Linux Libertine G" w:hAnsi="Linux Libertine G"/>
          <w:sz w:val="22"/>
          <w:szCs w:val="22"/>
          <w:lang w:val="en-GB"/>
        </w:rPr>
        <w:br/>
        <w:t xml:space="preserve">This policy will be reviewed annually or following any significant incident or change in legislation, </w:t>
      </w:r>
      <w:r>
        <w:rPr>
          <w:rFonts w:ascii="Linux Libertine G" w:hAnsi="Linux Libertine G"/>
          <w:sz w:val="22"/>
          <w:szCs w:val="22"/>
          <w:lang w:val="en-GB"/>
        </w:rPr>
        <w:t xml:space="preserve">statutory guidance, local safeguarding procedures, organisational practice, or following serious safeguarding incident or safeguarding review. </w:t>
      </w:r>
    </w:p>
    <w:p>
      <w:pPr>
        <w:pStyle w:val="NormalCustom"/>
        <w:spacing w:before="0" w:after="29"/>
        <w:rPr>
          <w:rFonts w:ascii="Linux Libertine G" w:hAnsi="Linux Libertine G"/>
        </w:rPr>
      </w:pPr>
      <w:r>
        <w:rPr>
          <w:rFonts w:ascii="Linux Libertine G" w:hAnsi="Linux Libertine G"/>
          <w:sz w:val="22"/>
          <w:szCs w:val="22"/>
          <w:lang w:val="en-GB"/>
        </w:rPr>
        <w:t xml:space="preserve">Policy </w:t>
      </w:r>
      <w:r>
        <w:rPr>
          <w:rFonts w:ascii="Linux Libertine G" w:hAnsi="Linux Libertine G"/>
          <w:sz w:val="22"/>
          <w:szCs w:val="22"/>
          <w:lang w:val="en-GB"/>
        </w:rPr>
        <w:t>Published</w:t>
      </w:r>
      <w:r>
        <w:rPr>
          <w:rFonts w:ascii="Linux Libertine G" w:hAnsi="Linux Libertine G"/>
          <w:sz w:val="22"/>
          <w:szCs w:val="22"/>
          <w:lang w:val="en-GB"/>
        </w:rPr>
        <w:t xml:space="preserve">: </w:t>
      </w:r>
      <w:r>
        <w:rPr>
          <w:rFonts w:ascii="Linux Libertine G" w:hAnsi="Linux Libertine G"/>
          <w:sz w:val="22"/>
          <w:szCs w:val="22"/>
          <w:lang w:val="en-GB"/>
        </w:rPr>
        <w:t xml:space="preserve">May 2025 </w:t>
      </w:r>
      <w:r>
        <w:rPr>
          <w:rFonts w:ascii="Linux Libertine G" w:hAnsi="Linux Libertine G"/>
          <w:sz w:val="22"/>
          <w:szCs w:val="22"/>
          <w:lang w:val="en-GB"/>
        </w:rPr>
        <w:t>Version 1:0</w:t>
      </w:r>
      <w:r>
        <w:rPr>
          <w:rFonts w:ascii="Linux Libertine G" w:hAnsi="Linux Libertine G"/>
          <w:sz w:val="22"/>
          <w:szCs w:val="22"/>
          <w:lang w:val="en-GB"/>
        </w:rPr>
        <w:br/>
      </w:r>
      <w:r>
        <w:rPr>
          <w:rFonts w:ascii="Linux Libertine G" w:hAnsi="Linux Libertine G"/>
          <w:sz w:val="22"/>
          <w:szCs w:val="22"/>
          <w:lang w:val="en-GB"/>
        </w:rPr>
        <w:t>Last Reviewed May 2026</w:t>
      </w:r>
    </w:p>
    <w:p>
      <w:pPr>
        <w:pStyle w:val="NormalCustom"/>
        <w:spacing w:before="0" w:after="29"/>
        <w:rPr>
          <w:rFonts w:ascii="Linux Libertine G" w:hAnsi="Linux Libertine G"/>
          <w:sz w:val="22"/>
          <w:szCs w:val="22"/>
          <w:lang w:val="en-GB"/>
        </w:rPr>
      </w:pPr>
      <w:r>
        <w:rPr>
          <w:rFonts w:ascii="Linux Libertine G" w:hAnsi="Linux Libertine G"/>
          <w:sz w:val="22"/>
          <w:szCs w:val="22"/>
          <w:lang w:val="en-GB"/>
        </w:rPr>
        <w:t>Amended and Republished: 28/07/2026</w:t>
      </w:r>
    </w:p>
    <w:p>
      <w:pPr>
        <w:pStyle w:val="NormalCustom"/>
        <w:spacing w:before="0" w:after="200"/>
        <w:rPr>
          <w:rFonts w:ascii="Linux Libertine G" w:hAnsi="Linux Libertine G"/>
          <w:i/>
          <w:iCs/>
          <w:sz w:val="22"/>
          <w:szCs w:val="22"/>
          <w:lang w:val="en-GB"/>
        </w:rPr>
      </w:pPr>
      <w:r>
        <w:rPr>
          <w:rFonts w:ascii="Linux Libertine G" w:hAnsi="Linux Libertine G"/>
          <w:i/>
          <w:iCs/>
          <w:sz w:val="22"/>
          <w:szCs w:val="22"/>
          <w:lang w:val="en-GB"/>
        </w:rPr>
        <w:t>T</w:t>
      </w:r>
      <w:r>
        <w:rPr>
          <w:rFonts w:ascii="Linux Libertine G" w:hAnsi="Linux Libertine G"/>
          <w:i/>
          <w:iCs/>
          <w:sz w:val="22"/>
          <w:szCs w:val="22"/>
          <w:lang w:val="en-GB"/>
        </w:rPr>
        <w:t xml:space="preserve">his policy was reviewed, amended and republished in July 2026 to incorporate forthcoming safeguarding legislation, statutory guidance and Disclosure and Barring Service (DBS) changes due to come into effect on 1 September 2026. Until that date, CSET will continue to comply with the legislation and statutory guidance currently in force. </w:t>
      </w:r>
    </w:p>
    <w:p>
      <w:pPr>
        <w:pStyle w:val="NormalCustom"/>
        <w:spacing w:before="0" w:after="200"/>
        <w:rPr>
          <w:rFonts w:ascii="Linux Libertine G" w:hAnsi="Linux Libertine G"/>
          <w:i w:val="false"/>
          <w:iCs w:val="false"/>
          <w:sz w:val="22"/>
          <w:szCs w:val="22"/>
          <w:lang w:val="en-GB"/>
        </w:rPr>
      </w:pPr>
      <w:r>
        <w:rPr>
          <w:rFonts w:ascii="Linux Libertine G" w:hAnsi="Linux Libertine G"/>
          <w:i w:val="false"/>
          <w:iCs w:val="false"/>
          <w:sz w:val="22"/>
          <w:szCs w:val="22"/>
          <w:lang w:val="en-GB"/>
        </w:rPr>
        <w:t>Policy Owner: Claire Kellaway-Moore, CEO, Programme Lead and  Designated Safeguarding Lead (DSL)</w:t>
      </w:r>
    </w:p>
    <w:p>
      <w:pPr>
        <w:pStyle w:val="NormalCustom"/>
        <w:spacing w:before="0" w:after="200"/>
        <w:rPr>
          <w:rFonts w:ascii="Linux Libertine G" w:hAnsi="Linux Libertine G"/>
          <w:i w:val="false"/>
          <w:iCs w:val="false"/>
          <w:sz w:val="22"/>
          <w:szCs w:val="22"/>
          <w:lang w:val="en-GB"/>
        </w:rPr>
      </w:pPr>
      <w:r>
        <w:rPr>
          <w:rFonts w:ascii="Linux Libertine G" w:hAnsi="Linux Libertine G"/>
          <w:i w:val="false"/>
          <w:iCs w:val="false"/>
          <w:sz w:val="22"/>
          <w:szCs w:val="22"/>
          <w:lang w:val="en-GB"/>
        </w:rPr>
        <w:t xml:space="preserve">Approved by: Board of Trustees through: </w:t>
      </w:r>
    </w:p>
    <w:p>
      <w:pPr>
        <w:pStyle w:val="NormalCustom"/>
        <w:spacing w:before="0" w:after="200"/>
        <w:rPr>
          <w:rFonts w:ascii="Linux Libertine G" w:hAnsi="Linux Libertine G"/>
          <w:i w:val="false"/>
          <w:iCs w:val="false"/>
          <w:sz w:val="22"/>
          <w:szCs w:val="22"/>
          <w:lang w:val="en-GB"/>
        </w:rPr>
      </w:pPr>
      <w:r>
        <w:rPr>
          <w:rFonts w:ascii="Linux Libertine G" w:hAnsi="Linux Libertine G"/>
          <w:i w:val="false"/>
          <w:iCs w:val="false"/>
          <w:sz w:val="22"/>
          <w:szCs w:val="22"/>
          <w:lang w:val="en-GB"/>
        </w:rPr>
        <w:t xml:space="preserve">Hannah Fonteneau – Trustee with Responsibility for Safeguarding </w:t>
      </w:r>
    </w:p>
    <w:p>
      <w:pPr>
        <w:pStyle w:val="NormalCustom"/>
        <w:spacing w:before="0" w:after="200"/>
        <w:rPr>
          <w:rFonts w:ascii="Linux Libertine G" w:hAnsi="Linux Libertine G"/>
          <w:i/>
          <w:iCs/>
          <w:sz w:val="22"/>
          <w:szCs w:val="22"/>
          <w:lang w:val="en-GB"/>
        </w:rPr>
      </w:pPr>
      <w:r>
        <w:rPr>
          <w:rFonts w:ascii="Linux Libertine G" w:hAnsi="Linux Libertine G"/>
          <w:i/>
          <w:iCs/>
          <w:sz w:val="22"/>
          <w:szCs w:val="22"/>
          <w:lang w:val="en-GB"/>
        </w:rPr>
      </w:r>
    </w:p>
    <w:p>
      <w:pPr>
        <w:pStyle w:val="NormalCustom"/>
        <w:spacing w:before="0" w:after="200"/>
        <w:rPr>
          <w:rFonts w:ascii="Linux Libertine G" w:hAnsi="Linux Libertine G"/>
        </w:rPr>
      </w:pPr>
      <w:r>
        <w:rPr>
          <w:rFonts w:ascii="Linux Libertine G" w:hAnsi="Linux Libertine G"/>
          <w:sz w:val="22"/>
          <w:szCs w:val="22"/>
          <w:lang w:val="en-GB"/>
        </w:rPr>
        <w:br/>
      </w:r>
    </w:p>
    <w:p>
      <w:pPr>
        <w:pStyle w:val="NormalCustom"/>
        <w:spacing w:before="0" w:after="200"/>
        <w:rPr>
          <w:rFonts w:ascii="Linux Libertine G" w:hAnsi="Linux Libertine G"/>
        </w:rPr>
      </w:pPr>
      <w:r>
        <w:rPr>
          <w:lang w:val="en-GB"/>
        </w:rPr>
      </w:r>
    </w:p>
    <w:sectPr>
      <w:headerReference w:type="default" r:id="rId10"/>
      <w:footerReference w:type="even" r:id="rId11"/>
      <w:footerReference w:type="default" r:id="rId12"/>
      <w:footerReference w:type="first" r:id="rId13"/>
      <w:type w:val="nextPage"/>
      <w:pgSz w:w="12240" w:h="15840"/>
      <w:pgMar w:left="1800" w:right="1800" w:gutter="0" w:header="1440" w:top="2069" w:footer="1440" w:bottom="198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alibri">
    <w:charset w:val="00"/>
    <w:family w:val="roman"/>
    <w:pitch w:val="variable"/>
  </w:font>
  <w:font w:name="Courier">
    <w:altName w:val="Courier New"/>
    <w:charset w:val="00"/>
    <w:family w:val="roman"/>
    <w:pitch w:val="variable"/>
  </w:font>
  <w:font w:name="OpenSymbol">
    <w:altName w:val="Arial Unicode MS"/>
    <w:charset w:val="00"/>
    <w:family w:val="roman"/>
    <w:pitch w:val="variable"/>
  </w:font>
  <w:font w:name="OpenSymbol">
    <w:altName w:val="Arial Unicode MS"/>
    <w:charset w:val="02"/>
    <w:family w:val="auto"/>
    <w:pitch w:val="default"/>
  </w:font>
  <w:font w:name="Liberation Sans">
    <w:altName w:val="Arial"/>
    <w:charset w:val="00"/>
    <w:family w:val="roman"/>
    <w:pitch w:val="variable"/>
  </w:font>
  <w:font w:name="Linux Libertine G">
    <w:charset w:val="00"/>
    <w:family w:val="roman"/>
    <w:pitch w:val="variable"/>
  </w:font>
  <w:font w:name="Linux Libertine G">
    <w:charset w:val="01"/>
    <w:family w:val="auto"/>
    <w:pitch w:val="variable"/>
  </w:font>
  <w:font w:name="Wingdings">
    <w:charset w:val="02"/>
    <w:family w:val="auto"/>
    <w:pitch w:val="variable"/>
  </w:font>
  <w:font w:name="OpenSymbol">
    <w:altName w:val="Arial Unicode MS"/>
    <w:charset w:val="01"/>
    <w:family w:val="auto"/>
    <w:pitch w:val="variable"/>
  </w:font>
  <w:font w:name="Courier New">
    <w:charset w:val="01"/>
    <w:family w:val="modern"/>
    <w:pitch w:val="fixed"/>
  </w:font>
  <w:font w:name="Wingdings 2">
    <w:charset w:val="02"/>
    <w:family w:val="auto"/>
    <w:pitch w:val="default"/>
  </w:font>
  <w:font w:name="OpenSymbol">
    <w:altName w:val="Arial Unicode MS"/>
    <w:charset w:val="01"/>
    <w:family w:val="auto"/>
    <w:pitch w:val="default"/>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lang w:val="en-GB"/>
      </w:rPr>
    </w:pPr>
    <w:r>
      <w:rPr>
        <w:lang w:val="en-GB"/>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lang w:val="en-GB"/>
      </w:rPr>
    </w:pPr>
    <w:bookmarkStart w:id="24" w:name="PageNumWizard_FOOTER_Default_Page_Style2"/>
    <w:r>
      <w:rPr>
        <w:lang w:val="en-GB"/>
      </w:rPr>
      <w:fldChar w:fldCharType="begin"/>
    </w:r>
    <w:r>
      <w:rPr>
        <w:lang w:val="en-GB"/>
      </w:rPr>
      <w:instrText xml:space="preserve"> PAGE </w:instrText>
    </w:r>
    <w:r>
      <w:rPr>
        <w:lang w:val="en-GB"/>
      </w:rPr>
      <w:fldChar w:fldCharType="separate"/>
    </w:r>
    <w:r>
      <w:rPr>
        <w:lang w:val="en-GB"/>
      </w:rPr>
      <w:t>40</w:t>
    </w:r>
    <w:r>
      <w:rPr>
        <w:lang w:val="en-GB"/>
      </w:rPr>
      <w:fldChar w:fldCharType="end"/>
    </w:r>
    <w:bookmarkEnd w:id="24"/>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lang w:val="en-GB"/>
      </w:rPr>
    </w:pPr>
    <w:bookmarkStart w:id="25" w:name="PageNumWizard_FOOTER_Default_Page_Style2"/>
    <w:r>
      <w:rPr>
        <w:lang w:val="en-GB"/>
      </w:rPr>
      <w:fldChar w:fldCharType="begin"/>
    </w:r>
    <w:r>
      <w:rPr>
        <w:lang w:val="en-GB"/>
      </w:rPr>
      <w:instrText xml:space="preserve"> PAGE </w:instrText>
    </w:r>
    <w:r>
      <w:rPr>
        <w:lang w:val="en-GB"/>
      </w:rPr>
      <w:fldChar w:fldCharType="separate"/>
    </w:r>
    <w:r>
      <w:rPr>
        <w:lang w:val="en-GB"/>
      </w:rPr>
      <w:t>40</w:t>
    </w:r>
    <w:r>
      <w:rPr>
        <w:lang w:val="en-GB"/>
      </w:rPr>
      <w:fldChar w:fldCharType="end"/>
    </w:r>
    <w:bookmarkEnd w:id="2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left"/>
      <w:rPr>
        <w:lang w:val="en-GB"/>
      </w:rPr>
    </w:pPr>
    <w:r>
      <w:rPr>
        <w:lang w:val="en-GB"/>
      </w:rPr>
      <w:t xml:space="preserve">Version 2.0 – Reviewed, Amended and Republished July 2026 (in preparation for safeguarding legislation and statutory guidance taking effect on 1 September 2026).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720"/>
        </w:tabs>
        <w:ind w:left="720" w:hanging="360"/>
      </w:pPr>
      <w:rPr>
        <w:rFonts w:ascii="Wingdings" w:hAnsi="Wingdings" w:cs="Wingdings"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1440"/>
        </w:tabs>
        <w:ind w:left="144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Wingdings" w:hAnsi="Wingdings" w:cs="Wingdings"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1">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2">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Wingdings 2" w:hAnsi="Wingdings 2" w:cs="Wingdings 2"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Wingdings 2" w:hAnsi="Wingdings 2" w:cs="Wingdings 2"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7">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2">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3">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4">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5">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6">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7">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8">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9">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1">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2">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Wingdings 2" w:hAnsi="Wingdings 2" w:cs="Wingdings 2" w:hint="default"/>
      </w:rPr>
    </w:lvl>
    <w:lvl w:ilvl="2">
      <w:start w:val="1"/>
      <w:numFmt w:val="bullet"/>
      <w:lvlText w:val=""/>
      <w:lvlJc w:val="left"/>
      <w:pPr>
        <w:tabs>
          <w:tab w:val="num" w:pos="1440"/>
        </w:tabs>
        <w:ind w:left="1440" w:hanging="360"/>
      </w:pPr>
      <w:rPr>
        <w:rFonts w:ascii="Wingdings 2" w:hAnsi="Wingdings 2" w:cs="Wingdings 2"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Wingdings 2" w:hAnsi="Wingdings 2" w:cs="Wingdings 2" w:hint="default"/>
      </w:rPr>
    </w:lvl>
    <w:lvl w:ilvl="5">
      <w:start w:val="1"/>
      <w:numFmt w:val="bullet"/>
      <w:lvlText w:val=""/>
      <w:lvlJc w:val="left"/>
      <w:pPr>
        <w:tabs>
          <w:tab w:val="num" w:pos="2520"/>
        </w:tabs>
        <w:ind w:left="2520" w:hanging="360"/>
      </w:pPr>
      <w:rPr>
        <w:rFonts w:ascii="Wingdings 2" w:hAnsi="Wingdings 2" w:cs="Wingdings 2"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Wingdings 2" w:hAnsi="Wingdings 2" w:cs="Wingdings 2" w:hint="default"/>
      </w:rPr>
    </w:lvl>
    <w:lvl w:ilvl="8">
      <w:start w:val="1"/>
      <w:numFmt w:val="bullet"/>
      <w:lvlText w:val=""/>
      <w:lvlJc w:val="left"/>
      <w:pPr>
        <w:tabs>
          <w:tab w:val="num" w:pos="3600"/>
        </w:tabs>
        <w:ind w:left="3600" w:hanging="360"/>
      </w:pPr>
      <w:rPr>
        <w:rFonts w:ascii="Wingdings 2" w:hAnsi="Wingdings 2" w:cs="Wingdings 2" w:hint="default"/>
      </w:rPr>
    </w:lvl>
  </w:abstractNum>
  <w:abstractNum w:abstractNumId="53">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Wingdings 2" w:hAnsi="Wingdings 2" w:cs="Wingdings 2" w:hint="default"/>
      </w:rPr>
    </w:lvl>
    <w:lvl w:ilvl="2">
      <w:start w:val="1"/>
      <w:numFmt w:val="bullet"/>
      <w:lvlText w:val=""/>
      <w:lvlJc w:val="left"/>
      <w:pPr>
        <w:tabs>
          <w:tab w:val="num" w:pos="1440"/>
        </w:tabs>
        <w:ind w:left="1440" w:hanging="360"/>
      </w:pPr>
      <w:rPr>
        <w:rFonts w:ascii="Wingdings 2" w:hAnsi="Wingdings 2" w:cs="Wingdings 2"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Wingdings 2" w:hAnsi="Wingdings 2" w:cs="Wingdings 2" w:hint="default"/>
      </w:rPr>
    </w:lvl>
    <w:lvl w:ilvl="5">
      <w:start w:val="1"/>
      <w:numFmt w:val="bullet"/>
      <w:lvlText w:val=""/>
      <w:lvlJc w:val="left"/>
      <w:pPr>
        <w:tabs>
          <w:tab w:val="num" w:pos="2520"/>
        </w:tabs>
        <w:ind w:left="2520" w:hanging="360"/>
      </w:pPr>
      <w:rPr>
        <w:rFonts w:ascii="Wingdings 2" w:hAnsi="Wingdings 2" w:cs="Wingdings 2"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Wingdings 2" w:hAnsi="Wingdings 2" w:cs="Wingdings 2" w:hint="default"/>
      </w:rPr>
    </w:lvl>
    <w:lvl w:ilvl="8">
      <w:start w:val="1"/>
      <w:numFmt w:val="bullet"/>
      <w:lvlText w:val=""/>
      <w:lvlJc w:val="left"/>
      <w:pPr>
        <w:tabs>
          <w:tab w:val="num" w:pos="3600"/>
        </w:tabs>
        <w:ind w:left="3600" w:hanging="360"/>
      </w:pPr>
      <w:rPr>
        <w:rFonts w:ascii="Wingdings 2" w:hAnsi="Wingdings 2" w:cs="Wingdings 2" w:hint="default"/>
      </w:rPr>
    </w:lvl>
  </w:abstractNum>
  <w:abstractNum w:abstractNumId="54">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55">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3">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4">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5">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6">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7">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9">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0">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2">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3">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4">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5">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6">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51"/>
    <w:lvlOverride w:ilvl="0">
      <w:startOverride w:val="1"/>
    </w:lvlOverride>
  </w:num>
</w:numbering>
</file>

<file path=word/settings.xml><?xml version="1.0" encoding="utf-8"?>
<w:settings xmlns:w="http://schemas.openxmlformats.org/wordprocessingml/2006/main">
  <w:zoom w:percent="90"/>
  <w:defaultTabStop w:val="720"/>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GB"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276" w:before="0" w:after="200"/>
      <w:jc w:val="lef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Hyperlink">
    <w:name w:val="Hyperlink"/>
    <w:rPr>
      <w:color w:val="000080"/>
      <w:u w:val="single"/>
      <w:lang w:val="zxx" w:eastAsia="zxx" w:bidi="zxx"/>
    </w:rPr>
  </w:style>
  <w:style w:type="character" w:styleId="FollowedHyperlink">
    <w:name w:val="FollowedHyperlink"/>
    <w:rPr>
      <w:color w:val="800080"/>
      <w:u w:val="single"/>
    </w:rPr>
  </w:style>
  <w:style w:type="character" w:styleId="StrongEmphasis">
    <w:name w:val="Strong Emphasis"/>
    <w:qFormat/>
    <w:rPr>
      <w:b/>
      <w:bCs/>
    </w:rPr>
  </w:style>
  <w:style w:type="character" w:styleId="Bulletsuser">
    <w:name w:val="Bullets (user)"/>
    <w:qFormat/>
    <w:rPr>
      <w:rFonts w:ascii="OpenSymbol" w:hAnsi="OpenSymbol" w:eastAsia="OpenSymbol" w:cs="OpenSymbol"/>
    </w:rPr>
  </w:style>
  <w:style w:type="character" w:styleId="NumberingSymbols">
    <w:name w:val="Numbering Symbols"/>
    <w:qFormat/>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lef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Arial"/>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lef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pBdr>
      <w:spacing w:lineRule="auto" w:line="240" w:before="0" w:after="300"/>
      <w:contextualSpacing/>
    </w:pPr>
    <w:rPr>
      <w:rFonts w:ascii="Calibri" w:hAnsi="Calibri" w:eastAsia=""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hanging="0" w:lef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Bullet3">
    <w:name w:val="List Bullet 3"/>
    <w:basedOn w:val="Normal"/>
    <w:uiPriority w:val="99"/>
    <w:unhideWhenUsed/>
    <w:qFormat/>
    <w:rsid w:val="00326f90"/>
    <w:pPr>
      <w:numPr>
        <w:ilvl w:val="0"/>
        <w:numId w:val="3"/>
      </w:numPr>
      <w:spacing w:before="0" w:after="200"/>
      <w:contextualSpacing/>
    </w:pPr>
    <w:rPr/>
  </w:style>
  <w:style w:type="paragraph" w:styleId="ListBullet4">
    <w:name w:val="List Bullet 4"/>
    <w:basedOn w:val="Normal"/>
    <w:uiPriority w:val="99"/>
    <w:unhideWhenUsed/>
    <w:qFormat/>
    <w:rsid w:val="00326f90"/>
    <w:pPr>
      <w:spacing w:before="0" w:after="200"/>
      <w:ind w:hanging="360" w:left="1080"/>
      <w:contextualSpacing/>
    </w:pPr>
    <w:rPr/>
  </w:style>
  <w:style w:type="paragraph" w:styleId="ListBullet">
    <w:name w:val="List Bullet"/>
    <w:basedOn w:val="Normal"/>
    <w:uiPriority w:val="99"/>
    <w:unhideWhenUsed/>
    <w:qFormat/>
    <w:rsid w:val="00326f90"/>
    <w:pPr>
      <w:numPr>
        <w:ilvl w:val="0"/>
        <w:numId w:val="1"/>
      </w:numPr>
      <w:spacing w:before="0" w:after="200"/>
      <w:contextualSpacing/>
    </w:pPr>
    <w:rPr/>
  </w:style>
  <w:style w:type="paragraph" w:styleId="ListBullet2">
    <w:name w:val="List Bullet 2"/>
    <w:basedOn w:val="Normal"/>
    <w:uiPriority w:val="99"/>
    <w:unhideWhenUsed/>
    <w:qFormat/>
    <w:rsid w:val="00326f90"/>
    <w:pPr>
      <w:numPr>
        <w:ilvl w:val="0"/>
        <w:numId w:val="2"/>
      </w:numPr>
      <w:spacing w:before="0" w:after="200"/>
      <w:contextualSpacing/>
    </w:pPr>
    <w:rPr/>
  </w:style>
  <w:style w:type="paragraph" w:styleId="ListNumber">
    <w:name w:val="List Number"/>
    <w:basedOn w:val="Normal"/>
    <w:uiPriority w:val="99"/>
    <w:unhideWhenUsed/>
    <w:qFormat/>
    <w:rsid w:val="00326f90"/>
    <w:pPr>
      <w:numPr>
        <w:ilvl w:val="0"/>
        <w:numId w:val="4"/>
      </w:numPr>
      <w:spacing w:before="0" w:after="200"/>
      <w:contextualSpacing/>
    </w:pPr>
    <w:rPr/>
  </w:style>
  <w:style w:type="paragraph" w:styleId="ListNumber2">
    <w:name w:val="List Number 2"/>
    <w:basedOn w:val="Normal"/>
    <w:uiPriority w:val="99"/>
    <w:unhideWhenUsed/>
    <w:qFormat/>
    <w:rsid w:val="0029639d"/>
    <w:pPr>
      <w:numPr>
        <w:ilvl w:val="0"/>
        <w:numId w:val="5"/>
      </w:numPr>
      <w:spacing w:before="0" w:after="200"/>
      <w:contextualSpacing/>
    </w:pPr>
    <w:rPr/>
  </w:style>
  <w:style w:type="paragraph" w:styleId="ListNumber3">
    <w:name w:val="List Number 3"/>
    <w:basedOn w:val="Normal"/>
    <w:uiPriority w:val="99"/>
    <w:unhideWhenUsed/>
    <w:qFormat/>
    <w:rsid w:val="0029639d"/>
    <w:pPr>
      <w:numPr>
        <w:ilvl w:val="0"/>
        <w:numId w:val="6"/>
      </w:numPr>
      <w:spacing w:before="0" w:after="200"/>
      <w:contextualSpacing/>
    </w:pPr>
    <w:rPr/>
  </w:style>
  <w:style w:type="paragraph" w:styleId="ListContinue">
    <w:name w:val="List Continue"/>
    <w:basedOn w:val="Normal"/>
    <w:uiPriority w:val="99"/>
    <w:unhideWhenUsed/>
    <w:qFormat/>
    <w:rsid w:val="0029639d"/>
    <w:pPr>
      <w:spacing w:before="0" w:after="120"/>
      <w:ind w:hanging="0" w:left="360"/>
      <w:contextualSpacing/>
    </w:pPr>
    <w:rPr/>
  </w:style>
  <w:style w:type="paragraph" w:styleId="ListContinue2">
    <w:name w:val="List Continue 2"/>
    <w:basedOn w:val="Normal"/>
    <w:uiPriority w:val="99"/>
    <w:unhideWhenUsed/>
    <w:qFormat/>
    <w:rsid w:val="0029639d"/>
    <w:pPr>
      <w:spacing w:before="0" w:after="120"/>
      <w:ind w:hanging="0" w:left="720"/>
      <w:contextualSpacing/>
    </w:pPr>
    <w:rPr/>
  </w:style>
  <w:style w:type="paragraph" w:styleId="ListContinue3">
    <w:name w:val="List Continue 3"/>
    <w:basedOn w:val="Normal"/>
    <w:uiPriority w:val="99"/>
    <w:unhideWhenUsed/>
    <w:qFormat/>
    <w:rsid w:val="0029639d"/>
    <w:pPr>
      <w:spacing w:before="0" w:after="120"/>
      <w:ind w:hanging="0" w:lef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lef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pBdr>
      <w:spacing w:before="200" w:after="280"/>
      <w:ind w:hanging="0" w:left="936" w:right="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rPr/>
  </w:style>
  <w:style w:type="paragraph" w:styleId="Heading1Custom" w:customStyle="1">
    <w:name w:val="Heading1Custom"/>
    <w:qFormat/>
    <w:pPr>
      <w:widowControl/>
      <w:suppressAutoHyphens w:val="true"/>
      <w:bidi w:val="0"/>
      <w:spacing w:lineRule="auto" w:line="276" w:before="0" w:after="200"/>
      <w:jc w:val="left"/>
    </w:pPr>
    <w:rPr>
      <w:rFonts w:ascii="Cambria" w:hAnsi="Cambria" w:eastAsia="" w:cs="" w:asciiTheme="minorHAnsi" w:cstheme="minorBidi" w:eastAsiaTheme="minorEastAsia" w:hAnsiTheme="minorHAnsi"/>
      <w:b/>
      <w:color w:val="auto"/>
      <w:kern w:val="0"/>
      <w:sz w:val="28"/>
      <w:szCs w:val="22"/>
      <w:lang w:val="en-US" w:eastAsia="en-US" w:bidi="ar-SA"/>
    </w:rPr>
  </w:style>
  <w:style w:type="paragraph" w:styleId="NormalCustom" w:customStyle="1">
    <w:name w:val="NormalCustom"/>
    <w:qFormat/>
    <w:pPr>
      <w:widowControl/>
      <w:suppressAutoHyphens w:val="true"/>
      <w:bidi w:val="0"/>
      <w:spacing w:lineRule="auto" w:line="276" w:before="0" w:after="200"/>
      <w:jc w:val="lef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BlockQuotationuser">
    <w:name w:val="Block Quotation (user)"/>
    <w:basedOn w:val="Normal"/>
    <w:qFormat/>
    <w:pPr>
      <w:spacing w:before="0" w:after="283"/>
      <w:ind w:hanging="0" w:left="567" w:right="567"/>
    </w:pPr>
    <w:rPr/>
  </w:style>
  <w:style w:type="numbering" w:styleId="NoList" w:default="1">
    <w:name w:val="No List"/>
    <w:uiPriority w:val="99"/>
    <w:semiHidden/>
    <w:unhideWhenUsed/>
    <w:qFormat/>
  </w:style>
  <w:style w:type="numbering" w:styleId="Numbering123">
    <w:name w:val="Numbering 123"/>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00000"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000000"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000000"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000000"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000000"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000000"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000000"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000000"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000000"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000000"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000000"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000000"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000000"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000000"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000000"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000000"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000000"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000000"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000000"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000000"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000000"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000000"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000000"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000000"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000000"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000000"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000000"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000000"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000000"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000000"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000000"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000000"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000000"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000000"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000000"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000000"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000000"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000000"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000000"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000000"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000000"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000000"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000000"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000000"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000000"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000000"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000000"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000000"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000000"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000000"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000000"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000000"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000000"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000000"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000000"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val="000000"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000000"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000000"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000000"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000000"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000000"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000000"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000000"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val="000000"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000000"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000000"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000000"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000000"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000000"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000000"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000000"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000000"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000000"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000000"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000000"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val="000000"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000000"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000000"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000000"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val="000000"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000000"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000000"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000000"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000000"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000000"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000000"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000000"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000000"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000000"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000000"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000000" w:themeColor="background1"/>
      </w:rPr>
      <w:tblPr/>
      <w:tcPr>
        <w:tcBorders>
          <w:top w:val="single" w:color="FFFFFF" w:themeColor="background1" w:sz="6" w:space="0"/>
        </w:tcBorders>
        <w:shd w:val="clear" w:color="auto" w:fill="000000" w:themeFill="text1" w:themeFillShade="99"/>
      </w:tcPr>
    </w:tblStylePr>
    <w:tblStylePr w:type="firstCol">
      <w:rPr>
        <w:color w:val="000000"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000000"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000000" w:themeColor="background1"/>
      </w:rPr>
      <w:tblPr/>
      <w:tcPr>
        <w:tcBorders>
          <w:top w:val="single" w:color="FFFFFF" w:themeColor="background1" w:sz="6" w:space="0"/>
        </w:tcBorders>
        <w:shd w:val="clear" w:color="auto" w:fill="2C4C74" w:themeFill="accent1" w:themeFillShade="99"/>
      </w:tcPr>
    </w:tblStylePr>
    <w:tblStylePr w:type="firstCol">
      <w:rPr>
        <w:color w:val="000000"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000000"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000000" w:themeColor="background1"/>
      </w:rPr>
      <w:tblPr/>
      <w:tcPr>
        <w:tcBorders>
          <w:top w:val="single" w:color="FFFFFF" w:themeColor="background1" w:sz="6" w:space="0"/>
        </w:tcBorders>
        <w:shd w:val="clear" w:color="auto" w:fill="772C2A" w:themeFill="accent2" w:themeFillShade="99"/>
      </w:tcPr>
    </w:tblStylePr>
    <w:tblStylePr w:type="firstCol">
      <w:rPr>
        <w:color w:val="000000"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000000"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000000" w:themeColor="background1"/>
      </w:rPr>
      <w:tblPr/>
      <w:tcPr>
        <w:tcBorders>
          <w:top w:val="single" w:color="FFFFFF" w:themeColor="background1" w:sz="6" w:space="0"/>
        </w:tcBorders>
        <w:shd w:val="clear" w:color="auto" w:fill="5E7530" w:themeFill="accent3" w:themeFillShade="99"/>
      </w:tcPr>
    </w:tblStylePr>
    <w:tblStylePr w:type="firstCol">
      <w:rPr>
        <w:color w:val="000000"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000000"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000000" w:themeColor="background1"/>
      </w:rPr>
      <w:tblPr/>
      <w:tcPr>
        <w:tcBorders>
          <w:top w:val="single" w:color="FFFFFF" w:themeColor="background1" w:sz="6" w:space="0"/>
        </w:tcBorders>
        <w:shd w:val="clear" w:color="auto" w:fill="4C3B62" w:themeFill="accent4" w:themeFillShade="99"/>
      </w:tcPr>
    </w:tblStylePr>
    <w:tblStylePr w:type="firstCol">
      <w:rPr>
        <w:color w:val="000000"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000000"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000000" w:themeColor="background1"/>
      </w:rPr>
      <w:tblPr/>
      <w:tcPr>
        <w:tcBorders>
          <w:top w:val="single" w:color="FFFFFF" w:themeColor="background1" w:sz="6" w:space="0"/>
        </w:tcBorders>
        <w:shd w:val="clear" w:color="auto" w:fill="276A7C" w:themeFill="accent5" w:themeFillShade="99"/>
      </w:tcPr>
    </w:tblStylePr>
    <w:tblStylePr w:type="firstCol">
      <w:rPr>
        <w:color w:val="000000"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000000"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000000" w:themeColor="background1"/>
      </w:rPr>
      <w:tblPr/>
      <w:tcPr>
        <w:tcBorders>
          <w:top w:val="single" w:color="FFFFFF" w:themeColor="background1" w:sz="6" w:space="0"/>
        </w:tcBorders>
        <w:shd w:val="clear" w:color="auto" w:fill="B65608" w:themeFill="accent6" w:themeFillShade="99"/>
      </w:tcPr>
    </w:tblStylePr>
    <w:tblStylePr w:type="firstCol">
      <w:rPr>
        <w:color w:val="000000"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000000"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000000" w:themeColor="background1"/>
      </w:rPr>
      <w:tblPr/>
      <w:tcPr>
        <w:tcBorders>
          <w:bottom w:val="single" w:color="FFFFFF" w:themeColor="background1" w:sz="12" w:space="0"/>
        </w:tcBorders>
        <w:shd w:val="clear" w:color="auto" w:fill="9E3A38" w:themeFill="accent2" w:themeFillShade="cc"/>
      </w:tcPr>
    </w:tblStylePr>
    <w:tblStylePr w:type="lastRow">
      <w:rPr>
        <w:b/>
        <w:bCs/>
        <w:color w:val="000000"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000000" w:themeColor="background1"/>
      </w:rPr>
      <w:tblPr/>
      <w:tcPr>
        <w:tcBorders>
          <w:bottom w:val="single" w:color="FFFFFF" w:themeColor="background1" w:sz="12" w:space="0"/>
        </w:tcBorders>
        <w:shd w:val="clear" w:color="auto" w:fill="9E3A38" w:themeFill="accent2" w:themeFillShade="cc"/>
      </w:tcPr>
    </w:tblStylePr>
    <w:tblStylePr w:type="lastRow">
      <w:rPr>
        <w:b/>
        <w:bCs/>
        <w:color w:val="000000"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000000" w:themeColor="background1"/>
      </w:rPr>
      <w:tblPr/>
      <w:tcPr>
        <w:tcBorders>
          <w:bottom w:val="single" w:color="FFFFFF" w:themeColor="background1" w:sz="12" w:space="0"/>
        </w:tcBorders>
        <w:shd w:val="clear" w:color="auto" w:fill="9E3A38" w:themeFill="accent2" w:themeFillShade="cc"/>
      </w:tcPr>
    </w:tblStylePr>
    <w:tblStylePr w:type="lastRow">
      <w:rPr>
        <w:b/>
        <w:bCs/>
        <w:color w:val="000000"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000000" w:themeColor="background1"/>
      </w:rPr>
      <w:tblPr/>
      <w:tcPr>
        <w:tcBorders>
          <w:bottom w:val="single" w:color="FFFFFF" w:themeColor="background1" w:sz="12" w:space="0"/>
        </w:tcBorders>
        <w:shd w:val="clear" w:color="auto" w:fill="664E82" w:themeFill="accent4" w:themeFillShade="cc"/>
      </w:tcPr>
    </w:tblStylePr>
    <w:tblStylePr w:type="lastRow">
      <w:rPr>
        <w:b/>
        <w:bCs/>
        <w:color w:val="000000"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000000" w:themeColor="background1"/>
      </w:rPr>
      <w:tblPr/>
      <w:tcPr>
        <w:tcBorders>
          <w:bottom w:val="single" w:color="FFFFFF" w:themeColor="background1" w:sz="12" w:space="0"/>
        </w:tcBorders>
        <w:shd w:val="clear" w:color="auto" w:fill="7E9C40" w:themeFill="accent3" w:themeFillShade="cc"/>
      </w:tcPr>
    </w:tblStylePr>
    <w:tblStylePr w:type="lastRow">
      <w:rPr>
        <w:b/>
        <w:bCs/>
        <w:color w:val="00000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000000" w:themeColor="background1"/>
      </w:rPr>
      <w:tblPr/>
      <w:tcPr>
        <w:tcBorders>
          <w:bottom w:val="single" w:color="FFFFFF" w:themeColor="background1" w:sz="12" w:space="0"/>
        </w:tcBorders>
        <w:shd w:val="clear" w:color="auto" w:fill="F2730A" w:themeFill="accent6" w:themeFillShade="cc"/>
      </w:tcPr>
    </w:tblStylePr>
    <w:tblStylePr w:type="lastRow">
      <w:rPr>
        <w:b/>
        <w:bCs/>
        <w:color w:val="000000"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000000" w:themeColor="background1"/>
      </w:rPr>
      <w:tblPr/>
      <w:tcPr>
        <w:tcBorders>
          <w:bottom w:val="single" w:color="FFFFFF" w:themeColor="background1" w:sz="12" w:space="0"/>
        </w:tcBorders>
        <w:shd w:val="clear" w:color="auto" w:fill="348DA5" w:themeFill="accent5" w:themeFillShade="cc"/>
      </w:tcPr>
    </w:tblStylePr>
    <w:tblStylePr w:type="lastRow">
      <w:rPr>
        <w:b/>
        <w:bCs/>
        <w:color w:val="000000"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0000" w:themeColor="background1"/>
      </w:rPr>
      <w:tblPr/>
      <w:tcPr>
        <w:shd w:val="clear" w:color="auto" w:fill="000000" w:themeFill="text1" w:themeFillShade="bf"/>
      </w:tcPr>
    </w:tblStylePr>
    <w:tblStylePr w:type="lastCol">
      <w:rPr>
        <w:color w:val="000000"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000000" w:themeColor="background1"/>
      </w:rPr>
      <w:tblPr/>
      <w:tcPr>
        <w:shd w:val="clear" w:color="auto" w:fill="365F91" w:themeFill="accent1" w:themeFillShade="bf"/>
      </w:tcPr>
    </w:tblStylePr>
    <w:tblStylePr w:type="lastCol">
      <w:rPr>
        <w:color w:val="000000"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000000" w:themeColor="background1"/>
      </w:rPr>
      <w:tblPr/>
      <w:tcPr>
        <w:shd w:val="clear" w:color="auto" w:fill="943634" w:themeFill="accent2" w:themeFillShade="bf"/>
      </w:tcPr>
    </w:tblStylePr>
    <w:tblStylePr w:type="lastCol">
      <w:rPr>
        <w:color w:val="000000"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000000" w:themeColor="background1"/>
      </w:rPr>
      <w:tblPr/>
      <w:tcPr>
        <w:shd w:val="clear" w:color="auto" w:fill="76923C" w:themeFill="accent3" w:themeFillShade="bf"/>
      </w:tcPr>
    </w:tblStylePr>
    <w:tblStylePr w:type="lastCol">
      <w:rPr>
        <w:color w:val="000000"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000000" w:themeColor="background1"/>
      </w:rPr>
      <w:tblPr/>
      <w:tcPr>
        <w:shd w:val="clear" w:color="auto" w:fill="5F497A" w:themeFill="accent4" w:themeFillShade="bf"/>
      </w:tcPr>
    </w:tblStylePr>
    <w:tblStylePr w:type="lastCol">
      <w:rPr>
        <w:color w:val="000000"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000000" w:themeColor="background1"/>
      </w:rPr>
      <w:tblPr/>
      <w:tcPr>
        <w:shd w:val="clear" w:color="auto" w:fill="31849B" w:themeFill="accent5" w:themeFillShade="bf"/>
      </w:tcPr>
    </w:tblStylePr>
    <w:tblStylePr w:type="lastCol">
      <w:rPr>
        <w:color w:val="000000"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000000" w:themeColor="background1"/>
      </w:rPr>
      <w:tblPr/>
      <w:tcPr>
        <w:shd w:val="clear" w:color="auto" w:fill="E36C0A" w:themeFill="accent6" w:themeFillShade="bf"/>
      </w:tcPr>
    </w:tblStylePr>
    <w:tblStylePr w:type="lastCol">
      <w:rPr>
        <w:color w:val="000000"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assets.publishing.service.gov.uk/media/69fb1c28d0e316a40f269a5b/Working_together_to_safeguard_children_2026_a_guide_to_multi_agency_working.pdf" TargetMode="External"/><Relationship Id="rId4" Type="http://schemas.openxmlformats.org/officeDocument/2006/relationships/hyperlink" Target="mailto:hannahfonteneau1@gmail.com" TargetMode="External"/><Relationship Id="rId5" Type="http://schemas.openxmlformats.org/officeDocument/2006/relationships/hyperlink" Target="mailto:luccomeridingcentre@gmail.com" TargetMode="External"/><Relationship Id="rId6" Type="http://schemas.openxmlformats.org/officeDocument/2006/relationships/hyperlink" Target="mailto:suehodder01@talktalk.net" TargetMode="External"/><Relationship Id="rId7" Type="http://schemas.openxmlformats.org/officeDocument/2006/relationships/hyperlink" Target="mailto:LADO@dorsetcouncil.gov.uk" TargetMode="External"/><Relationship Id="rId8" Type="http://schemas.openxmlformats.org/officeDocument/2006/relationships/hyperlink" Target="mailto:helpline@saferinternet.org.uk" TargetMode="External"/><Relationship Id="rId9" Type="http://schemas.openxmlformats.org/officeDocument/2006/relationships/hyperlink" Target="https://www.ceop.police.uk/safety-centre/?epslanguage=en-GB&amp;utm_source=chatgpt.com" TargetMode="Externa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Application>LibreOffice/26.2.1.2$Windows_X86_64 LibreOffice_project/620$Build-2</Application>
  <AppVersion>15.0000</AppVersion>
  <Pages>40</Pages>
  <Words>14642</Words>
  <Characters>82887</Characters>
  <CharactersWithSpaces>96936</CharactersWithSpaces>
  <Paragraphs>666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en-GB</dc:language>
  <cp:lastModifiedBy/>
  <cp:lastPrinted>2025-06-08T11:54:05Z</cp:lastPrinted>
  <dcterms:modified xsi:type="dcterms:W3CDTF">2026-07-28T02:30:26Z</dcterms:modified>
  <cp:revision>37</cp:revision>
  <dc:subject/>
  <dc:title/>
</cp:coreProperties>
</file>

<file path=docProps/custom.xml><?xml version="1.0" encoding="utf-8"?>
<Properties xmlns="http://schemas.openxmlformats.org/officeDocument/2006/custom-properties" xmlns:vt="http://schemas.openxmlformats.org/officeDocument/2006/docPropsVTypes"/>
</file>